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0EF1F" w14:textId="161B77E4" w:rsidR="00EC2D28" w:rsidRDefault="00F60A22">
      <w:pPr>
        <w:keepNext/>
        <w:tabs>
          <w:tab w:val="right" w:pos="9638"/>
        </w:tabs>
      </w:pPr>
      <w:r>
        <w:rPr>
          <w:b/>
          <w:lang w:val="ro-RO"/>
        </w:rPr>
        <w:t>ROMÂNIA</w:t>
      </w:r>
      <w:r w:rsidR="004E42D8">
        <w:rPr>
          <w:b/>
          <w:lang w:val="ro-RO"/>
        </w:rPr>
        <w:t xml:space="preserve">                                                                               </w:t>
      </w:r>
      <w:r>
        <w:rPr>
          <w:b/>
          <w:lang w:val="ro-RO"/>
        </w:rPr>
        <w:t>Anexa nr. 2</w:t>
      </w:r>
    </w:p>
    <w:p w14:paraId="4F226129" w14:textId="26A2F437" w:rsidR="00EC2D28" w:rsidRDefault="00F60A22">
      <w:pPr>
        <w:keepNext/>
        <w:tabs>
          <w:tab w:val="right" w:pos="9638"/>
        </w:tabs>
      </w:pPr>
      <w:r>
        <w:rPr>
          <w:b/>
          <w:lang w:val="ro-RO"/>
        </w:rPr>
        <w:t>JUDEȚUL VRANCEA</w:t>
      </w:r>
      <w:r>
        <w:rPr>
          <w:b/>
          <w:lang w:val="ro-RO"/>
        </w:rPr>
        <w:tab/>
        <w:t xml:space="preserve">la Hotărârea nr. </w:t>
      </w:r>
      <w:r w:rsidR="004E42D8">
        <w:rPr>
          <w:b/>
          <w:lang w:val="ro-RO"/>
        </w:rPr>
        <w:t>2</w:t>
      </w:r>
      <w:r w:rsidR="00DA724E">
        <w:rPr>
          <w:b/>
          <w:lang w:val="ro-RO"/>
        </w:rPr>
        <w:t>58</w:t>
      </w:r>
      <w:r w:rsidR="004E42D8">
        <w:rPr>
          <w:b/>
          <w:lang w:val="ro-RO"/>
        </w:rPr>
        <w:t xml:space="preserve"> din 05.11.2026</w:t>
      </w:r>
      <w:r>
        <w:rPr>
          <w:b/>
          <w:lang w:val="ro-RO"/>
        </w:rPr>
        <w:t xml:space="preserve">    </w:t>
      </w:r>
    </w:p>
    <w:p w14:paraId="74F6471F" w14:textId="77777777" w:rsidR="00EC2D28" w:rsidRDefault="00F60A22">
      <w:pPr>
        <w:keepNext/>
        <w:tabs>
          <w:tab w:val="right" w:pos="9638"/>
        </w:tabs>
      </w:pPr>
      <w:r>
        <w:rPr>
          <w:b/>
          <w:lang w:val="ro-RO"/>
        </w:rPr>
        <w:t>CONSILIUL JUDEȚEAN</w:t>
      </w:r>
    </w:p>
    <w:p w14:paraId="27135950" w14:textId="77777777" w:rsidR="00EC2D28" w:rsidRDefault="00F60A22">
      <w:pPr>
        <w:pStyle w:val="Title"/>
        <w:keepNext/>
        <w:spacing w:before="280" w:after="0"/>
        <w:jc w:val="center"/>
      </w:pPr>
      <w:r>
        <w:rPr>
          <w:b/>
          <w:lang w:val="ro-RO"/>
        </w:rPr>
        <w:t>DEVIZ GENERAL</w:t>
      </w:r>
    </w:p>
    <w:p w14:paraId="2C561F04" w14:textId="77777777" w:rsidR="00EC2D28" w:rsidRDefault="00F60A22">
      <w:pPr>
        <w:keepNext/>
        <w:jc w:val="center"/>
      </w:pPr>
      <w:r>
        <w:rPr>
          <w:b/>
          <w:lang w:val="ro-RO"/>
        </w:rPr>
        <w:t>pentru obiectivul de investiții</w:t>
      </w:r>
    </w:p>
    <w:p w14:paraId="7EF0A4D5" w14:textId="77777777" w:rsidR="00EC2D28" w:rsidRDefault="00F60A22">
      <w:pPr>
        <w:keepNext/>
        <w:spacing w:before="120" w:after="240"/>
        <w:jc w:val="center"/>
      </w:pPr>
      <w:r>
        <w:rPr>
          <w:b/>
          <w:lang w:val="ro-RO"/>
        </w:rPr>
        <w:t>„Reabilitare și modernizare corp bloc alimentar CSEI Mihălceni”</w:t>
      </w:r>
    </w:p>
    <w:tbl>
      <w:tblPr>
        <w:tblW w:w="963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91"/>
        <w:gridCol w:w="3374"/>
        <w:gridCol w:w="1758"/>
        <w:gridCol w:w="1758"/>
        <w:gridCol w:w="1758"/>
      </w:tblGrid>
      <w:tr w:rsidR="00EC2D28" w14:paraId="78F693B6" w14:textId="77777777">
        <w:trPr>
          <w:cantSplit/>
          <w:tblHeader/>
          <w:jc w:val="center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70F06B0C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Nr.</w:t>
            </w:r>
            <w:r>
              <w:rPr>
                <w:b/>
                <w:lang w:val="ro-RO"/>
              </w:rPr>
              <w:br/>
              <w:t>crt.</w:t>
            </w:r>
          </w:p>
        </w:tc>
        <w:tc>
          <w:tcPr>
            <w:tcW w:w="3373" w:type="dxa"/>
            <w:vMerge w:val="restart"/>
            <w:shd w:val="clear" w:color="auto" w:fill="FFFFFF"/>
            <w:vAlign w:val="center"/>
          </w:tcPr>
          <w:p w14:paraId="5247AC4F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Denumirea capitolelor şi a subcapitolelor de cheltuieli</w:t>
            </w:r>
          </w:p>
        </w:tc>
        <w:tc>
          <w:tcPr>
            <w:tcW w:w="5271" w:type="dxa"/>
            <w:gridSpan w:val="3"/>
            <w:shd w:val="clear" w:color="auto" w:fill="FFFFFF"/>
            <w:vAlign w:val="center"/>
          </w:tcPr>
          <w:p w14:paraId="22AA43C5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Valoare ( inclusiv T.V.A. )</w:t>
            </w:r>
          </w:p>
        </w:tc>
      </w:tr>
      <w:tr w:rsidR="00EC2D28" w14:paraId="0040A843" w14:textId="77777777">
        <w:trPr>
          <w:cantSplit/>
          <w:tblHeader/>
          <w:jc w:val="center"/>
        </w:trPr>
        <w:tc>
          <w:tcPr>
            <w:tcW w:w="992" w:type="dxa"/>
            <w:vMerge/>
            <w:shd w:val="clear" w:color="auto" w:fill="FFFFFF"/>
          </w:tcPr>
          <w:p w14:paraId="268DA155" w14:textId="77777777" w:rsidR="00EC2D28" w:rsidRDefault="00EC2D28"/>
        </w:tc>
        <w:tc>
          <w:tcPr>
            <w:tcW w:w="3373" w:type="dxa"/>
            <w:vMerge/>
            <w:shd w:val="clear" w:color="auto" w:fill="FFFFFF"/>
          </w:tcPr>
          <w:p w14:paraId="2273093B" w14:textId="77777777" w:rsidR="00EC2D28" w:rsidRDefault="00EC2D28"/>
        </w:tc>
        <w:tc>
          <w:tcPr>
            <w:tcW w:w="1757" w:type="dxa"/>
            <w:shd w:val="clear" w:color="auto" w:fill="FFFFFF"/>
            <w:vAlign w:val="center"/>
          </w:tcPr>
          <w:p w14:paraId="3235DD9F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Valoare</w:t>
            </w:r>
            <w:r>
              <w:rPr>
                <w:b/>
                <w:lang w:val="ro-RO"/>
              </w:rPr>
              <w:br/>
              <w:t>(fără T.V.A. )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783F7A6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TVA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CC081CE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Valoare cu TVA</w:t>
            </w:r>
          </w:p>
        </w:tc>
      </w:tr>
      <w:tr w:rsidR="00EC2D28" w14:paraId="485BC648" w14:textId="77777777">
        <w:trPr>
          <w:cantSplit/>
          <w:tblHeader/>
          <w:jc w:val="center"/>
        </w:trPr>
        <w:tc>
          <w:tcPr>
            <w:tcW w:w="992" w:type="dxa"/>
            <w:vMerge/>
            <w:shd w:val="clear" w:color="auto" w:fill="FFFFFF"/>
          </w:tcPr>
          <w:p w14:paraId="4B83BF85" w14:textId="77777777" w:rsidR="00EC2D28" w:rsidRDefault="00EC2D28"/>
        </w:tc>
        <w:tc>
          <w:tcPr>
            <w:tcW w:w="3373" w:type="dxa"/>
            <w:vMerge/>
            <w:shd w:val="clear" w:color="auto" w:fill="FFFFFF"/>
          </w:tcPr>
          <w:p w14:paraId="18573F77" w14:textId="77777777" w:rsidR="00EC2D28" w:rsidRDefault="00EC2D28"/>
        </w:tc>
        <w:tc>
          <w:tcPr>
            <w:tcW w:w="1757" w:type="dxa"/>
            <w:shd w:val="clear" w:color="auto" w:fill="FFFFFF"/>
            <w:vAlign w:val="center"/>
          </w:tcPr>
          <w:p w14:paraId="662A7A8A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6ABF6D3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E28A557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</w:tr>
      <w:tr w:rsidR="00EC2D28" w14:paraId="324F95A7" w14:textId="77777777">
        <w:trPr>
          <w:cantSplit/>
          <w:tblHeader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3D2A388" w14:textId="77777777" w:rsidR="00EC2D28" w:rsidRDefault="00F60A22">
            <w:pPr>
              <w:jc w:val="center"/>
            </w:pPr>
            <w:r>
              <w:rPr>
                <w:lang w:val="ro-RO"/>
              </w:rPr>
              <w:t>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D8570C" w14:textId="77777777" w:rsidR="00EC2D28" w:rsidRDefault="00F60A22">
            <w:pPr>
              <w:jc w:val="center"/>
            </w:pPr>
            <w:r>
              <w:rPr>
                <w:lang w:val="ro-RO"/>
              </w:rPr>
              <w:t>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0903B82" w14:textId="77777777" w:rsidR="00EC2D28" w:rsidRDefault="00F60A22">
            <w:pPr>
              <w:jc w:val="center"/>
            </w:pPr>
            <w:r>
              <w:rPr>
                <w:lang w:val="ro-RO"/>
              </w:rPr>
              <w:t>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8479D07" w14:textId="77777777" w:rsidR="00EC2D28" w:rsidRDefault="00F60A22">
            <w:pPr>
              <w:jc w:val="center"/>
            </w:pPr>
            <w:r>
              <w:rPr>
                <w:lang w:val="ro-RO"/>
              </w:rPr>
              <w:t>4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E5FF53B" w14:textId="77777777" w:rsidR="00EC2D28" w:rsidRDefault="00F60A22">
            <w:pPr>
              <w:jc w:val="center"/>
            </w:pPr>
            <w:r>
              <w:rPr>
                <w:lang w:val="ro-RO"/>
              </w:rPr>
              <w:t>5</w:t>
            </w:r>
          </w:p>
        </w:tc>
      </w:tr>
      <w:tr w:rsidR="00EC2D28" w14:paraId="002D319B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322CEA81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1</w:t>
            </w:r>
            <w:r>
              <w:rPr>
                <w:b/>
                <w:lang w:val="ro-RO"/>
              </w:rPr>
              <w:br/>
              <w:t>Cheltuieli pentru obţinerea şi amenajarea terenului</w:t>
            </w:r>
          </w:p>
        </w:tc>
      </w:tr>
      <w:tr w:rsidR="00EC2D28" w14:paraId="6388329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0D4B982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BDDA4E4" w14:textId="77777777" w:rsidR="00EC2D28" w:rsidRDefault="00F60A22">
            <w:r>
              <w:rPr>
                <w:b/>
                <w:lang w:val="ro-RO"/>
              </w:rPr>
              <w:t>Obţinerea terenului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0B9FEF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6037D4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EE8C98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2F9B327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B0A5A18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72F393D" w14:textId="77777777" w:rsidR="00EC2D28" w:rsidRDefault="00F60A22">
            <w:r>
              <w:rPr>
                <w:b/>
                <w:lang w:val="ro-RO"/>
              </w:rPr>
              <w:t>Amenajarea terenului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B3B00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15.524,47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73DDD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3.260,14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1128C4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18.784,61</w:t>
            </w:r>
          </w:p>
        </w:tc>
      </w:tr>
      <w:tr w:rsidR="00EC2D28" w14:paraId="3A65691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FECCAEF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A3237BF" w14:textId="77777777" w:rsidR="00EC2D28" w:rsidRDefault="00F60A22">
            <w:r>
              <w:rPr>
                <w:b/>
                <w:lang w:val="ro-RO"/>
              </w:rPr>
              <w:t>Amenajări pentru protecţia mediului și aducerea la starea inițială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3917D3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4.657,34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7D973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978,04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01F434B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5.635,38</w:t>
            </w:r>
          </w:p>
        </w:tc>
      </w:tr>
      <w:tr w:rsidR="00EC2D28" w14:paraId="4C2C5E0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F7C7C54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1.4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5BA8379" w14:textId="77777777" w:rsidR="00EC2D28" w:rsidRDefault="00F60A22">
            <w:r>
              <w:rPr>
                <w:b/>
                <w:lang w:val="ro-RO"/>
              </w:rPr>
              <w:t>Cheltuieli pentru relocarea/protecția utilităților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52947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3.104,89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E15AAF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652,03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04B84A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3.756,92</w:t>
            </w:r>
          </w:p>
        </w:tc>
      </w:tr>
      <w:tr w:rsidR="00EC2D28" w14:paraId="21BCF647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5D20BD5C" w14:textId="77777777" w:rsidR="00EC2D28" w:rsidRDefault="00F60A22">
            <w:r>
              <w:rPr>
                <w:b/>
                <w:lang w:val="ro-RO"/>
              </w:rPr>
              <w:t>TOTAL CAPITOL 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0D6BC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23.286,70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9EDA19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4.890,21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5C087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28.176,91</w:t>
            </w:r>
          </w:p>
        </w:tc>
      </w:tr>
      <w:tr w:rsidR="00EC2D28" w14:paraId="7265AA83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6940B4D1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2</w:t>
            </w:r>
            <w:r>
              <w:rPr>
                <w:b/>
                <w:lang w:val="ro-RO"/>
              </w:rPr>
              <w:br/>
              <w:t>Cheltuieli pentru asigurarea utilităţilor necesare obiectivului</w:t>
            </w:r>
          </w:p>
        </w:tc>
      </w:tr>
      <w:tr w:rsidR="00EC2D28" w14:paraId="6B64993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14B55B5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223CCCF" w14:textId="77777777" w:rsidR="00EC2D28" w:rsidRDefault="00F60A22">
            <w:r>
              <w:rPr>
                <w:b/>
                <w:lang w:val="ro-RO"/>
              </w:rPr>
              <w:t>Cheltuieli pentru asigurarea utilităţilor necesare obiectivului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74E2B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15.524,47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294A5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3.260,14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015B24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18.784,61</w:t>
            </w:r>
          </w:p>
        </w:tc>
      </w:tr>
      <w:tr w:rsidR="00EC2D28" w14:paraId="0926190B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0D55D960" w14:textId="77777777" w:rsidR="00EC2D28" w:rsidRDefault="00F60A22">
            <w:r>
              <w:rPr>
                <w:b/>
                <w:lang w:val="ro-RO"/>
              </w:rPr>
              <w:t>TOTAL CAPITOL 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180F2FF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15.524,47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AF6E02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3.260,14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C02F96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18.784,61</w:t>
            </w:r>
          </w:p>
        </w:tc>
      </w:tr>
      <w:tr w:rsidR="00EC2D28" w14:paraId="087697C9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159B78D1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3</w:t>
            </w:r>
            <w:r>
              <w:rPr>
                <w:b/>
                <w:lang w:val="ro-RO"/>
              </w:rPr>
              <w:br/>
              <w:t>Cheltuieli pentru proiectare şi asistenţă tehnică</w:t>
            </w:r>
          </w:p>
        </w:tc>
      </w:tr>
      <w:tr w:rsidR="00EC2D28" w14:paraId="2ABACBB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8A9B3CA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16327F2" w14:textId="77777777" w:rsidR="00EC2D28" w:rsidRDefault="00F60A22">
            <w:r>
              <w:rPr>
                <w:b/>
                <w:lang w:val="ro-RO"/>
              </w:rPr>
              <w:t>Studii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400476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15.143,79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C0281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3.180,20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BCFB76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18.323,99</w:t>
            </w:r>
          </w:p>
        </w:tc>
      </w:tr>
      <w:tr w:rsidR="00EC2D28" w14:paraId="3210D21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B26369F" w14:textId="77777777" w:rsidR="00EC2D28" w:rsidRDefault="00F60A22">
            <w:pPr>
              <w:jc w:val="center"/>
            </w:pPr>
            <w:r>
              <w:rPr>
                <w:lang w:val="ro-RO"/>
              </w:rPr>
              <w:t>3.1.1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40A575D" w14:textId="77777777" w:rsidR="00EC2D28" w:rsidRDefault="00F60A22">
            <w:r>
              <w:rPr>
                <w:lang w:val="ro-RO"/>
              </w:rPr>
              <w:t>Studii de teren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BC6704F" w14:textId="77777777" w:rsidR="00EC2D28" w:rsidRDefault="00F60A22">
            <w:pPr>
              <w:jc w:val="right"/>
            </w:pPr>
            <w:r>
              <w:rPr>
                <w:lang w:val="ro-RO"/>
              </w:rPr>
              <w:t>10.095,86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CF8BA0" w14:textId="77777777" w:rsidR="00EC2D28" w:rsidRDefault="00F60A22">
            <w:pPr>
              <w:jc w:val="right"/>
            </w:pPr>
            <w:r>
              <w:rPr>
                <w:lang w:val="ro-RO"/>
              </w:rPr>
              <w:t>2.120,13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32C3597" w14:textId="77777777" w:rsidR="00EC2D28" w:rsidRDefault="00F60A22">
            <w:pPr>
              <w:jc w:val="right"/>
            </w:pPr>
            <w:r>
              <w:rPr>
                <w:lang w:val="ro-RO"/>
              </w:rPr>
              <w:t>12.215,99</w:t>
            </w:r>
          </w:p>
        </w:tc>
      </w:tr>
      <w:tr w:rsidR="00EC2D28" w14:paraId="44AC6AE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58E6AB" w14:textId="77777777" w:rsidR="00EC2D28" w:rsidRDefault="00F60A22">
            <w:pPr>
              <w:jc w:val="center"/>
            </w:pPr>
            <w:r>
              <w:rPr>
                <w:lang w:val="ro-RO"/>
              </w:rPr>
              <w:t>3.1.2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F9602F0" w14:textId="77777777" w:rsidR="00EC2D28" w:rsidRDefault="00F60A22">
            <w:r>
              <w:rPr>
                <w:lang w:val="ro-RO"/>
              </w:rPr>
              <w:t>Raport privind impactul asupra mediului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FBA2B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9DB458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1C95D2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3772655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58D58E3" w14:textId="77777777" w:rsidR="00EC2D28" w:rsidRDefault="00F60A22">
            <w:pPr>
              <w:jc w:val="center"/>
            </w:pPr>
            <w:r>
              <w:rPr>
                <w:lang w:val="ro-RO"/>
              </w:rPr>
              <w:t>3.1.3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A97CED0" w14:textId="77777777" w:rsidR="00EC2D28" w:rsidRDefault="00F60A22">
            <w:r>
              <w:rPr>
                <w:lang w:val="ro-RO"/>
              </w:rPr>
              <w:t>Alte studii specifice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E5CCF0" w14:textId="77777777" w:rsidR="00EC2D28" w:rsidRDefault="00F60A22">
            <w:pPr>
              <w:jc w:val="right"/>
            </w:pPr>
            <w:r>
              <w:rPr>
                <w:lang w:val="ro-RO"/>
              </w:rPr>
              <w:t>5.047,93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6F4090D" w14:textId="77777777" w:rsidR="00EC2D28" w:rsidRDefault="00F60A22">
            <w:pPr>
              <w:jc w:val="right"/>
            </w:pPr>
            <w:r>
              <w:rPr>
                <w:lang w:val="ro-RO"/>
              </w:rPr>
              <w:t>1.060,07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B0C06ED" w14:textId="77777777" w:rsidR="00EC2D28" w:rsidRDefault="00F60A22">
            <w:pPr>
              <w:jc w:val="right"/>
            </w:pPr>
            <w:r>
              <w:rPr>
                <w:lang w:val="ro-RO"/>
              </w:rPr>
              <w:t>6.108,00</w:t>
            </w:r>
          </w:p>
        </w:tc>
      </w:tr>
      <w:tr w:rsidR="00EC2D28" w14:paraId="00A7232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A6EA76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lastRenderedPageBreak/>
              <w:t>3.2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07D969F" w14:textId="77777777" w:rsidR="00EC2D28" w:rsidRDefault="00F60A22">
            <w:r>
              <w:rPr>
                <w:b/>
                <w:lang w:val="ro-RO"/>
              </w:rPr>
              <w:t>Documentații-suport și cheltuieli pentru obținerea de avize, acorduri și autorizații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D081ED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3.365,29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B94DA9B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706,71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93296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4.072,00</w:t>
            </w:r>
          </w:p>
        </w:tc>
      </w:tr>
      <w:tr w:rsidR="00EC2D28" w14:paraId="3C695D2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6FBD8B2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6B4FC7C" w14:textId="77777777" w:rsidR="00EC2D28" w:rsidRDefault="00F60A22">
            <w:r>
              <w:rPr>
                <w:b/>
                <w:lang w:val="ro-RO"/>
              </w:rPr>
              <w:t>Expertizare tehnică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46DB8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25.239,64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60AE4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5.300,32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50A04D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30.539,96</w:t>
            </w:r>
          </w:p>
        </w:tc>
      </w:tr>
      <w:tr w:rsidR="00EC2D28" w14:paraId="6D83AE2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1286319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56E8CD9" w14:textId="77777777" w:rsidR="00EC2D28" w:rsidRDefault="00F60A22">
            <w:r>
              <w:rPr>
                <w:b/>
                <w:lang w:val="ro-RO"/>
              </w:rPr>
              <w:t>Certificarea performanței energetice și auditul energetic al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1E47B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5.047,93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B1D3B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1.060,07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1472C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6.108,00</w:t>
            </w:r>
          </w:p>
        </w:tc>
      </w:tr>
      <w:tr w:rsidR="00EC2D28" w14:paraId="036AFA2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FBC1B86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E78E77B" w14:textId="77777777" w:rsidR="00EC2D28" w:rsidRDefault="00F60A22">
            <w:r>
              <w:rPr>
                <w:b/>
                <w:lang w:val="ro-RO"/>
              </w:rPr>
              <w:t>Proiectare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5520A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111.895,74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D20DF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23.498,10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6DB2A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135.393,84</w:t>
            </w:r>
          </w:p>
        </w:tc>
      </w:tr>
      <w:tr w:rsidR="00EC2D28" w14:paraId="7634C54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0A481C" w14:textId="77777777" w:rsidR="00EC2D28" w:rsidRDefault="00F60A22">
            <w:pPr>
              <w:jc w:val="center"/>
            </w:pPr>
            <w:r>
              <w:rPr>
                <w:lang w:val="ro-RO"/>
              </w:rPr>
              <w:t>3.5.1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77D33A3" w14:textId="77777777" w:rsidR="00EC2D28" w:rsidRDefault="00F60A22">
            <w:r>
              <w:rPr>
                <w:lang w:val="ro-RO"/>
              </w:rPr>
              <w:t>Temă de proiectare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32C968" w14:textId="77777777" w:rsidR="00EC2D28" w:rsidRDefault="00F60A22">
            <w:pPr>
              <w:jc w:val="right"/>
            </w:pPr>
            <w:r>
              <w:rPr>
                <w:lang w:val="ro-RO"/>
              </w:rPr>
              <w:t>841,32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C6588C8" w14:textId="77777777" w:rsidR="00EC2D28" w:rsidRDefault="00F60A22">
            <w:pPr>
              <w:jc w:val="right"/>
            </w:pPr>
            <w:r>
              <w:rPr>
                <w:lang w:val="ro-RO"/>
              </w:rPr>
              <w:t>176,68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E3D06A5" w14:textId="77777777" w:rsidR="00EC2D28" w:rsidRDefault="00F60A22">
            <w:pPr>
              <w:jc w:val="right"/>
            </w:pPr>
            <w:r>
              <w:rPr>
                <w:lang w:val="ro-RO"/>
              </w:rPr>
              <w:t>1.018,00</w:t>
            </w:r>
          </w:p>
        </w:tc>
      </w:tr>
      <w:tr w:rsidR="00EC2D28" w14:paraId="40C4936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1820140" w14:textId="77777777" w:rsidR="00EC2D28" w:rsidRDefault="00F60A22">
            <w:pPr>
              <w:jc w:val="center"/>
            </w:pPr>
            <w:r>
              <w:rPr>
                <w:lang w:val="ro-RO"/>
              </w:rPr>
              <w:t>3.5.2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376CBD7" w14:textId="77777777" w:rsidR="00EC2D28" w:rsidRDefault="00F60A22">
            <w:r>
              <w:rPr>
                <w:lang w:val="ro-RO"/>
              </w:rPr>
              <w:t>Studiu de prefezabilitate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F76DDE9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2BEF36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84D3F7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14A1391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057CD1B" w14:textId="77777777" w:rsidR="00EC2D28" w:rsidRDefault="00F60A22">
            <w:pPr>
              <w:jc w:val="center"/>
            </w:pPr>
            <w:r>
              <w:rPr>
                <w:lang w:val="ro-RO"/>
              </w:rPr>
              <w:t>3.5.3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36453DB" w14:textId="77777777" w:rsidR="00EC2D28" w:rsidRDefault="00F60A22">
            <w:r>
              <w:rPr>
                <w:lang w:val="ro-RO"/>
              </w:rPr>
              <w:t>Studiu de fezabilitate/documentație de avizare a lucrărilor de intervenții și deviz general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AF1EA99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DC1DAF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0F9A7A5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26539E0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817DA29" w14:textId="77777777" w:rsidR="00EC2D28" w:rsidRDefault="00F60A22">
            <w:pPr>
              <w:jc w:val="center"/>
            </w:pPr>
            <w:r>
              <w:rPr>
                <w:lang w:val="ro-RO"/>
              </w:rPr>
              <w:t>3.5.4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6191038" w14:textId="77777777" w:rsidR="00EC2D28" w:rsidRDefault="00F60A22">
            <w:r>
              <w:rPr>
                <w:lang w:val="ro-RO"/>
              </w:rPr>
              <w:t>Documentațiile tehnice necesare în vederea obținerii avizelor/acordurilor/</w:t>
            </w:r>
            <w:r>
              <w:rPr>
                <w:lang w:val="ro-RO"/>
              </w:rPr>
              <w:br/>
              <w:t>autorizațiilor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A8FE618" w14:textId="77777777" w:rsidR="00EC2D28" w:rsidRDefault="00F60A22">
            <w:pPr>
              <w:jc w:val="right"/>
            </w:pPr>
            <w:r>
              <w:rPr>
                <w:lang w:val="ro-RO"/>
              </w:rPr>
              <w:t>8.413,21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D7B17EF" w14:textId="77777777" w:rsidR="00EC2D28" w:rsidRDefault="00F60A22">
            <w:pPr>
              <w:jc w:val="right"/>
            </w:pPr>
            <w:r>
              <w:rPr>
                <w:lang w:val="ro-RO"/>
              </w:rPr>
              <w:t>1.766,77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521745" w14:textId="77777777" w:rsidR="00EC2D28" w:rsidRDefault="00F60A22">
            <w:pPr>
              <w:jc w:val="right"/>
            </w:pPr>
            <w:r>
              <w:rPr>
                <w:lang w:val="ro-RO"/>
              </w:rPr>
              <w:t>10.179,98</w:t>
            </w:r>
          </w:p>
        </w:tc>
      </w:tr>
      <w:tr w:rsidR="00EC2D28" w14:paraId="381A278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0E2B5A7" w14:textId="77777777" w:rsidR="00EC2D28" w:rsidRDefault="00F60A22">
            <w:pPr>
              <w:jc w:val="center"/>
            </w:pPr>
            <w:r>
              <w:rPr>
                <w:lang w:val="ro-RO"/>
              </w:rPr>
              <w:t>3.5.5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45FC792" w14:textId="77777777" w:rsidR="00EC2D28" w:rsidRDefault="00F60A22">
            <w:r>
              <w:rPr>
                <w:lang w:val="ro-RO"/>
              </w:rPr>
              <w:t>Verificarea tehnică de calitate a D.T.A.C., proiectului tehnic și a detaliilor de execuție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780847" w14:textId="77777777" w:rsidR="00EC2D28" w:rsidRDefault="00F60A22">
            <w:pPr>
              <w:jc w:val="right"/>
            </w:pPr>
            <w:r>
              <w:rPr>
                <w:lang w:val="ro-RO"/>
              </w:rPr>
              <w:t>10.095,86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E25645" w14:textId="77777777" w:rsidR="00EC2D28" w:rsidRDefault="00F60A22">
            <w:pPr>
              <w:jc w:val="right"/>
            </w:pPr>
            <w:r>
              <w:rPr>
                <w:lang w:val="ro-RO"/>
              </w:rPr>
              <w:t>2.120,13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214840A" w14:textId="77777777" w:rsidR="00EC2D28" w:rsidRDefault="00F60A22">
            <w:pPr>
              <w:jc w:val="right"/>
            </w:pPr>
            <w:r>
              <w:rPr>
                <w:lang w:val="ro-RO"/>
              </w:rPr>
              <w:t>12.215,99</w:t>
            </w:r>
          </w:p>
        </w:tc>
      </w:tr>
      <w:tr w:rsidR="00EC2D28" w14:paraId="6BEDA6D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E6C6E11" w14:textId="77777777" w:rsidR="00EC2D28" w:rsidRDefault="00F60A22">
            <w:pPr>
              <w:jc w:val="center"/>
            </w:pPr>
            <w:r>
              <w:rPr>
                <w:lang w:val="ro-RO"/>
              </w:rPr>
              <w:t>3.5.6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0C76935" w14:textId="77777777" w:rsidR="00EC2D28" w:rsidRDefault="00F60A22">
            <w:r>
              <w:rPr>
                <w:lang w:val="ro-RO"/>
              </w:rPr>
              <w:t>Proiect tehnic și detalii de execuție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1BC05C" w14:textId="77777777" w:rsidR="00EC2D28" w:rsidRDefault="00F60A22">
            <w:pPr>
              <w:jc w:val="right"/>
            </w:pPr>
            <w:r>
              <w:rPr>
                <w:lang w:val="ro-RO"/>
              </w:rPr>
              <w:t>92.545,35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CAF8CC6" w14:textId="77777777" w:rsidR="00EC2D28" w:rsidRDefault="00F60A22">
            <w:pPr>
              <w:jc w:val="right"/>
            </w:pPr>
            <w:r>
              <w:rPr>
                <w:lang w:val="ro-RO"/>
              </w:rPr>
              <w:t>19.434,52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B856FA" w14:textId="77777777" w:rsidR="00EC2D28" w:rsidRDefault="00F60A22">
            <w:pPr>
              <w:jc w:val="right"/>
            </w:pPr>
            <w:r>
              <w:rPr>
                <w:lang w:val="ro-RO"/>
              </w:rPr>
              <w:t>111.979,87</w:t>
            </w:r>
          </w:p>
        </w:tc>
      </w:tr>
      <w:tr w:rsidR="00EC2D28" w14:paraId="558B900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727314C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59AEF53" w14:textId="77777777" w:rsidR="00EC2D28" w:rsidRDefault="00F60A22">
            <w:r>
              <w:rPr>
                <w:b/>
                <w:lang w:val="ro-RO"/>
              </w:rPr>
              <w:t>Organizarea procedurilor de achiziţie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DC1E4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6.730,57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E81EBC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1.413,42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93DDE7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8.143,99</w:t>
            </w:r>
          </w:p>
        </w:tc>
      </w:tr>
      <w:tr w:rsidR="00EC2D28" w14:paraId="673823B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6207969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3.7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6DEA570" w14:textId="77777777" w:rsidR="00EC2D28" w:rsidRDefault="00F60A22">
            <w:r>
              <w:rPr>
                <w:b/>
                <w:lang w:val="ro-RO"/>
              </w:rPr>
              <w:t>Consultanţă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7D699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37.018,13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47BC2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7.773,81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096A1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44.791,94</w:t>
            </w:r>
          </w:p>
        </w:tc>
      </w:tr>
      <w:tr w:rsidR="00EC2D28" w14:paraId="29E39B9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FBDF246" w14:textId="77777777" w:rsidR="00EC2D28" w:rsidRDefault="00F60A22">
            <w:pPr>
              <w:jc w:val="center"/>
            </w:pPr>
            <w:r>
              <w:rPr>
                <w:lang w:val="ro-RO"/>
              </w:rPr>
              <w:t>3.7.1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5045160" w14:textId="77777777" w:rsidR="00EC2D28" w:rsidRDefault="00F60A22">
            <w:r>
              <w:rPr>
                <w:lang w:val="ro-RO"/>
              </w:rPr>
              <w:t>Managementul de proiect pentru obiectivul de investiții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1B2CA15" w14:textId="77777777" w:rsidR="00EC2D28" w:rsidRDefault="00F60A22">
            <w:pPr>
              <w:jc w:val="right"/>
            </w:pPr>
            <w:r>
              <w:rPr>
                <w:lang w:val="ro-RO"/>
              </w:rPr>
              <w:t>37.018,13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2FF6B48" w14:textId="77777777" w:rsidR="00EC2D28" w:rsidRDefault="00F60A22">
            <w:pPr>
              <w:jc w:val="right"/>
            </w:pPr>
            <w:r>
              <w:rPr>
                <w:lang w:val="ro-RO"/>
              </w:rPr>
              <w:t>7.773,81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BC39979" w14:textId="77777777" w:rsidR="00EC2D28" w:rsidRDefault="00F60A22">
            <w:pPr>
              <w:jc w:val="right"/>
            </w:pPr>
            <w:r>
              <w:rPr>
                <w:lang w:val="ro-RO"/>
              </w:rPr>
              <w:t>44.791,94</w:t>
            </w:r>
          </w:p>
        </w:tc>
      </w:tr>
      <w:tr w:rsidR="00EC2D28" w14:paraId="2E5A026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BD4A129" w14:textId="77777777" w:rsidR="00EC2D28" w:rsidRDefault="00F60A22">
            <w:pPr>
              <w:jc w:val="center"/>
            </w:pPr>
            <w:r>
              <w:rPr>
                <w:lang w:val="ro-RO"/>
              </w:rPr>
              <w:t>3.7.2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737694D" w14:textId="77777777" w:rsidR="00EC2D28" w:rsidRDefault="00F60A22">
            <w:r>
              <w:rPr>
                <w:lang w:val="ro-RO"/>
              </w:rPr>
              <w:t>Auditul financiar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CF8CC9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58BE61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8C746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6D20F76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E1B4711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3.8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782379D" w14:textId="77777777" w:rsidR="00EC2D28" w:rsidRDefault="00F60A22">
            <w:r>
              <w:rPr>
                <w:b/>
                <w:lang w:val="ro-RO"/>
              </w:rPr>
              <w:t>Asistenţă tehnică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9C2CBF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30.287,58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6D636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6.360,39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8AE28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36.647,97</w:t>
            </w:r>
          </w:p>
        </w:tc>
      </w:tr>
      <w:tr w:rsidR="00EC2D28" w14:paraId="02D878C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4C1457A" w14:textId="77777777" w:rsidR="00EC2D28" w:rsidRDefault="00F60A22">
            <w:pPr>
              <w:jc w:val="center"/>
            </w:pPr>
            <w:r>
              <w:rPr>
                <w:lang w:val="ro-RO"/>
              </w:rPr>
              <w:lastRenderedPageBreak/>
              <w:t>3.8.1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5931F61" w14:textId="77777777" w:rsidR="00EC2D28" w:rsidRDefault="00F60A22">
            <w:r>
              <w:rPr>
                <w:lang w:val="ro-RO"/>
              </w:rPr>
              <w:t>Asistență tehnică din partea proiectantului: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279FB6" w14:textId="77777777" w:rsidR="00EC2D28" w:rsidRDefault="00F60A22">
            <w:pPr>
              <w:jc w:val="right"/>
            </w:pPr>
            <w:r>
              <w:rPr>
                <w:lang w:val="ro-RO"/>
              </w:rPr>
              <w:t>10.095,86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326C9EE" w14:textId="77777777" w:rsidR="00EC2D28" w:rsidRDefault="00F60A22">
            <w:pPr>
              <w:jc w:val="right"/>
            </w:pPr>
            <w:r>
              <w:rPr>
                <w:lang w:val="ro-RO"/>
              </w:rPr>
              <w:t>2.120,13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1D8DDF" w14:textId="77777777" w:rsidR="00EC2D28" w:rsidRDefault="00F60A22">
            <w:pPr>
              <w:jc w:val="right"/>
            </w:pPr>
            <w:r>
              <w:rPr>
                <w:lang w:val="ro-RO"/>
              </w:rPr>
              <w:t>12.215,99</w:t>
            </w:r>
          </w:p>
        </w:tc>
      </w:tr>
      <w:tr w:rsidR="00EC2D28" w14:paraId="367B964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59D6EA9" w14:textId="77777777" w:rsidR="00EC2D28" w:rsidRDefault="00F60A22">
            <w:pPr>
              <w:jc w:val="center"/>
            </w:pPr>
            <w:r>
              <w:rPr>
                <w:lang w:val="ro-RO"/>
              </w:rPr>
              <w:t>3.8.1.1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3AB2E7A" w14:textId="77777777" w:rsidR="00EC2D28" w:rsidRDefault="00F60A22">
            <w:r>
              <w:rPr>
                <w:lang w:val="ro-RO"/>
              </w:rPr>
              <w:t>pe perioada de execuție a lucrărilor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22CA13" w14:textId="77777777" w:rsidR="00EC2D28" w:rsidRDefault="00F60A22">
            <w:pPr>
              <w:jc w:val="right"/>
            </w:pPr>
            <w:r>
              <w:rPr>
                <w:lang w:val="ro-RO"/>
              </w:rPr>
              <w:t>6.730,57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6AF06E1" w14:textId="77777777" w:rsidR="00EC2D28" w:rsidRDefault="00F60A22">
            <w:pPr>
              <w:jc w:val="right"/>
            </w:pPr>
            <w:r>
              <w:rPr>
                <w:lang w:val="ro-RO"/>
              </w:rPr>
              <w:t>1.413,42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3A7C69E" w14:textId="77777777" w:rsidR="00EC2D28" w:rsidRDefault="00F60A22">
            <w:pPr>
              <w:jc w:val="right"/>
            </w:pPr>
            <w:r>
              <w:rPr>
                <w:lang w:val="ro-RO"/>
              </w:rPr>
              <w:t>8.143,99</w:t>
            </w:r>
          </w:p>
        </w:tc>
      </w:tr>
      <w:tr w:rsidR="00EC2D28" w14:paraId="58930F5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E411DCD" w14:textId="77777777" w:rsidR="00EC2D28" w:rsidRDefault="00F60A22">
            <w:pPr>
              <w:jc w:val="center"/>
            </w:pPr>
            <w:r>
              <w:rPr>
                <w:lang w:val="ro-RO"/>
              </w:rPr>
              <w:t>3.8.1.2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3210C8D" w14:textId="77777777" w:rsidR="00EC2D28" w:rsidRDefault="00F60A22">
            <w:r>
              <w:rPr>
                <w:lang w:val="ro-RO"/>
              </w:rPr>
              <w:t>pentru participarea proiectantului la fazele incluse în programul de control al lucrărilor de execuție, avizat de către Inspectoratul de Stat în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EB5737" w14:textId="77777777" w:rsidR="00EC2D28" w:rsidRDefault="00F60A22">
            <w:pPr>
              <w:jc w:val="right"/>
            </w:pPr>
            <w:r>
              <w:rPr>
                <w:lang w:val="ro-RO"/>
              </w:rPr>
              <w:t>3.365,29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07D923A" w14:textId="77777777" w:rsidR="00EC2D28" w:rsidRDefault="00F60A22">
            <w:pPr>
              <w:jc w:val="right"/>
            </w:pPr>
            <w:r>
              <w:rPr>
                <w:lang w:val="ro-RO"/>
              </w:rPr>
              <w:t>706,71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5F8C37" w14:textId="77777777" w:rsidR="00EC2D28" w:rsidRDefault="00F60A22">
            <w:pPr>
              <w:jc w:val="right"/>
            </w:pPr>
            <w:r>
              <w:rPr>
                <w:lang w:val="ro-RO"/>
              </w:rPr>
              <w:t>4.072,00</w:t>
            </w:r>
          </w:p>
        </w:tc>
      </w:tr>
      <w:tr w:rsidR="00EC2D28" w14:paraId="1D675A5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CBF8180" w14:textId="77777777" w:rsidR="00EC2D28" w:rsidRDefault="00F60A22">
            <w:pPr>
              <w:jc w:val="center"/>
            </w:pPr>
            <w:r>
              <w:rPr>
                <w:lang w:val="ro-RO"/>
              </w:rPr>
              <w:t>3.8.2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9D7D4A0" w14:textId="77777777" w:rsidR="00EC2D28" w:rsidRDefault="00F60A22">
            <w:r>
              <w:rPr>
                <w:lang w:val="ro-RO"/>
              </w:rPr>
              <w:t>Dirigenție de șantier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05091D" w14:textId="77777777" w:rsidR="00EC2D28" w:rsidRDefault="00F60A22">
            <w:pPr>
              <w:jc w:val="right"/>
            </w:pPr>
            <w:r>
              <w:rPr>
                <w:lang w:val="ro-RO"/>
              </w:rPr>
              <w:t>16.826,43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3B9BA4" w14:textId="77777777" w:rsidR="00EC2D28" w:rsidRDefault="00F60A22">
            <w:pPr>
              <w:jc w:val="right"/>
            </w:pPr>
            <w:r>
              <w:rPr>
                <w:lang w:val="ro-RO"/>
              </w:rPr>
              <w:t>3.533,55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CEB0F5" w14:textId="77777777" w:rsidR="00EC2D28" w:rsidRDefault="00F60A22">
            <w:pPr>
              <w:jc w:val="right"/>
            </w:pPr>
            <w:r>
              <w:rPr>
                <w:lang w:val="ro-RO"/>
              </w:rPr>
              <w:t>20.359,98</w:t>
            </w:r>
          </w:p>
        </w:tc>
      </w:tr>
      <w:tr w:rsidR="00EC2D28" w14:paraId="142F2DD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101329E" w14:textId="77777777" w:rsidR="00EC2D28" w:rsidRDefault="00F60A22">
            <w:pPr>
              <w:jc w:val="center"/>
            </w:pPr>
            <w:r>
              <w:rPr>
                <w:lang w:val="ro-RO"/>
              </w:rPr>
              <w:t>3.8.3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5FF92AB" w14:textId="77777777" w:rsidR="00EC2D28" w:rsidRDefault="00F60A22">
            <w:r>
              <w:rPr>
                <w:lang w:val="ro-RO"/>
              </w:rPr>
              <w:t>Coordonator în materie de securitate și sănătate - conform Hotărârii Guvernului nr. 300/2006, cu modificările și completările ulterioare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AA7798" w14:textId="77777777" w:rsidR="00EC2D28" w:rsidRDefault="00F60A22">
            <w:pPr>
              <w:jc w:val="right"/>
            </w:pPr>
            <w:r>
              <w:rPr>
                <w:lang w:val="ro-RO"/>
              </w:rPr>
              <w:t>3.365,29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EBAFB61" w14:textId="77777777" w:rsidR="00EC2D28" w:rsidRDefault="00F60A22">
            <w:pPr>
              <w:jc w:val="right"/>
            </w:pPr>
            <w:r>
              <w:rPr>
                <w:lang w:val="ro-RO"/>
              </w:rPr>
              <w:t>706,71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4A8724" w14:textId="77777777" w:rsidR="00EC2D28" w:rsidRDefault="00F60A22">
            <w:pPr>
              <w:jc w:val="right"/>
            </w:pPr>
            <w:r>
              <w:rPr>
                <w:lang w:val="ro-RO"/>
              </w:rPr>
              <w:t>4.072,00</w:t>
            </w:r>
          </w:p>
        </w:tc>
      </w:tr>
      <w:tr w:rsidR="00EC2D28" w14:paraId="7EE6C96D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70FD9E8A" w14:textId="77777777" w:rsidR="00EC2D28" w:rsidRDefault="00F60A22">
            <w:r>
              <w:rPr>
                <w:b/>
                <w:lang w:val="ro-RO"/>
              </w:rPr>
              <w:t>TOTAL CAPITOL 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B7F86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234.728,67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C0C94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49.293,02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F778E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284.021,69</w:t>
            </w:r>
          </w:p>
        </w:tc>
      </w:tr>
      <w:tr w:rsidR="00EC2D28" w14:paraId="4B6C2342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76CA56AD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4</w:t>
            </w:r>
            <w:r>
              <w:rPr>
                <w:b/>
                <w:lang w:val="ro-RO"/>
              </w:rPr>
              <w:br/>
              <w:t>Cheltuieli pentru investiţia de bază</w:t>
            </w:r>
          </w:p>
        </w:tc>
      </w:tr>
      <w:tr w:rsidR="00EC2D28" w14:paraId="5C60491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E9170EC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CA5CE52" w14:textId="77777777" w:rsidR="00EC2D28" w:rsidRDefault="00F60A22">
            <w:r>
              <w:rPr>
                <w:b/>
                <w:lang w:val="ro-RO"/>
              </w:rPr>
              <w:t>Construcţii şi instalaţii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FE90FA7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1.683.607,57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B0A8137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353.557,59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D0BE51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2.037.165,16</w:t>
            </w:r>
          </w:p>
        </w:tc>
      </w:tr>
      <w:tr w:rsidR="00EC2D28" w14:paraId="5B34D72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4E1F2B7" w14:textId="77777777" w:rsidR="00EC2D28" w:rsidRDefault="00F60A22">
            <w:pPr>
              <w:jc w:val="center"/>
            </w:pPr>
            <w:r>
              <w:rPr>
                <w:lang w:val="ro-RO"/>
              </w:rPr>
              <w:t>4.1.1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B294920" w14:textId="77777777" w:rsidR="00EC2D28" w:rsidRDefault="00F60A22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E700CE" w14:textId="77777777" w:rsidR="00EC2D28" w:rsidRDefault="00F60A22">
            <w:pPr>
              <w:jc w:val="right"/>
            </w:pPr>
            <w:r>
              <w:rPr>
                <w:lang w:val="ro-RO"/>
              </w:rPr>
              <w:t>973.022,35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16B0CF" w14:textId="77777777" w:rsidR="00EC2D28" w:rsidRDefault="00F60A22">
            <w:pPr>
              <w:jc w:val="right"/>
            </w:pPr>
            <w:r>
              <w:rPr>
                <w:lang w:val="ro-RO"/>
              </w:rPr>
              <w:t>204.334,69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789C419" w14:textId="77777777" w:rsidR="00EC2D28" w:rsidRDefault="00F60A22">
            <w:pPr>
              <w:jc w:val="right"/>
            </w:pPr>
            <w:r>
              <w:rPr>
                <w:lang w:val="ro-RO"/>
              </w:rPr>
              <w:t>1.177.357,04</w:t>
            </w:r>
          </w:p>
        </w:tc>
      </w:tr>
      <w:tr w:rsidR="00EC2D28" w14:paraId="4D780A5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53019B1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4.1.1.a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1565930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A887FE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973.022,35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475D10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204.334,69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DFA98C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1.177.357,04</w:t>
            </w:r>
          </w:p>
        </w:tc>
      </w:tr>
      <w:tr w:rsidR="00EC2D28" w14:paraId="2E36B91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131AB70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4.1.1.b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98A9685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4BD33F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97EBDA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3DA6D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30491E8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4683EB1" w14:textId="77777777" w:rsidR="00EC2D28" w:rsidRDefault="00F60A22">
            <w:pPr>
              <w:jc w:val="center"/>
            </w:pPr>
            <w:r>
              <w:rPr>
                <w:lang w:val="ro-RO"/>
              </w:rPr>
              <w:t>4.1.2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E39C5C6" w14:textId="77777777" w:rsidR="00EC2D28" w:rsidRDefault="00F60A22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964FC9E" w14:textId="77777777" w:rsidR="00EC2D28" w:rsidRDefault="00F60A22">
            <w:pPr>
              <w:jc w:val="right"/>
            </w:pPr>
            <w:r>
              <w:rPr>
                <w:lang w:val="ro-RO"/>
              </w:rPr>
              <w:t>511.054,02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3C2260" w14:textId="77777777" w:rsidR="00EC2D28" w:rsidRDefault="00F60A22">
            <w:pPr>
              <w:jc w:val="right"/>
            </w:pPr>
            <w:r>
              <w:rPr>
                <w:lang w:val="ro-RO"/>
              </w:rPr>
              <w:t>107.321,34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FF82C8" w14:textId="77777777" w:rsidR="00EC2D28" w:rsidRDefault="00F60A22">
            <w:pPr>
              <w:jc w:val="right"/>
            </w:pPr>
            <w:r>
              <w:rPr>
                <w:lang w:val="ro-RO"/>
              </w:rPr>
              <w:t>618.375,36</w:t>
            </w:r>
          </w:p>
        </w:tc>
      </w:tr>
      <w:tr w:rsidR="00EC2D28" w14:paraId="026FC0E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025F6A5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4.1.2.a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B73CF3D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E232F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511.054,02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C969B2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107.321,34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E8AE3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618.375,36</w:t>
            </w:r>
          </w:p>
        </w:tc>
      </w:tr>
      <w:tr w:rsidR="00EC2D28" w14:paraId="072B8D7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447563A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4.1.2.b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FC3A46D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879A4D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037585B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64599D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72E5C15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CDF0F8F" w14:textId="77777777" w:rsidR="00EC2D28" w:rsidRDefault="00F60A22">
            <w:pPr>
              <w:jc w:val="center"/>
            </w:pPr>
            <w:r>
              <w:rPr>
                <w:lang w:val="ro-RO"/>
              </w:rPr>
              <w:t>4.1.3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464A80F" w14:textId="77777777" w:rsidR="00EC2D28" w:rsidRDefault="00F60A22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900963" w14:textId="77777777" w:rsidR="00EC2D28" w:rsidRDefault="00F60A22">
            <w:pPr>
              <w:jc w:val="right"/>
            </w:pPr>
            <w:r>
              <w:rPr>
                <w:lang w:val="ro-RO"/>
              </w:rPr>
              <w:t>199.531,20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4C4EECF" w14:textId="77777777" w:rsidR="00EC2D28" w:rsidRDefault="00F60A22">
            <w:pPr>
              <w:jc w:val="right"/>
            </w:pPr>
            <w:r>
              <w:rPr>
                <w:lang w:val="ro-RO"/>
              </w:rPr>
              <w:t>41.901,56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20A5EDA" w14:textId="77777777" w:rsidR="00EC2D28" w:rsidRDefault="00F60A22">
            <w:pPr>
              <w:jc w:val="right"/>
            </w:pPr>
            <w:r>
              <w:rPr>
                <w:lang w:val="ro-RO"/>
              </w:rPr>
              <w:t>241.432,76</w:t>
            </w:r>
          </w:p>
        </w:tc>
      </w:tr>
      <w:tr w:rsidR="00EC2D28" w14:paraId="50590A5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337E366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4.1.3.a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1BBF5C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D88F74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74.260,08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A8323E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15.594,62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04345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89.854,70</w:t>
            </w:r>
          </w:p>
        </w:tc>
      </w:tr>
      <w:tr w:rsidR="00EC2D28" w14:paraId="329B489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2EF1E9A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lastRenderedPageBreak/>
              <w:t>4.1.3.b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A75AFBF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FE3F5E5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125.271,12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5D5C4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26.306,94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AA2D5F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151.578,06</w:t>
            </w:r>
          </w:p>
        </w:tc>
      </w:tr>
      <w:tr w:rsidR="00EC2D28" w14:paraId="569A621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A3D843B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5069310" w14:textId="77777777" w:rsidR="00EC2D28" w:rsidRDefault="00F60A22">
            <w:r>
              <w:rPr>
                <w:b/>
                <w:lang w:val="ro-RO"/>
              </w:rPr>
              <w:t>Montaj utilaje, echipamente tehnologice și funcționale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44BF8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9.972,90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0747B7B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2.094,31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B1E49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12.067,21</w:t>
            </w:r>
          </w:p>
        </w:tc>
      </w:tr>
      <w:tr w:rsidR="00EC2D28" w14:paraId="3CBA402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BB12CBE" w14:textId="77777777" w:rsidR="00EC2D28" w:rsidRDefault="00F60A22">
            <w:pPr>
              <w:jc w:val="center"/>
            </w:pPr>
            <w:r>
              <w:rPr>
                <w:lang w:val="ro-RO"/>
              </w:rPr>
              <w:t>4.2.1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70E7DEB" w14:textId="77777777" w:rsidR="00EC2D28" w:rsidRDefault="00F60A22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20174D0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EB4499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B39726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3D7C4EF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03B1C16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6B159A1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C81C9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FE12BF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521D1D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325F32D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4EE5177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5B8261D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9ADEE2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654E5B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7BD32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255F5AE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92E2F23" w14:textId="77777777" w:rsidR="00EC2D28" w:rsidRDefault="00F60A22">
            <w:pPr>
              <w:jc w:val="center"/>
            </w:pPr>
            <w:r>
              <w:rPr>
                <w:lang w:val="ro-RO"/>
              </w:rPr>
              <w:t>4.2.2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BD2FAB3" w14:textId="77777777" w:rsidR="00EC2D28" w:rsidRDefault="00F60A22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7E88C93" w14:textId="77777777" w:rsidR="00EC2D28" w:rsidRDefault="00F60A22">
            <w:pPr>
              <w:jc w:val="right"/>
            </w:pPr>
            <w:r>
              <w:rPr>
                <w:lang w:val="ro-RO"/>
              </w:rPr>
              <w:t>9.141,82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65E4A8" w14:textId="77777777" w:rsidR="00EC2D28" w:rsidRDefault="00F60A22">
            <w:pPr>
              <w:jc w:val="right"/>
            </w:pPr>
            <w:r>
              <w:rPr>
                <w:lang w:val="ro-RO"/>
              </w:rPr>
              <w:t>1.919,78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301C13E" w14:textId="77777777" w:rsidR="00EC2D28" w:rsidRDefault="00F60A22">
            <w:pPr>
              <w:jc w:val="right"/>
            </w:pPr>
            <w:r>
              <w:rPr>
                <w:lang w:val="ro-RO"/>
              </w:rPr>
              <w:t>11.061,60</w:t>
            </w:r>
          </w:p>
        </w:tc>
      </w:tr>
      <w:tr w:rsidR="00EC2D28" w14:paraId="297758E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62F925B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A0E949B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67FF9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9.141,82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C3F786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1.919,78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FBC31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11.061,60</w:t>
            </w:r>
          </w:p>
        </w:tc>
      </w:tr>
      <w:tr w:rsidR="00EC2D28" w14:paraId="5746771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299E404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4CD4857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25D181C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72B03C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2DF9AE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78BADDF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553B221" w14:textId="77777777" w:rsidR="00EC2D28" w:rsidRDefault="00F60A22">
            <w:pPr>
              <w:jc w:val="center"/>
            </w:pPr>
            <w:r>
              <w:rPr>
                <w:lang w:val="ro-RO"/>
              </w:rPr>
              <w:t>4.2.3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6E587BC" w14:textId="77777777" w:rsidR="00EC2D28" w:rsidRDefault="00F60A22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E9518C8" w14:textId="77777777" w:rsidR="00EC2D28" w:rsidRDefault="00F60A22">
            <w:pPr>
              <w:jc w:val="right"/>
            </w:pPr>
            <w:r>
              <w:rPr>
                <w:lang w:val="ro-RO"/>
              </w:rPr>
              <w:t>831,08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E47032" w14:textId="77777777" w:rsidR="00EC2D28" w:rsidRDefault="00F60A22">
            <w:pPr>
              <w:jc w:val="right"/>
            </w:pPr>
            <w:r>
              <w:rPr>
                <w:lang w:val="ro-RO"/>
              </w:rPr>
              <w:t>174,53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B10934" w14:textId="77777777" w:rsidR="00EC2D28" w:rsidRDefault="00F60A22">
            <w:pPr>
              <w:jc w:val="right"/>
            </w:pPr>
            <w:r>
              <w:rPr>
                <w:lang w:val="ro-RO"/>
              </w:rPr>
              <w:t>1.005,61</w:t>
            </w:r>
          </w:p>
        </w:tc>
      </w:tr>
      <w:tr w:rsidR="00EC2D28" w14:paraId="5109CAA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3E230E9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77B2EF1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BC4944B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831,08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79B25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174,53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ABAF30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1.005,61</w:t>
            </w:r>
          </w:p>
        </w:tc>
      </w:tr>
      <w:tr w:rsidR="00EC2D28" w14:paraId="608493B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FAF44B9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4.2.3.b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1EC5CEE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3B5C35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F13D93E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81FAF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0F56846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924AF99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F7156AC" w14:textId="77777777" w:rsidR="00EC2D28" w:rsidRDefault="00F60A22">
            <w:r>
              <w:rPr>
                <w:b/>
                <w:lang w:val="ro-RO"/>
              </w:rPr>
              <w:t>Utilaje, echipamente tehnologice şi funcţionale care necesită montaj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16F95F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99.728,95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E69992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20.943,08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424B59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120.672,03</w:t>
            </w:r>
          </w:p>
        </w:tc>
      </w:tr>
      <w:tr w:rsidR="00EC2D28" w14:paraId="670E82D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522E9AC" w14:textId="77777777" w:rsidR="00EC2D28" w:rsidRDefault="00F60A22">
            <w:pPr>
              <w:jc w:val="center"/>
            </w:pPr>
            <w:r>
              <w:rPr>
                <w:lang w:val="ro-RO"/>
              </w:rPr>
              <w:t>4.3.1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76B1512" w14:textId="77777777" w:rsidR="00EC2D28" w:rsidRDefault="00F60A22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214261C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06E07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DDABA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3B8C9AE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2BDC719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4.3.1.a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58BD9E2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13277BC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284FD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D8B140A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1F9C33D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C204107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4.3.1.b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C6B7599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8B301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BFF2F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D7B73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75BA3AE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67C77F2" w14:textId="77777777" w:rsidR="00EC2D28" w:rsidRDefault="00F60A22">
            <w:pPr>
              <w:jc w:val="center"/>
            </w:pPr>
            <w:r>
              <w:rPr>
                <w:lang w:val="ro-RO"/>
              </w:rPr>
              <w:t>4.3.2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0126066" w14:textId="77777777" w:rsidR="00EC2D28" w:rsidRDefault="00F60A22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08E898" w14:textId="77777777" w:rsidR="00EC2D28" w:rsidRDefault="00F60A22">
            <w:pPr>
              <w:jc w:val="right"/>
            </w:pPr>
            <w:r>
              <w:rPr>
                <w:lang w:val="ro-RO"/>
              </w:rPr>
              <w:t>91.418,20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CCFEA43" w14:textId="77777777" w:rsidR="00EC2D28" w:rsidRDefault="00F60A22">
            <w:pPr>
              <w:jc w:val="right"/>
            </w:pPr>
            <w:r>
              <w:rPr>
                <w:lang w:val="ro-RO"/>
              </w:rPr>
              <w:t>19.197,82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5AB40E" w14:textId="77777777" w:rsidR="00EC2D28" w:rsidRDefault="00F60A22">
            <w:pPr>
              <w:jc w:val="right"/>
            </w:pPr>
            <w:r>
              <w:rPr>
                <w:lang w:val="ro-RO"/>
              </w:rPr>
              <w:t>110.616,02</w:t>
            </w:r>
          </w:p>
        </w:tc>
      </w:tr>
      <w:tr w:rsidR="00EC2D28" w14:paraId="46765BA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4728424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4.3.2.a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84412D9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93EA65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91.418,20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393FD2F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19.197,82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64BB6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110.616,02</w:t>
            </w:r>
          </w:p>
        </w:tc>
      </w:tr>
      <w:tr w:rsidR="00EC2D28" w14:paraId="5BA06F9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5A5D09B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4.3.2.b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540AF17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89C49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47E0BF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85DDF2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385C471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4E5FC87" w14:textId="77777777" w:rsidR="00EC2D28" w:rsidRDefault="00F60A22">
            <w:pPr>
              <w:jc w:val="center"/>
            </w:pPr>
            <w:r>
              <w:rPr>
                <w:lang w:val="ro-RO"/>
              </w:rPr>
              <w:t>4.3.3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6158681" w14:textId="77777777" w:rsidR="00EC2D28" w:rsidRDefault="00F60A22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D5FD4C" w14:textId="77777777" w:rsidR="00EC2D28" w:rsidRDefault="00F60A22">
            <w:pPr>
              <w:jc w:val="right"/>
            </w:pPr>
            <w:r>
              <w:rPr>
                <w:lang w:val="ro-RO"/>
              </w:rPr>
              <w:t>8.310,75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631EF4" w14:textId="77777777" w:rsidR="00EC2D28" w:rsidRDefault="00F60A22">
            <w:pPr>
              <w:jc w:val="right"/>
            </w:pPr>
            <w:r>
              <w:rPr>
                <w:lang w:val="ro-RO"/>
              </w:rPr>
              <w:t>1.745,26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A76862" w14:textId="77777777" w:rsidR="00EC2D28" w:rsidRDefault="00F60A22">
            <w:pPr>
              <w:jc w:val="right"/>
            </w:pPr>
            <w:r>
              <w:rPr>
                <w:lang w:val="ro-RO"/>
              </w:rPr>
              <w:t>10.056,01</w:t>
            </w:r>
          </w:p>
        </w:tc>
      </w:tr>
      <w:tr w:rsidR="00EC2D28" w14:paraId="318836F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7207F92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4.3.3.a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4CAD6AF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9ADED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8.310,75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632A0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1.745,26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B50458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10.056,01</w:t>
            </w:r>
          </w:p>
        </w:tc>
      </w:tr>
      <w:tr w:rsidR="00EC2D28" w14:paraId="05CE5E6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1B18349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lastRenderedPageBreak/>
              <w:t>4.3.3.b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2067464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ABF73E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38FA5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0E895F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224D8A0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908734D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43C41AA" w14:textId="77777777" w:rsidR="00EC2D28" w:rsidRDefault="00F60A22">
            <w:r>
              <w:rPr>
                <w:b/>
                <w:lang w:val="ro-RO"/>
              </w:rPr>
              <w:t>Utilaje, echipamente tehnologice și funcționale care nu necesită montaj și echipamente de transport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AFF7CB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7C1E2D7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281F8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35A1550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3B60E09" w14:textId="77777777" w:rsidR="00EC2D28" w:rsidRDefault="00F60A22">
            <w:pPr>
              <w:jc w:val="center"/>
            </w:pPr>
            <w:r>
              <w:rPr>
                <w:lang w:val="ro-RO"/>
              </w:rPr>
              <w:t>4.4.1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A4525AB" w14:textId="77777777" w:rsidR="00EC2D28" w:rsidRDefault="00F60A22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C2E603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FEF99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B9593D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1634676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947952F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A32E2ED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38501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64C8A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972DA7B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570B185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3703954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35433F7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05A6CA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0778BE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1AFF9B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1B5D897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FB203BF" w14:textId="77777777" w:rsidR="00EC2D28" w:rsidRDefault="00F60A22">
            <w:pPr>
              <w:jc w:val="center"/>
            </w:pPr>
            <w:r>
              <w:rPr>
                <w:lang w:val="ro-RO"/>
              </w:rPr>
              <w:t>4.4.2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B469911" w14:textId="77777777" w:rsidR="00EC2D28" w:rsidRDefault="00F60A22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6B037B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A716B8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C3654BD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2CA6345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E6F538C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FE52057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167475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7E97F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98314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3337849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F331AD6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6998225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22AFC4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FBDC26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D6C45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7D2D33D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3E765A8" w14:textId="77777777" w:rsidR="00EC2D28" w:rsidRDefault="00F60A22">
            <w:pPr>
              <w:jc w:val="center"/>
            </w:pPr>
            <w:r>
              <w:rPr>
                <w:lang w:val="ro-RO"/>
              </w:rPr>
              <w:t>4.4.3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F33CA15" w14:textId="77777777" w:rsidR="00EC2D28" w:rsidRDefault="00F60A22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0DC3868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B6CD123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A00003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49E32EF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2A2375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D9F1871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B79983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D0744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209B7F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13BCFF1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B8E527E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4.4.3.b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DFF6732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A269E3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906E8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ED4D5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41BAA38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491D769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A01C5BC" w14:textId="77777777" w:rsidR="00EC2D28" w:rsidRDefault="00F60A22">
            <w:r>
              <w:rPr>
                <w:b/>
                <w:lang w:val="ro-RO"/>
              </w:rPr>
              <w:t>Dotări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10BC16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B07228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BC4388F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1B6D1EA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0209397" w14:textId="77777777" w:rsidR="00EC2D28" w:rsidRDefault="00F60A22">
            <w:pPr>
              <w:jc w:val="center"/>
            </w:pPr>
            <w:r>
              <w:rPr>
                <w:lang w:val="ro-RO"/>
              </w:rPr>
              <w:t>4.5.1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CCAD302" w14:textId="77777777" w:rsidR="00EC2D28" w:rsidRDefault="00F60A22">
            <w:r>
              <w:rPr>
                <w:lang w:val="ro-RO"/>
              </w:rPr>
              <w:t>Necesare pentru respectarea cerinţelor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0DD4AF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9A51935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DC50C13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7358F98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43CC547" w14:textId="77777777" w:rsidR="00EC2D28" w:rsidRDefault="00F60A22">
            <w:pPr>
              <w:jc w:val="center"/>
            </w:pPr>
            <w:r>
              <w:rPr>
                <w:lang w:val="ro-RO"/>
              </w:rPr>
              <w:t>4.5.2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A6916DF" w14:textId="77777777" w:rsidR="00EC2D28" w:rsidRDefault="00F60A22">
            <w:r>
              <w:rPr>
                <w:lang w:val="ro-RO"/>
              </w:rPr>
              <w:t>Necesare pentru instrumentarea seismică a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9F604C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93E240A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FF98B12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12975E1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76A38B1" w14:textId="77777777" w:rsidR="00EC2D28" w:rsidRDefault="00F60A22">
            <w:pPr>
              <w:jc w:val="center"/>
            </w:pPr>
            <w:r>
              <w:rPr>
                <w:lang w:val="ro-RO"/>
              </w:rPr>
              <w:t>4.5.3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10DA70F" w14:textId="77777777" w:rsidR="00EC2D28" w:rsidRDefault="00F60A22">
            <w:r>
              <w:rPr>
                <w:lang w:val="ro-RO"/>
              </w:rPr>
              <w:t>Necesare pentru desfășurarea activității conform funcțiunii principale a clădirii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CEAC3E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B26612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029192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487A312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401D549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4.6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5603ECD" w14:textId="77777777" w:rsidR="00EC2D28" w:rsidRDefault="00F60A22">
            <w:r>
              <w:rPr>
                <w:b/>
                <w:lang w:val="ro-RO"/>
              </w:rPr>
              <w:t>Active necorporale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56289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5F4AAB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C075F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27E4DAA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2BCE716" w14:textId="77777777" w:rsidR="00EC2D28" w:rsidRDefault="00F60A22">
            <w:pPr>
              <w:jc w:val="center"/>
            </w:pPr>
            <w:r>
              <w:rPr>
                <w:lang w:val="ro-RO"/>
              </w:rPr>
              <w:t>4.6.1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3F9EDC3" w14:textId="77777777" w:rsidR="00EC2D28" w:rsidRDefault="00F60A22">
            <w:r>
              <w:rPr>
                <w:lang w:val="ro-RO"/>
              </w:rPr>
              <w:t>Necesare pentru respectarea cerinţelor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234993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2CA706F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B48189B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148175E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1A64664" w14:textId="77777777" w:rsidR="00EC2D28" w:rsidRDefault="00F60A22">
            <w:pPr>
              <w:jc w:val="center"/>
            </w:pPr>
            <w:r>
              <w:rPr>
                <w:lang w:val="ro-RO"/>
              </w:rPr>
              <w:t>4.6.2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2E72380" w14:textId="77777777" w:rsidR="00EC2D28" w:rsidRDefault="00F60A22">
            <w:r>
              <w:rPr>
                <w:lang w:val="ro-RO"/>
              </w:rPr>
              <w:t>Necesare pentru instrumentarea seismică a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49AFAD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DE5794E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76B9009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36477AF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595B19B" w14:textId="77777777" w:rsidR="00EC2D28" w:rsidRDefault="00F60A22">
            <w:pPr>
              <w:jc w:val="center"/>
            </w:pPr>
            <w:r>
              <w:rPr>
                <w:lang w:val="ro-RO"/>
              </w:rPr>
              <w:lastRenderedPageBreak/>
              <w:t>4.6.3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ACB5D1B" w14:textId="77777777" w:rsidR="00EC2D28" w:rsidRDefault="00F60A22">
            <w:r>
              <w:rPr>
                <w:lang w:val="ro-RO"/>
              </w:rPr>
              <w:t>Necesare pentru desfășurarea activității conform funcțiunii principale a clădirii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BF8777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BC8B9C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44E664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72F32242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6F446FFA" w14:textId="77777777" w:rsidR="00EC2D28" w:rsidRDefault="00F60A22">
            <w:r>
              <w:rPr>
                <w:b/>
                <w:lang w:val="ro-RO"/>
              </w:rPr>
              <w:t>TOTAL CAPITOL 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88B06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1.793.309,42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E4062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376.594,98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BCD02D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2.169.904,40</w:t>
            </w:r>
          </w:p>
        </w:tc>
      </w:tr>
      <w:tr w:rsidR="00EC2D28" w14:paraId="7772DA13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74763F9A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5</w:t>
            </w:r>
            <w:r>
              <w:rPr>
                <w:b/>
                <w:lang w:val="ro-RO"/>
              </w:rPr>
              <w:br/>
              <w:t>Alte cheltuieli</w:t>
            </w:r>
          </w:p>
        </w:tc>
      </w:tr>
      <w:tr w:rsidR="00EC2D28" w14:paraId="3355D07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C24F0BC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0340A15" w14:textId="77777777" w:rsidR="00EC2D28" w:rsidRDefault="00F60A22">
            <w:r>
              <w:rPr>
                <w:b/>
                <w:lang w:val="ro-RO"/>
              </w:rPr>
              <w:t>Organizare de şantier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737A6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42.192,56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2CADA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8.860,44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10E797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51.053,00</w:t>
            </w:r>
          </w:p>
        </w:tc>
      </w:tr>
      <w:tr w:rsidR="00EC2D28" w14:paraId="70564A0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E2B856C" w14:textId="77777777" w:rsidR="00EC2D28" w:rsidRDefault="00F60A22">
            <w:pPr>
              <w:jc w:val="center"/>
            </w:pPr>
            <w:r>
              <w:rPr>
                <w:lang w:val="ro-RO"/>
              </w:rPr>
              <w:t>5.1.1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6AA8DC6" w14:textId="77777777" w:rsidR="00EC2D28" w:rsidRDefault="00F60A22">
            <w:r>
              <w:rPr>
                <w:lang w:val="ro-RO"/>
              </w:rPr>
              <w:t>Lucrări de construcţii și instalații aferente organizării de șantier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0DC36A" w14:textId="77777777" w:rsidR="00EC2D28" w:rsidRDefault="00F60A22">
            <w:pPr>
              <w:jc w:val="right"/>
            </w:pPr>
            <w:r>
              <w:rPr>
                <w:lang w:val="ro-RO"/>
              </w:rPr>
              <w:t>38.811,18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0E9539" w14:textId="77777777" w:rsidR="00EC2D28" w:rsidRDefault="00F60A22">
            <w:pPr>
              <w:jc w:val="right"/>
            </w:pPr>
            <w:r>
              <w:rPr>
                <w:lang w:val="ro-RO"/>
              </w:rPr>
              <w:t>8.150,35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7F6BC5" w14:textId="77777777" w:rsidR="00EC2D28" w:rsidRDefault="00F60A22">
            <w:pPr>
              <w:jc w:val="right"/>
            </w:pPr>
            <w:r>
              <w:rPr>
                <w:lang w:val="ro-RO"/>
              </w:rPr>
              <w:t>46.961,53</w:t>
            </w:r>
          </w:p>
        </w:tc>
      </w:tr>
      <w:tr w:rsidR="00EC2D28" w14:paraId="5B31147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9629069" w14:textId="77777777" w:rsidR="00EC2D28" w:rsidRDefault="00F60A22">
            <w:pPr>
              <w:jc w:val="center"/>
            </w:pPr>
            <w:r>
              <w:rPr>
                <w:lang w:val="ro-RO"/>
              </w:rPr>
              <w:t>5.1.2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54AE9E2" w14:textId="77777777" w:rsidR="00EC2D28" w:rsidRDefault="00F60A22">
            <w:r>
              <w:rPr>
                <w:lang w:val="ro-RO"/>
              </w:rPr>
              <w:t>Cheltuieli conexe organizării șantierului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5FB3F7E" w14:textId="77777777" w:rsidR="00EC2D28" w:rsidRDefault="00F60A22">
            <w:pPr>
              <w:jc w:val="right"/>
            </w:pPr>
            <w:r>
              <w:rPr>
                <w:lang w:val="ro-RO"/>
              </w:rPr>
              <w:t>3.381,38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BFAE0C" w14:textId="77777777" w:rsidR="00EC2D28" w:rsidRDefault="00F60A22">
            <w:pPr>
              <w:jc w:val="right"/>
            </w:pPr>
            <w:r>
              <w:rPr>
                <w:lang w:val="ro-RO"/>
              </w:rPr>
              <w:t>710,09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84E424" w14:textId="77777777" w:rsidR="00EC2D28" w:rsidRDefault="00F60A22">
            <w:pPr>
              <w:jc w:val="right"/>
            </w:pPr>
            <w:r>
              <w:rPr>
                <w:lang w:val="ro-RO"/>
              </w:rPr>
              <w:t>4.091,47</w:t>
            </w:r>
          </w:p>
        </w:tc>
      </w:tr>
      <w:tr w:rsidR="00EC2D28" w14:paraId="23C7947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4EBF055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A6F9616" w14:textId="77777777" w:rsidR="00EC2D28" w:rsidRDefault="00F60A22">
            <w:r>
              <w:rPr>
                <w:b/>
                <w:lang w:val="ro-RO"/>
              </w:rPr>
              <w:t>Comisioane, taxe, cote, costul creditului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DDC67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22.483,22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12F84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ACC899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23.113,22</w:t>
            </w:r>
          </w:p>
        </w:tc>
      </w:tr>
      <w:tr w:rsidR="00EC2D28" w14:paraId="422FCF5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966F12" w14:textId="77777777" w:rsidR="00EC2D28" w:rsidRDefault="00F60A22">
            <w:pPr>
              <w:jc w:val="center"/>
            </w:pPr>
            <w:r>
              <w:rPr>
                <w:lang w:val="ro-RO"/>
              </w:rPr>
              <w:t>5.2.1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82FCBF9" w14:textId="77777777" w:rsidR="00EC2D28" w:rsidRDefault="00F60A22">
            <w:r>
              <w:rPr>
                <w:lang w:val="ro-RO"/>
              </w:rPr>
              <w:t>Comisioanele și dobânzile aferente creditului băncii finanțatoare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B0DF68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776B5A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85E3BFB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EC2D28" w14:paraId="28F3F00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F314D0A" w14:textId="77777777" w:rsidR="00EC2D28" w:rsidRDefault="00F60A22">
            <w:pPr>
              <w:jc w:val="center"/>
            </w:pPr>
            <w:r>
              <w:rPr>
                <w:lang w:val="ro-RO"/>
              </w:rPr>
              <w:t>5.2.2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16540B6" w14:textId="77777777" w:rsidR="00EC2D28" w:rsidRDefault="00F60A22">
            <w:r>
              <w:rPr>
                <w:lang w:val="ro-RO"/>
              </w:rPr>
              <w:t>Cota aferentă ISC pentru controlul calității lucrărilor de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4707C48" w14:textId="77777777" w:rsidR="00EC2D28" w:rsidRDefault="00F60A22">
            <w:pPr>
              <w:jc w:val="right"/>
            </w:pPr>
            <w:r>
              <w:rPr>
                <w:lang w:val="ro-RO"/>
              </w:rPr>
              <w:t>8.856,01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5C9ACA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AB1FE8" w14:textId="77777777" w:rsidR="00EC2D28" w:rsidRDefault="00F60A22">
            <w:pPr>
              <w:jc w:val="right"/>
            </w:pPr>
            <w:r>
              <w:rPr>
                <w:lang w:val="ro-RO"/>
              </w:rPr>
              <w:t>8.856,01</w:t>
            </w:r>
          </w:p>
        </w:tc>
      </w:tr>
      <w:tr w:rsidR="00EC2D28" w14:paraId="399618E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14C3A59" w14:textId="77777777" w:rsidR="00EC2D28" w:rsidRDefault="00F60A22">
            <w:pPr>
              <w:jc w:val="center"/>
            </w:pPr>
            <w:r>
              <w:rPr>
                <w:lang w:val="ro-RO"/>
              </w:rPr>
              <w:t>5.2.3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4674132" w14:textId="77777777" w:rsidR="00EC2D28" w:rsidRDefault="00F60A22">
            <w:r>
              <w:rPr>
                <w:lang w:val="ro-RO"/>
              </w:rPr>
              <w:t>Cota aferentă ISC pentru controlul statului în amenajarea teritoriului, urbanism și pentru autorizarea lucrărilor de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3D0557" w14:textId="77777777" w:rsidR="00EC2D28" w:rsidRDefault="00F60A22">
            <w:pPr>
              <w:jc w:val="right"/>
            </w:pPr>
            <w:r>
              <w:rPr>
                <w:lang w:val="ro-RO"/>
              </w:rPr>
              <w:t>1.771,20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029CD7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747D3D4" w14:textId="77777777" w:rsidR="00EC2D28" w:rsidRDefault="00F60A22">
            <w:pPr>
              <w:jc w:val="right"/>
            </w:pPr>
            <w:r>
              <w:rPr>
                <w:lang w:val="ro-RO"/>
              </w:rPr>
              <w:t>1.771,20</w:t>
            </w:r>
          </w:p>
        </w:tc>
      </w:tr>
      <w:tr w:rsidR="00EC2D28" w14:paraId="3A694DD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E4601D3" w14:textId="77777777" w:rsidR="00EC2D28" w:rsidRDefault="00F60A22">
            <w:pPr>
              <w:jc w:val="center"/>
            </w:pPr>
            <w:r>
              <w:rPr>
                <w:lang w:val="ro-RO"/>
              </w:rPr>
              <w:t>5.2.4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EC0E66C" w14:textId="77777777" w:rsidR="00EC2D28" w:rsidRDefault="00F60A22">
            <w:r>
              <w:rPr>
                <w:lang w:val="ro-RO"/>
              </w:rPr>
              <w:t>Cota aferentă Casei Sociale a Constructorilor - CSC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954B737" w14:textId="77777777" w:rsidR="00EC2D28" w:rsidRDefault="00F60A22">
            <w:pPr>
              <w:jc w:val="right"/>
            </w:pPr>
            <w:r>
              <w:rPr>
                <w:lang w:val="ro-RO"/>
              </w:rPr>
              <w:t>8.856,01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05AE18" w14:textId="77777777" w:rsidR="00EC2D28" w:rsidRDefault="00F60A22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F4A4F5" w14:textId="77777777" w:rsidR="00EC2D28" w:rsidRDefault="00F60A22">
            <w:pPr>
              <w:jc w:val="right"/>
            </w:pPr>
            <w:r>
              <w:rPr>
                <w:lang w:val="ro-RO"/>
              </w:rPr>
              <w:t>8.856,01</w:t>
            </w:r>
          </w:p>
        </w:tc>
      </w:tr>
      <w:tr w:rsidR="00EC2D28" w14:paraId="26FADC0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4DB9D8C" w14:textId="77777777" w:rsidR="00EC2D28" w:rsidRDefault="00F60A22">
            <w:pPr>
              <w:jc w:val="center"/>
            </w:pPr>
            <w:r>
              <w:rPr>
                <w:lang w:val="ro-RO"/>
              </w:rPr>
              <w:t>5.2.5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837F467" w14:textId="77777777" w:rsidR="00EC2D28" w:rsidRDefault="00F60A22">
            <w:r>
              <w:rPr>
                <w:lang w:val="ro-RO"/>
              </w:rPr>
              <w:t>Taxe pentru acorduri, avize conforme și autorizația de construire/desființare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A7E6AB" w14:textId="77777777" w:rsidR="00EC2D28" w:rsidRDefault="00F60A22">
            <w:pPr>
              <w:jc w:val="right"/>
            </w:pPr>
            <w:r>
              <w:rPr>
                <w:lang w:val="ro-RO"/>
              </w:rPr>
              <w:t>3.000,00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548DA08" w14:textId="77777777" w:rsidR="00EC2D28" w:rsidRDefault="00F60A22">
            <w:pPr>
              <w:jc w:val="right"/>
            </w:pPr>
            <w:r>
              <w:rPr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E12951" w14:textId="77777777" w:rsidR="00EC2D28" w:rsidRDefault="00F60A22">
            <w:pPr>
              <w:jc w:val="right"/>
            </w:pPr>
            <w:r>
              <w:rPr>
                <w:lang w:val="ro-RO"/>
              </w:rPr>
              <w:t>3.630,00</w:t>
            </w:r>
          </w:p>
        </w:tc>
      </w:tr>
      <w:tr w:rsidR="00EC2D28" w14:paraId="46FB225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0D8871D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DC41358" w14:textId="77777777" w:rsidR="00EC2D28" w:rsidRDefault="00F60A22">
            <w:r>
              <w:rPr>
                <w:b/>
                <w:lang w:val="ro-RO"/>
              </w:rPr>
              <w:t>Cheltuieli diverse şi neprevăzute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626C61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92.115,11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8A9C1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19.344,17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92E8D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111.459,28</w:t>
            </w:r>
          </w:p>
        </w:tc>
      </w:tr>
      <w:tr w:rsidR="00EC2D28" w14:paraId="2808954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B618A8C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5.3.a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80CEB02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2A096E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92.115,11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C8DF7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19.344,17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6320577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111.459,28</w:t>
            </w:r>
          </w:p>
        </w:tc>
      </w:tr>
      <w:tr w:rsidR="00EC2D28" w14:paraId="6E0095B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C537F9C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lastRenderedPageBreak/>
              <w:t>5.3.b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A537410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987556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DA30D2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28FB43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53635CA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77C661F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5.4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A66889A" w14:textId="77777777" w:rsidR="00EC2D28" w:rsidRDefault="00F60A22">
            <w:r>
              <w:rPr>
                <w:b/>
                <w:lang w:val="ro-RO"/>
              </w:rPr>
              <w:t>Cheltuieli pentru informare și publicitate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A9377E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3.000,00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6AB6D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6F5810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3.630,00</w:t>
            </w:r>
          </w:p>
        </w:tc>
      </w:tr>
      <w:tr w:rsidR="00EC2D28" w14:paraId="47277E00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25E66995" w14:textId="77777777" w:rsidR="00EC2D28" w:rsidRDefault="00F60A22">
            <w:r>
              <w:rPr>
                <w:b/>
                <w:lang w:val="ro-RO"/>
              </w:rPr>
              <w:t>TOTAL CAPITOL 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36D36B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159.790,89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D9168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29.464,61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41D8D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189.255,50</w:t>
            </w:r>
          </w:p>
        </w:tc>
      </w:tr>
      <w:tr w:rsidR="00EC2D28" w14:paraId="60775CDE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5119A90E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6</w:t>
            </w:r>
            <w:r>
              <w:rPr>
                <w:b/>
                <w:lang w:val="ro-RO"/>
              </w:rPr>
              <w:br/>
              <w:t>Cheltuieli pentru probe tehnologice și teste</w:t>
            </w:r>
          </w:p>
        </w:tc>
      </w:tr>
      <w:tr w:rsidR="00EC2D28" w14:paraId="5465B89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E32A83C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6.1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86CDBBD" w14:textId="77777777" w:rsidR="00EC2D28" w:rsidRDefault="00F60A22">
            <w:r>
              <w:rPr>
                <w:b/>
                <w:lang w:val="ro-RO"/>
              </w:rPr>
              <w:t>Pregătirea personalului de exploatare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336C89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BAF88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DDA73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1952EC5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D671BD8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6.2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7A42700" w14:textId="77777777" w:rsidR="00EC2D28" w:rsidRDefault="00F60A22">
            <w:r>
              <w:rPr>
                <w:b/>
                <w:lang w:val="ro-RO"/>
              </w:rPr>
              <w:t>Probe tehnologice și teste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F791CA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4D94A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4C9DE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12AF247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D422A70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6.2.a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E62DA31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159329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F590F5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C6EE42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4105C7B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416651C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6.2.b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A31BD63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13B4D1D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B0A3CB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2C6D5D3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2676E5D4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15CC4719" w14:textId="77777777" w:rsidR="00EC2D28" w:rsidRDefault="00F60A22">
            <w:r>
              <w:rPr>
                <w:b/>
                <w:lang w:val="ro-RO"/>
              </w:rPr>
              <w:t>TOTAL CAPITOL 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D04EB7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A68AB0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C752E1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EC2D28" w14:paraId="6D05CFF7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3A5BC0F2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Capitolul 7</w:t>
            </w:r>
            <w:r>
              <w:rPr>
                <w:b/>
                <w:lang w:val="ro-RO"/>
              </w:rPr>
              <w:br/>
              <w:t>Cheltuieli aferente marjei de buget și pentru constituirea rezervei de implementare pentru ajustarea de preț</w:t>
            </w:r>
          </w:p>
        </w:tc>
      </w:tr>
      <w:tr w:rsidR="00EC2D28" w14:paraId="2D31F24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3081E96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7.1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98A0AAD" w14:textId="77777777" w:rsidR="00EC2D28" w:rsidRDefault="00F60A22">
            <w:r>
              <w:rPr>
                <w:b/>
                <w:lang w:val="ro-RO"/>
              </w:rPr>
              <w:t>Cheltuieli aferente marjei de buget 25%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FC872C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308.695,43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E90826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64.826,04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1EA8660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373.521,47</w:t>
            </w:r>
          </w:p>
        </w:tc>
      </w:tr>
      <w:tr w:rsidR="00EC2D28" w14:paraId="7F43141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0289316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7.1.a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F9FB883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766DCF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308.695,43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35F471D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64.826,04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37DDC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373.521,47</w:t>
            </w:r>
          </w:p>
        </w:tc>
      </w:tr>
      <w:tr w:rsidR="00EC2D28" w14:paraId="7D82601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B67CF63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7.1.b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88BF8FB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DBA43A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1382640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22055A5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533D73E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DAD9207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7.2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6C7BC3B" w14:textId="77777777" w:rsidR="00EC2D28" w:rsidRDefault="00F60A22">
            <w:r>
              <w:rPr>
                <w:b/>
                <w:lang w:val="ro-RO"/>
              </w:rPr>
              <w:t>Cheltuieli pentru constituirea rezervei de implementare pentru ajustarea de preț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8D0B4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205.796,96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F6BFE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43.217,36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2D7063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249.014,32</w:t>
            </w:r>
          </w:p>
        </w:tc>
      </w:tr>
      <w:tr w:rsidR="00EC2D28" w14:paraId="2FAD3A1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79390EC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7.2.a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32B962E" w14:textId="77777777" w:rsidR="00EC2D28" w:rsidRDefault="00F60A22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2D6B0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205.796,96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B6EEEC9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43.217,36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CB84AA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249.014,32</w:t>
            </w:r>
          </w:p>
        </w:tc>
      </w:tr>
      <w:tr w:rsidR="00EC2D28" w14:paraId="31D1516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39B2189" w14:textId="77777777" w:rsidR="00EC2D28" w:rsidRDefault="00F60A22">
            <w:pPr>
              <w:jc w:val="center"/>
            </w:pPr>
            <w:r>
              <w:rPr>
                <w:i/>
                <w:lang w:val="ro-RO"/>
              </w:rPr>
              <w:t>7.2.b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16244B0" w14:textId="77777777" w:rsidR="00EC2D28" w:rsidRDefault="00F60A22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1F1C518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22E331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728E7E" w14:textId="77777777" w:rsidR="00EC2D28" w:rsidRDefault="00F60A22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EC2D28" w14:paraId="309706A2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462C2618" w14:textId="77777777" w:rsidR="00EC2D28" w:rsidRDefault="00F60A22">
            <w:r>
              <w:rPr>
                <w:b/>
                <w:lang w:val="ro-RO"/>
              </w:rPr>
              <w:t>TOTAL CAPITOL 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BE4C7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514.492,39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D888B0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108.043,40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4B94C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622.535,79</w:t>
            </w:r>
          </w:p>
        </w:tc>
      </w:tr>
      <w:tr w:rsidR="00EC2D28" w14:paraId="3693C04A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2CE6501E" w14:textId="77777777" w:rsidR="00EC2D28" w:rsidRDefault="00F60A22">
            <w:r>
              <w:rPr>
                <w:b/>
                <w:lang w:val="ro-RO"/>
              </w:rPr>
              <w:t>TOTAL GENERAL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A9C4B8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2.741.132,54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909DEC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571.546,36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AB400EA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3.312.678,90</w:t>
            </w:r>
          </w:p>
        </w:tc>
      </w:tr>
      <w:tr w:rsidR="00EC2D28" w14:paraId="1A5D490B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5D44A1F6" w14:textId="77777777" w:rsidR="00EC2D28" w:rsidRDefault="00F60A22">
            <w:r>
              <w:rPr>
                <w:lang w:val="ro-RO"/>
              </w:rPr>
              <w:t>Din care C + M (1.2+1.3+1.4+2+4.1+4.2+5.1.1)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06345C" w14:textId="77777777" w:rsidR="00EC2D28" w:rsidRDefault="00F60A22">
            <w:pPr>
              <w:jc w:val="right"/>
            </w:pPr>
            <w:r>
              <w:rPr>
                <w:lang w:val="ro-RO"/>
              </w:rPr>
              <w:t>1.771.202,82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21366AA" w14:textId="77777777" w:rsidR="00EC2D28" w:rsidRDefault="00F60A22">
            <w:pPr>
              <w:jc w:val="right"/>
            </w:pPr>
            <w:r>
              <w:rPr>
                <w:lang w:val="ro-RO"/>
              </w:rPr>
              <w:t>371.952,60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567F45" w14:textId="77777777" w:rsidR="00EC2D28" w:rsidRDefault="00F60A22">
            <w:pPr>
              <w:jc w:val="right"/>
            </w:pPr>
            <w:r>
              <w:rPr>
                <w:lang w:val="ro-RO"/>
              </w:rPr>
              <w:t>2.143.155,42</w:t>
            </w:r>
          </w:p>
        </w:tc>
      </w:tr>
    </w:tbl>
    <w:p w14:paraId="07C7EFB6" w14:textId="77777777" w:rsidR="00EC2D28" w:rsidRDefault="00EC2D28">
      <w:pPr>
        <w:spacing w:after="160"/>
      </w:pPr>
    </w:p>
    <w:tbl>
      <w:tblPr>
        <w:tblW w:w="963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91"/>
        <w:gridCol w:w="3374"/>
        <w:gridCol w:w="1758"/>
        <w:gridCol w:w="1758"/>
        <w:gridCol w:w="1758"/>
      </w:tblGrid>
      <w:tr w:rsidR="00EC2D28" w14:paraId="4528895E" w14:textId="77777777">
        <w:trPr>
          <w:cantSplit/>
          <w:tblHeader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C43BBE3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D8BB1BA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Preturi cu TVA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32E2A9A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D251D81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3E9A33F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Total</w:t>
            </w:r>
          </w:p>
        </w:tc>
      </w:tr>
      <w:tr w:rsidR="00EC2D28" w14:paraId="663CEAC2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3F2AC10D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lastRenderedPageBreak/>
              <w:t>Valoare investiție, cap. 1-6</w:t>
            </w:r>
          </w:p>
        </w:tc>
      </w:tr>
      <w:tr w:rsidR="00EC2D28" w14:paraId="6EA6D9ED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0708EA" w14:textId="77777777" w:rsidR="00EC2D28" w:rsidRDefault="00F60A22">
            <w:pPr>
              <w:jc w:val="center"/>
            </w:pPr>
            <w:r>
              <w:rPr>
                <w:lang w:val="ro-RO"/>
              </w:rPr>
              <w:t>55 %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AEDDD31" w14:textId="77777777" w:rsidR="00EC2D28" w:rsidRDefault="00F60A22">
            <w:r>
              <w:rPr>
                <w:lang w:val="ro-RO"/>
              </w:rPr>
              <w:t>Consolidare seismică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24B4EA8" w14:textId="77777777" w:rsidR="00EC2D28" w:rsidRDefault="00F60A22">
            <w:pPr>
              <w:jc w:val="right"/>
            </w:pPr>
            <w:r>
              <w:rPr>
                <w:lang w:val="ro-RO"/>
              </w:rPr>
              <w:t>1.452.583,49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E156329" w14:textId="77777777" w:rsidR="00EC2D28" w:rsidRDefault="00F60A22">
            <w:pPr>
              <w:jc w:val="right"/>
            </w:pPr>
            <w:r>
              <w:rPr>
                <w:lang w:val="ro-RO"/>
              </w:rPr>
              <w:t>26.273,01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58A1DD3" w14:textId="77777777" w:rsidR="00EC2D28" w:rsidRDefault="00F60A22">
            <w:pPr>
              <w:jc w:val="right"/>
            </w:pPr>
            <w:r>
              <w:rPr>
                <w:lang w:val="ro-RO"/>
              </w:rPr>
              <w:t>1.478.856,50</w:t>
            </w:r>
          </w:p>
        </w:tc>
      </w:tr>
      <w:tr w:rsidR="00EC2D28" w14:paraId="0C43EABD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20354BC" w14:textId="77777777" w:rsidR="00EC2D28" w:rsidRDefault="00F60A22">
            <w:pPr>
              <w:jc w:val="center"/>
            </w:pPr>
            <w:r>
              <w:rPr>
                <w:lang w:val="ro-RO"/>
              </w:rPr>
              <w:t>35 %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4D658AF" w14:textId="77777777" w:rsidR="00EC2D28" w:rsidRDefault="00F60A22">
            <w:r>
              <w:rPr>
                <w:lang w:val="ro-RO"/>
              </w:rPr>
              <w:t>Eficiență energetică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E1507BE" w14:textId="77777777" w:rsidR="00EC2D28" w:rsidRDefault="00F60A22">
            <w:pPr>
              <w:jc w:val="right"/>
            </w:pPr>
            <w:r>
              <w:rPr>
                <w:lang w:val="ro-RO"/>
              </w:rPr>
              <w:t>913.052,46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7D6D985" w14:textId="77777777" w:rsidR="00EC2D28" w:rsidRDefault="00F60A22">
            <w:pPr>
              <w:jc w:val="right"/>
            </w:pPr>
            <w:r>
              <w:rPr>
                <w:lang w:val="ro-RO"/>
              </w:rPr>
              <w:t>16.514,46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8638076" w14:textId="77777777" w:rsidR="00EC2D28" w:rsidRDefault="00F60A22">
            <w:pPr>
              <w:jc w:val="right"/>
            </w:pPr>
            <w:r>
              <w:rPr>
                <w:lang w:val="ro-RO"/>
              </w:rPr>
              <w:t>929.566,92</w:t>
            </w:r>
          </w:p>
        </w:tc>
      </w:tr>
      <w:tr w:rsidR="00EC2D28" w14:paraId="1727B424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4910D28" w14:textId="77777777" w:rsidR="00EC2D28" w:rsidRDefault="00F60A22">
            <w:pPr>
              <w:jc w:val="center"/>
            </w:pPr>
            <w:r>
              <w:rPr>
                <w:lang w:val="ro-RO"/>
              </w:rPr>
              <w:t>10 %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BB28FB8" w14:textId="77777777" w:rsidR="00EC2D28" w:rsidRDefault="00F60A22">
            <w:r>
              <w:rPr>
                <w:lang w:val="ro-RO"/>
              </w:rPr>
              <w:t>Lucrări conexe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C407E07" w14:textId="77777777" w:rsidR="00EC2D28" w:rsidRDefault="00F60A22">
            <w:pPr>
              <w:jc w:val="right"/>
            </w:pPr>
            <w:r>
              <w:rPr>
                <w:lang w:val="ro-RO"/>
              </w:rPr>
              <w:t>124.507,16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12FB9DF" w14:textId="77777777" w:rsidR="00EC2D28" w:rsidRDefault="00F60A22">
            <w:pPr>
              <w:jc w:val="right"/>
            </w:pPr>
            <w:r>
              <w:rPr>
                <w:lang w:val="ro-RO"/>
              </w:rPr>
              <w:t>157.212,53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EFA65FE" w14:textId="77777777" w:rsidR="00EC2D28" w:rsidRDefault="00F60A22">
            <w:pPr>
              <w:jc w:val="right"/>
            </w:pPr>
            <w:r>
              <w:rPr>
                <w:lang w:val="ro-RO"/>
              </w:rPr>
              <w:t>281.719,69</w:t>
            </w:r>
          </w:p>
        </w:tc>
      </w:tr>
      <w:tr w:rsidR="00EC2D28" w14:paraId="1A891E77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9368E16" w14:textId="77777777" w:rsidR="00EC2D28" w:rsidRDefault="00F60A22">
            <w:pPr>
              <w:jc w:val="center"/>
            </w:pPr>
            <w:r>
              <w:rPr>
                <w:b/>
                <w:lang w:val="ro-RO"/>
              </w:rPr>
              <w:t>100 %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CF5C6FE" w14:textId="77777777" w:rsidR="00EC2D28" w:rsidRDefault="00F60A22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BDFF8C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2.490.143,11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A57E9E5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200.000,00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9B4DCD8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2.690.143,11</w:t>
            </w:r>
          </w:p>
        </w:tc>
      </w:tr>
      <w:tr w:rsidR="00EC2D28" w14:paraId="5DFD0BB1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9628676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73CD1E6D" w14:textId="77777777" w:rsidR="00EC2D28" w:rsidRDefault="00F60A22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F153954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7.757 lei /</w:t>
            </w:r>
            <w:r>
              <w:rPr>
                <w:b/>
                <w:lang w:val="ro-RO"/>
              </w:rPr>
              <w:br/>
              <w:t>1.452 €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C451D9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623 lei /</w:t>
            </w:r>
            <w:r>
              <w:rPr>
                <w:b/>
                <w:lang w:val="ro-RO"/>
              </w:rPr>
              <w:br/>
              <w:t>117 €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28BF32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8.381 lei /</w:t>
            </w:r>
            <w:r>
              <w:rPr>
                <w:b/>
                <w:lang w:val="ro-RO"/>
              </w:rPr>
              <w:br/>
              <w:t>1.569 €</w:t>
            </w:r>
          </w:p>
        </w:tc>
      </w:tr>
      <w:tr w:rsidR="00EC2D28" w14:paraId="18F1AFAF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FB6794A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2657EC9E" w14:textId="77777777" w:rsidR="00EC2D28" w:rsidRDefault="00F60A22">
            <w:r>
              <w:rPr>
                <w:lang w:val="ro-RO"/>
              </w:rPr>
              <w:t>Cost unitar reglementat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61D2FFC" w14:textId="77777777" w:rsidR="00EC2D28" w:rsidRDefault="00F60A22">
            <w:pPr>
              <w:jc w:val="right"/>
            </w:pPr>
            <w:r>
              <w:rPr>
                <w:lang w:val="ro-RO"/>
              </w:rPr>
              <w:t>7.757 lei /</w:t>
            </w:r>
            <w:r>
              <w:rPr>
                <w:lang w:val="ro-RO"/>
              </w:rPr>
              <w:br/>
              <w:t>1.452 €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8C68E11" w14:textId="77777777" w:rsidR="00EC2D28" w:rsidRDefault="00F60A22">
            <w:pPr>
              <w:jc w:val="right"/>
            </w:pPr>
            <w:r>
              <w:rPr>
                <w:lang w:val="ro-RO"/>
              </w:rPr>
              <w:t>-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44512DD" w14:textId="77777777" w:rsidR="00EC2D28" w:rsidRDefault="00F60A22">
            <w:pPr>
              <w:jc w:val="right"/>
            </w:pPr>
            <w:r>
              <w:rPr>
                <w:lang w:val="ro-RO"/>
              </w:rPr>
              <w:t>-</w:t>
            </w:r>
          </w:p>
        </w:tc>
      </w:tr>
      <w:tr w:rsidR="00EC2D28" w14:paraId="55A3B564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0AED88BF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Valoare cap. 7</w:t>
            </w:r>
          </w:p>
        </w:tc>
      </w:tr>
      <w:tr w:rsidR="00EC2D28" w14:paraId="288A0C8E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472AB67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3E263B60" w14:textId="77777777" w:rsidR="00EC2D28" w:rsidRDefault="00F60A22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BC0AB1D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622.535,79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9715E3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D372B6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622.535,79</w:t>
            </w:r>
          </w:p>
        </w:tc>
      </w:tr>
      <w:tr w:rsidR="00EC2D28" w14:paraId="2B65713B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3106526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37053A2C" w14:textId="77777777" w:rsidR="00EC2D28" w:rsidRDefault="00F60A22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E957BE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1.939 lei /</w:t>
            </w:r>
            <w:r>
              <w:rPr>
                <w:b/>
                <w:lang w:val="ro-RO"/>
              </w:rPr>
              <w:br/>
              <w:t>363 €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7BE5509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0 lei /</w:t>
            </w:r>
            <w:r>
              <w:rPr>
                <w:b/>
                <w:lang w:val="ro-RO"/>
              </w:rPr>
              <w:br/>
              <w:t>0 €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BD0FC22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1.939 lei /</w:t>
            </w:r>
            <w:r>
              <w:rPr>
                <w:b/>
                <w:lang w:val="ro-RO"/>
              </w:rPr>
              <w:br/>
              <w:t>363 €</w:t>
            </w:r>
          </w:p>
        </w:tc>
      </w:tr>
      <w:tr w:rsidR="00EC2D28" w14:paraId="3BF9BA33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6DB5A5D8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6CA83F42" w14:textId="77777777" w:rsidR="00EC2D28" w:rsidRDefault="00F60A22">
            <w:r>
              <w:rPr>
                <w:lang w:val="ro-RO"/>
              </w:rPr>
              <w:t>Cost unitar reglementat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D8FC77B" w14:textId="77777777" w:rsidR="00EC2D28" w:rsidRDefault="00F60A22">
            <w:pPr>
              <w:jc w:val="right"/>
            </w:pPr>
            <w:r>
              <w:rPr>
                <w:lang w:val="ro-RO"/>
              </w:rPr>
              <w:t>1.939 lei /</w:t>
            </w:r>
            <w:r>
              <w:rPr>
                <w:lang w:val="ro-RO"/>
              </w:rPr>
              <w:br/>
              <w:t>363 €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FE480F0" w14:textId="77777777" w:rsidR="00EC2D28" w:rsidRDefault="00F60A22">
            <w:pPr>
              <w:jc w:val="right"/>
            </w:pPr>
            <w:r>
              <w:rPr>
                <w:lang w:val="ro-RO"/>
              </w:rPr>
              <w:t>-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C336D6C" w14:textId="77777777" w:rsidR="00EC2D28" w:rsidRDefault="00F60A22">
            <w:pPr>
              <w:jc w:val="right"/>
            </w:pPr>
            <w:r>
              <w:rPr>
                <w:lang w:val="ro-RO"/>
              </w:rPr>
              <w:t>-</w:t>
            </w:r>
          </w:p>
        </w:tc>
      </w:tr>
      <w:tr w:rsidR="00EC2D28" w14:paraId="393B0596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76691AEE" w14:textId="77777777" w:rsidR="00EC2D28" w:rsidRDefault="00F60A22">
            <w:pPr>
              <w:keepNext/>
              <w:jc w:val="center"/>
            </w:pPr>
            <w:r>
              <w:rPr>
                <w:b/>
                <w:lang w:val="ro-RO"/>
              </w:rPr>
              <w:t>Valoare totală investiție</w:t>
            </w:r>
          </w:p>
        </w:tc>
      </w:tr>
      <w:tr w:rsidR="00EC2D28" w14:paraId="47EA7212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28521F57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718909E5" w14:textId="77777777" w:rsidR="00EC2D28" w:rsidRDefault="00F60A22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14D865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3.112.678,90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6284E1E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200.000,00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3498E7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3.312.678,90</w:t>
            </w:r>
          </w:p>
        </w:tc>
      </w:tr>
      <w:tr w:rsidR="00EC2D28" w14:paraId="3003B434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08270165" w14:textId="77777777" w:rsidR="00EC2D28" w:rsidRDefault="00EC2D28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5B6D45E6" w14:textId="77777777" w:rsidR="00EC2D28" w:rsidRDefault="00F60A22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A1F69F7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9.697 lei /</w:t>
            </w:r>
            <w:r>
              <w:rPr>
                <w:b/>
                <w:lang w:val="ro-RO"/>
              </w:rPr>
              <w:br/>
              <w:t>1.815 €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230E14C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623 lei /</w:t>
            </w:r>
            <w:r>
              <w:rPr>
                <w:b/>
                <w:lang w:val="ro-RO"/>
              </w:rPr>
              <w:br/>
              <w:t>117 €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8402621" w14:textId="77777777" w:rsidR="00EC2D28" w:rsidRDefault="00F60A22">
            <w:pPr>
              <w:jc w:val="right"/>
            </w:pPr>
            <w:r>
              <w:rPr>
                <w:b/>
                <w:lang w:val="ro-RO"/>
              </w:rPr>
              <w:t>10.320 lei /</w:t>
            </w:r>
            <w:r>
              <w:rPr>
                <w:b/>
                <w:lang w:val="ro-RO"/>
              </w:rPr>
              <w:br/>
              <w:t>1.932 €</w:t>
            </w:r>
          </w:p>
        </w:tc>
      </w:tr>
    </w:tbl>
    <w:p w14:paraId="1924FE2B" w14:textId="77777777" w:rsidR="00EC2D28" w:rsidRDefault="00EC2D28">
      <w:pPr>
        <w:spacing w:after="120"/>
      </w:pPr>
    </w:p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EC2D28" w14:paraId="3A90DFE6" w14:textId="77777777">
        <w:trPr>
          <w:jc w:val="center"/>
        </w:trPr>
        <w:tc>
          <w:tcPr>
            <w:tcW w:w="4819" w:type="dxa"/>
            <w:vAlign w:val="center"/>
          </w:tcPr>
          <w:p w14:paraId="3B3771D7" w14:textId="77777777" w:rsidR="00EC2D28" w:rsidRDefault="00EC2D28">
            <w:pPr>
              <w:spacing w:line="20" w:lineRule="exact"/>
            </w:pPr>
          </w:p>
          <w:tbl>
            <w:tblPr>
              <w:tblW w:w="0" w:type="auto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15"/>
              <w:gridCol w:w="2324"/>
            </w:tblGrid>
            <w:tr w:rsidR="00EC2D28" w14:paraId="645D0D56" w14:textId="77777777" w:rsidTr="00D53AA2">
              <w:trPr>
                <w:cantSplit/>
              </w:trPr>
              <w:tc>
                <w:tcPr>
                  <w:tcW w:w="2215" w:type="dxa"/>
                  <w:shd w:val="clear" w:color="auto" w:fill="FFFFFF"/>
                  <w:vAlign w:val="center"/>
                </w:tcPr>
                <w:p w14:paraId="5917241D" w14:textId="77777777" w:rsidR="00EC2D28" w:rsidRDefault="00F60A22">
                  <w:r>
                    <w:rPr>
                      <w:lang w:val="ro-RO"/>
                    </w:rPr>
                    <w:t>Tip de obiectiv</w:t>
                  </w:r>
                </w:p>
              </w:tc>
              <w:tc>
                <w:tcPr>
                  <w:tcW w:w="2324" w:type="dxa"/>
                  <w:shd w:val="clear" w:color="auto" w:fill="FFFFFF"/>
                  <w:vAlign w:val="center"/>
                </w:tcPr>
                <w:p w14:paraId="67D152A9" w14:textId="77777777" w:rsidR="00EC2D28" w:rsidRDefault="00F60A22">
                  <w:pPr>
                    <w:jc w:val="center"/>
                  </w:pPr>
                  <w:r>
                    <w:rPr>
                      <w:lang w:val="ro-RO"/>
                    </w:rPr>
                    <w:t>Clădiri cu structură de zidărie</w:t>
                  </w:r>
                </w:p>
              </w:tc>
            </w:tr>
            <w:tr w:rsidR="00EC2D28" w14:paraId="50895B96" w14:textId="77777777" w:rsidTr="00D53AA2">
              <w:trPr>
                <w:cantSplit/>
              </w:trPr>
              <w:tc>
                <w:tcPr>
                  <w:tcW w:w="2215" w:type="dxa"/>
                  <w:shd w:val="clear" w:color="auto" w:fill="FFFFFF"/>
                  <w:vAlign w:val="center"/>
                </w:tcPr>
                <w:p w14:paraId="60D58451" w14:textId="77777777" w:rsidR="00EC2D28" w:rsidRDefault="00F60A22">
                  <w:r>
                    <w:rPr>
                      <w:lang w:val="ro-RO"/>
                    </w:rPr>
                    <w:t>Data</w:t>
                  </w:r>
                </w:p>
              </w:tc>
              <w:tc>
                <w:tcPr>
                  <w:tcW w:w="2324" w:type="dxa"/>
                  <w:shd w:val="clear" w:color="auto" w:fill="FFFFFF"/>
                  <w:vAlign w:val="center"/>
                </w:tcPr>
                <w:p w14:paraId="7A41FCBA" w14:textId="77777777" w:rsidR="00EC2D28" w:rsidRDefault="00F60A22">
                  <w:pPr>
                    <w:jc w:val="center"/>
                  </w:pPr>
                  <w:r>
                    <w:rPr>
                      <w:lang w:val="ro-RO"/>
                    </w:rPr>
                    <w:t>30.10.2026</w:t>
                  </w:r>
                </w:p>
              </w:tc>
            </w:tr>
            <w:tr w:rsidR="00EC2D28" w14:paraId="0723C490" w14:textId="77777777" w:rsidTr="00D53AA2">
              <w:trPr>
                <w:cantSplit/>
              </w:trPr>
              <w:tc>
                <w:tcPr>
                  <w:tcW w:w="2215" w:type="dxa"/>
                  <w:shd w:val="clear" w:color="auto" w:fill="FFFFFF"/>
                  <w:vAlign w:val="center"/>
                </w:tcPr>
                <w:p w14:paraId="408B789C" w14:textId="77777777" w:rsidR="00EC2D28" w:rsidRDefault="00F60A22">
                  <w:r>
                    <w:rPr>
                      <w:lang w:val="ro-RO"/>
                    </w:rPr>
                    <w:t>Curs Euro</w:t>
                  </w:r>
                </w:p>
              </w:tc>
              <w:tc>
                <w:tcPr>
                  <w:tcW w:w="2324" w:type="dxa"/>
                  <w:shd w:val="clear" w:color="auto" w:fill="FFFFFF"/>
                  <w:vAlign w:val="center"/>
                </w:tcPr>
                <w:p w14:paraId="419EE0D3" w14:textId="77777777" w:rsidR="00EC2D28" w:rsidRDefault="00F60A22">
                  <w:pPr>
                    <w:jc w:val="center"/>
                  </w:pPr>
                  <w:r>
                    <w:rPr>
                      <w:lang w:val="ro-RO"/>
                    </w:rPr>
                    <w:t>5,3426</w:t>
                  </w:r>
                </w:p>
              </w:tc>
            </w:tr>
            <w:tr w:rsidR="00EC2D28" w14:paraId="65919020" w14:textId="77777777" w:rsidTr="00D53AA2">
              <w:trPr>
                <w:cantSplit/>
              </w:trPr>
              <w:tc>
                <w:tcPr>
                  <w:tcW w:w="2215" w:type="dxa"/>
                  <w:shd w:val="clear" w:color="auto" w:fill="FFFFFF"/>
                  <w:vAlign w:val="center"/>
                </w:tcPr>
                <w:p w14:paraId="02388DDA" w14:textId="77777777" w:rsidR="00EC2D28" w:rsidRDefault="00F60A22">
                  <w:r>
                    <w:rPr>
                      <w:lang w:val="ro-RO"/>
                    </w:rPr>
                    <w:t>Suprafața desfășurată (m2)</w:t>
                  </w:r>
                </w:p>
              </w:tc>
              <w:tc>
                <w:tcPr>
                  <w:tcW w:w="2324" w:type="dxa"/>
                  <w:shd w:val="clear" w:color="auto" w:fill="FFFFFF"/>
                  <w:vAlign w:val="center"/>
                </w:tcPr>
                <w:p w14:paraId="4EA686E3" w14:textId="77777777" w:rsidR="00EC2D28" w:rsidRDefault="00F60A22">
                  <w:pPr>
                    <w:jc w:val="center"/>
                  </w:pPr>
                  <w:r>
                    <w:rPr>
                      <w:lang w:val="ro-RO"/>
                    </w:rPr>
                    <w:t>321</w:t>
                  </w:r>
                </w:p>
              </w:tc>
            </w:tr>
          </w:tbl>
          <w:p w14:paraId="1C530E6B" w14:textId="77777777" w:rsidR="00EC2D28" w:rsidRDefault="00EC2D28">
            <w:pPr>
              <w:spacing w:line="20" w:lineRule="exact"/>
            </w:pPr>
          </w:p>
        </w:tc>
        <w:tc>
          <w:tcPr>
            <w:tcW w:w="4819" w:type="dxa"/>
            <w:vAlign w:val="center"/>
          </w:tcPr>
          <w:p w14:paraId="395CDCD6" w14:textId="77777777" w:rsidR="00EC2D28" w:rsidRDefault="00F60A2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A4D219" wp14:editId="071CB4B2">
                  <wp:extent cx="1692000" cy="125310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ihalceni_stamp_b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253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A5272" w14:textId="77777777" w:rsidR="00EC2D28" w:rsidRDefault="00EC2D28">
      <w:pPr>
        <w:spacing w:after="80"/>
      </w:pPr>
    </w:p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EC2D28" w14:paraId="4C2EA44D" w14:textId="77777777">
        <w:trPr>
          <w:jc w:val="center"/>
        </w:trPr>
        <w:tc>
          <w:tcPr>
            <w:tcW w:w="4819" w:type="dxa"/>
            <w:vAlign w:val="center"/>
          </w:tcPr>
          <w:p w14:paraId="5269BBBA" w14:textId="77777777" w:rsidR="00EC2D28" w:rsidRDefault="00F60A22">
            <w:r>
              <w:rPr>
                <w:b/>
                <w:lang w:val="ro-RO"/>
              </w:rPr>
              <w:t>Beneficiar: U.A.T. Județul Vrancea</w:t>
            </w:r>
          </w:p>
        </w:tc>
        <w:tc>
          <w:tcPr>
            <w:tcW w:w="4819" w:type="dxa"/>
            <w:vAlign w:val="center"/>
          </w:tcPr>
          <w:p w14:paraId="3D53A005" w14:textId="77777777" w:rsidR="00EC2D28" w:rsidRDefault="00F60A22">
            <w:r>
              <w:rPr>
                <w:b/>
                <w:lang w:val="ro-RO"/>
              </w:rPr>
              <w:t>Proiectant: AXR ARCHITECTURE S.R.L.</w:t>
            </w:r>
          </w:p>
        </w:tc>
      </w:tr>
    </w:tbl>
    <w:p w14:paraId="3461F890" w14:textId="77777777" w:rsidR="00EC2D28" w:rsidRDefault="00F60A22" w:rsidP="00D53AA2">
      <w:pPr>
        <w:keepNext/>
        <w:spacing w:before="360"/>
        <w:jc w:val="center"/>
      </w:pPr>
      <w:r>
        <w:rPr>
          <w:b/>
          <w:lang w:val="ro-RO"/>
        </w:rPr>
        <w:t>Președintele</w:t>
      </w:r>
      <w:r>
        <w:rPr>
          <w:b/>
          <w:lang w:val="ro-RO"/>
        </w:rPr>
        <w:br/>
        <w:t>Consiliului Județean Vrancea</w:t>
      </w:r>
      <w:r>
        <w:rPr>
          <w:b/>
          <w:lang w:val="ro-RO"/>
        </w:rPr>
        <w:br/>
        <w:t>Nicușor HALICI</w:t>
      </w:r>
    </w:p>
    <w:p w14:paraId="4F25B0F8" w14:textId="77777777" w:rsidR="00D53AA2" w:rsidRDefault="00D53AA2" w:rsidP="00D53AA2">
      <w:pPr>
        <w:ind w:left="6372" w:firstLine="708"/>
        <w:jc w:val="both"/>
        <w:rPr>
          <w:b/>
          <w:bCs/>
          <w:color w:val="auto"/>
          <w:lang w:val="ro-RO"/>
        </w:rPr>
      </w:pPr>
    </w:p>
    <w:p w14:paraId="78F8CDDC" w14:textId="55AFB9C6" w:rsidR="00D53AA2" w:rsidRPr="00D53AA2" w:rsidRDefault="004E42D8" w:rsidP="00D53AA2">
      <w:pPr>
        <w:ind w:left="6372" w:firstLine="708"/>
        <w:jc w:val="both"/>
        <w:rPr>
          <w:b/>
          <w:bCs/>
          <w:color w:val="auto"/>
          <w:lang w:val="ro-RO"/>
        </w:rPr>
      </w:pPr>
      <w:r>
        <w:rPr>
          <w:b/>
          <w:bCs/>
          <w:color w:val="auto"/>
          <w:lang w:val="ro-RO"/>
        </w:rPr>
        <w:t>Contrasemnează</w:t>
      </w:r>
      <w:r w:rsidR="00D53AA2" w:rsidRPr="00D53AA2">
        <w:rPr>
          <w:b/>
          <w:bCs/>
          <w:color w:val="auto"/>
          <w:lang w:val="ro-RO"/>
        </w:rPr>
        <w:t>,</w:t>
      </w:r>
    </w:p>
    <w:p w14:paraId="7BFE6F2C" w14:textId="39CDD920" w:rsidR="00D53AA2" w:rsidRPr="00D53AA2" w:rsidRDefault="00D53AA2" w:rsidP="00D53AA2">
      <w:pPr>
        <w:jc w:val="both"/>
        <w:rPr>
          <w:b/>
          <w:bCs/>
          <w:color w:val="auto"/>
          <w:lang w:val="ro-RO"/>
        </w:rPr>
      </w:pPr>
      <w:r w:rsidRPr="00D53AA2">
        <w:rPr>
          <w:b/>
          <w:bCs/>
          <w:color w:val="auto"/>
          <w:lang w:val="ro-RO"/>
        </w:rPr>
        <w:t xml:space="preserve">                                                                                   </w:t>
      </w:r>
      <w:r w:rsidR="00F21C5A">
        <w:rPr>
          <w:b/>
          <w:bCs/>
          <w:color w:val="auto"/>
          <w:lang w:val="ro-RO"/>
        </w:rPr>
        <w:t xml:space="preserve">   </w:t>
      </w:r>
      <w:r w:rsidRPr="00D53AA2">
        <w:rPr>
          <w:b/>
          <w:bCs/>
          <w:color w:val="auto"/>
          <w:lang w:val="ro-RO"/>
        </w:rPr>
        <w:t xml:space="preserve">  Secretar general al județului</w:t>
      </w:r>
    </w:p>
    <w:p w14:paraId="2D8976F1" w14:textId="1C31C970" w:rsidR="00EC2D28" w:rsidRPr="00D53AA2" w:rsidRDefault="00D53AA2" w:rsidP="00D53AA2">
      <w:pPr>
        <w:jc w:val="both"/>
        <w:rPr>
          <w:b/>
          <w:color w:val="auto"/>
          <w:lang w:val="ro-RO"/>
        </w:rPr>
      </w:pPr>
      <w:r w:rsidRPr="00D53AA2">
        <w:rPr>
          <w:b/>
          <w:bCs/>
          <w:color w:val="auto"/>
          <w:sz w:val="24"/>
          <w:lang w:val="ro-RO"/>
        </w:rPr>
        <w:t xml:space="preserve">                                                                                                                   </w:t>
      </w:r>
      <w:r w:rsidR="004E42D8">
        <w:rPr>
          <w:b/>
          <w:bCs/>
          <w:color w:val="auto"/>
          <w:sz w:val="24"/>
          <w:lang w:val="ro-RO"/>
        </w:rPr>
        <w:t xml:space="preserve">     </w:t>
      </w:r>
      <w:r w:rsidRPr="00D53AA2">
        <w:rPr>
          <w:b/>
          <w:bCs/>
          <w:color w:val="auto"/>
          <w:lang w:val="ro-RO"/>
        </w:rPr>
        <w:t>Raluca Dan</w:t>
      </w:r>
    </w:p>
    <w:sectPr w:rsidR="00EC2D28" w:rsidRPr="00D53AA2" w:rsidSect="00034616"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BA4BE" w14:textId="77777777" w:rsidR="007159BC" w:rsidRDefault="007159BC">
      <w:r>
        <w:separator/>
      </w:r>
    </w:p>
  </w:endnote>
  <w:endnote w:type="continuationSeparator" w:id="0">
    <w:p w14:paraId="559EC277" w14:textId="77777777" w:rsidR="007159BC" w:rsidRDefault="00715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0DCD9" w14:textId="77777777" w:rsidR="00EC2D28" w:rsidRDefault="00F60A22">
    <w:pPr>
      <w:pStyle w:val="Footer"/>
      <w:jc w:val="center"/>
    </w:pPr>
    <w:r>
      <w:rPr>
        <w:lang w:val="ro-RO"/>
      </w:rPr>
      <w:fldChar w:fldCharType="begin"/>
    </w:r>
    <w:r>
      <w:rPr>
        <w:lang w:val="ro-RO"/>
      </w:rPr>
      <w:instrText>PAGE</w:instrText>
    </w:r>
    <w:r>
      <w:rPr>
        <w:lang w:val="ro-RO"/>
      </w:rPr>
      <w:fldChar w:fldCharType="separate"/>
    </w:r>
    <w:r w:rsidR="00D53AA2">
      <w:rPr>
        <w:noProof/>
        <w:lang w:val="ro-RO"/>
      </w:rPr>
      <w:t>1</w:t>
    </w:r>
    <w:r>
      <w:rPr>
        <w:lang w:val="ro-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9D91" w14:textId="77777777" w:rsidR="007159BC" w:rsidRDefault="007159BC">
      <w:r>
        <w:separator/>
      </w:r>
    </w:p>
  </w:footnote>
  <w:footnote w:type="continuationSeparator" w:id="0">
    <w:p w14:paraId="34D8AC0D" w14:textId="77777777" w:rsidR="007159BC" w:rsidRDefault="00715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8611458">
    <w:abstractNumId w:val="8"/>
  </w:num>
  <w:num w:numId="2" w16cid:durableId="1207528606">
    <w:abstractNumId w:val="6"/>
  </w:num>
  <w:num w:numId="3" w16cid:durableId="23603786">
    <w:abstractNumId w:val="5"/>
  </w:num>
  <w:num w:numId="4" w16cid:durableId="1868056049">
    <w:abstractNumId w:val="4"/>
  </w:num>
  <w:num w:numId="5" w16cid:durableId="1897626472">
    <w:abstractNumId w:val="7"/>
  </w:num>
  <w:num w:numId="6" w16cid:durableId="843281588">
    <w:abstractNumId w:val="3"/>
  </w:num>
  <w:num w:numId="7" w16cid:durableId="373120856">
    <w:abstractNumId w:val="2"/>
  </w:num>
  <w:num w:numId="8" w16cid:durableId="346299352">
    <w:abstractNumId w:val="1"/>
  </w:num>
  <w:num w:numId="9" w16cid:durableId="86286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2BF"/>
    <w:rsid w:val="00214789"/>
    <w:rsid w:val="002241E9"/>
    <w:rsid w:val="0029639D"/>
    <w:rsid w:val="002B74A7"/>
    <w:rsid w:val="00326F90"/>
    <w:rsid w:val="004E42D8"/>
    <w:rsid w:val="00697AA7"/>
    <w:rsid w:val="007159BC"/>
    <w:rsid w:val="007D2D14"/>
    <w:rsid w:val="00AA1D8D"/>
    <w:rsid w:val="00B21488"/>
    <w:rsid w:val="00B47730"/>
    <w:rsid w:val="00CB0664"/>
    <w:rsid w:val="00D53AA2"/>
    <w:rsid w:val="00DA724E"/>
    <w:rsid w:val="00EC2D28"/>
    <w:rsid w:val="00F21C5A"/>
    <w:rsid w:val="00F60A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2F327"/>
  <w14:defaultImageDpi w14:val="300"/>
  <w15:docId w15:val="{D7618F26-5428-45B5-8A1D-C323C656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spacing w:val="5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000000"/>
      <w:sz w:val="28"/>
      <w:szCs w:val="2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6E6E6" w:themeFill="tex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DF2F8" w:themeFill="accen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8EDED" w:themeFill="accent2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5F8EE" w:themeFill="accent3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2EFF6" w:themeFill="accent4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DF6F9" w:themeFill="accent5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EF4EC" w:themeFill="accent6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99999" w:themeFill="tex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99999" w:themeFill="text1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8CCE4" w:themeFill="accen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8CCE4" w:themeFill="accent1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65F91" w:themeFill="accent1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5B8B7" w:themeFill="accent2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5B8B7" w:themeFill="accent2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943634" w:themeFill="accent2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D6E3BC" w:themeFill="accent3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D6E3BC" w:themeFill="accent3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76923C" w:themeFill="accent3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CC0D9" w:themeFill="accent4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CC0D9" w:themeFill="accent4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5F497A" w:themeFill="accent4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6DDE8" w:themeFill="accent5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6DDE8" w:themeFill="accent5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1849B" w:themeFill="accent5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BD4B4" w:themeFill="accent6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BD4B4" w:themeFill="accent6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E36C0A" w:themeFill="accent6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1408</Words>
  <Characters>8028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Deviz general Anexa nr 2 CSEI Mihalceni</vt:lpstr>
      <vt:lpstr/>
    </vt:vector>
  </TitlesOfParts>
  <Manager/>
  <Company/>
  <LinksUpToDate>false</LinksUpToDate>
  <CharactersWithSpaces>9418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Deviz general Anexa nr 2 CSEI Mihalceni</dc:title>
  <dc:subject>Reabilitare și modernizare corp bloc alimentar CSEI Mihălceni</dc:subject>
  <dc:creator>Consiliul Județean Vrancea</dc:creator>
  <cp:keywords/>
  <dc:description>generated by python-docx</dc:description>
  <cp:lastModifiedBy>Rali Veronica</cp:lastModifiedBy>
  <cp:revision>5</cp:revision>
  <cp:lastPrinted>2026-11-03T10:43:00Z</cp:lastPrinted>
  <dcterms:created xsi:type="dcterms:W3CDTF">2013-12-23T23:15:00Z</dcterms:created>
  <dcterms:modified xsi:type="dcterms:W3CDTF">2026-11-04T11:34:00Z</dcterms:modified>
  <cp:category/>
</cp:coreProperties>
</file>