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D716E" w14:textId="22CB2AB2" w:rsidR="00A35E3B" w:rsidRDefault="00000000">
      <w:pPr>
        <w:keepNext/>
        <w:tabs>
          <w:tab w:val="right" w:pos="9638"/>
        </w:tabs>
      </w:pPr>
      <w:r>
        <w:rPr>
          <w:b/>
          <w:lang w:val="ro-RO"/>
        </w:rPr>
        <w:t>ROMÂNI</w:t>
      </w:r>
      <w:r w:rsidR="00170CF2">
        <w:rPr>
          <w:b/>
          <w:lang w:val="ro-RO"/>
        </w:rPr>
        <w:t xml:space="preserve">A                                                                </w:t>
      </w:r>
      <w:r w:rsidR="00FE4D0E">
        <w:rPr>
          <w:b/>
          <w:lang w:val="ro-RO"/>
        </w:rPr>
        <w:t xml:space="preserve">     </w:t>
      </w:r>
      <w:r w:rsidR="00170CF2">
        <w:rPr>
          <w:b/>
          <w:lang w:val="ro-RO"/>
        </w:rPr>
        <w:t xml:space="preserve">  </w:t>
      </w:r>
      <w:r>
        <w:rPr>
          <w:b/>
          <w:lang w:val="ro-RO"/>
        </w:rPr>
        <w:t>Anexa nr. 2</w:t>
      </w:r>
    </w:p>
    <w:p w14:paraId="64215521" w14:textId="46BD2CFA" w:rsidR="00170CF2" w:rsidRDefault="00000000">
      <w:pPr>
        <w:keepNext/>
        <w:tabs>
          <w:tab w:val="right" w:pos="9638"/>
        </w:tabs>
        <w:rPr>
          <w:b/>
          <w:lang w:val="ro-RO"/>
        </w:rPr>
      </w:pPr>
      <w:r>
        <w:rPr>
          <w:b/>
          <w:lang w:val="ro-RO"/>
        </w:rPr>
        <w:t>JUDEȚUL VRANCE</w:t>
      </w:r>
      <w:r w:rsidR="00170CF2">
        <w:rPr>
          <w:b/>
          <w:lang w:val="ro-RO"/>
        </w:rPr>
        <w:t xml:space="preserve">A                                   </w:t>
      </w:r>
      <w:r w:rsidR="00170CF2" w:rsidRPr="005C382E">
        <w:rPr>
          <w:b/>
          <w:lang w:val="ro-RO"/>
        </w:rPr>
        <w:t xml:space="preserve">la Hotărârea nr.  </w:t>
      </w:r>
      <w:r w:rsidR="00170CF2">
        <w:rPr>
          <w:b/>
          <w:lang w:val="ro-RO"/>
        </w:rPr>
        <w:t>2</w:t>
      </w:r>
      <w:r w:rsidR="00C16CF0">
        <w:rPr>
          <w:b/>
          <w:lang w:val="ro-RO"/>
        </w:rPr>
        <w:t>60</w:t>
      </w:r>
      <w:r w:rsidR="00170CF2" w:rsidRPr="005C382E">
        <w:rPr>
          <w:b/>
          <w:lang w:val="ro-RO"/>
        </w:rPr>
        <w:t xml:space="preserve"> din</w:t>
      </w:r>
      <w:r w:rsidR="00170CF2">
        <w:rPr>
          <w:b/>
          <w:lang w:val="ro-RO"/>
        </w:rPr>
        <w:t xml:space="preserve"> 05.11.2026</w:t>
      </w:r>
    </w:p>
    <w:p w14:paraId="59D0FFEF" w14:textId="4D2373E1" w:rsidR="00A35E3B" w:rsidRDefault="00000000">
      <w:pPr>
        <w:keepNext/>
        <w:tabs>
          <w:tab w:val="right" w:pos="9638"/>
        </w:tabs>
      </w:pPr>
      <w:r>
        <w:rPr>
          <w:b/>
          <w:lang w:val="ro-RO"/>
        </w:rPr>
        <w:t>CONSILIUL JUDEȚEAN</w:t>
      </w:r>
    </w:p>
    <w:p w14:paraId="41F74A37" w14:textId="77777777" w:rsidR="00A35E3B" w:rsidRDefault="00000000">
      <w:pPr>
        <w:pStyle w:val="Title"/>
        <w:keepNext/>
        <w:spacing w:before="280" w:after="0"/>
        <w:jc w:val="center"/>
      </w:pPr>
      <w:r>
        <w:rPr>
          <w:b/>
          <w:lang w:val="ro-RO"/>
        </w:rPr>
        <w:t>DEVIZ GENERAL</w:t>
      </w:r>
    </w:p>
    <w:p w14:paraId="46E70A61" w14:textId="77777777" w:rsidR="00A35E3B" w:rsidRDefault="00000000">
      <w:pPr>
        <w:keepNext/>
        <w:jc w:val="center"/>
      </w:pPr>
      <w:r>
        <w:rPr>
          <w:b/>
          <w:lang w:val="ro-RO"/>
        </w:rPr>
        <w:t>pentru obiectivul de investiții</w:t>
      </w:r>
    </w:p>
    <w:p w14:paraId="28860262" w14:textId="77777777" w:rsidR="00A35E3B" w:rsidRDefault="00000000">
      <w:pPr>
        <w:keepNext/>
        <w:spacing w:before="120" w:after="240"/>
        <w:jc w:val="center"/>
      </w:pPr>
      <w:r>
        <w:rPr>
          <w:b/>
          <w:lang w:val="ro-RO"/>
        </w:rPr>
        <w:t>„Consolidare, reabilitare și creștere a eficienței energetice a Corpului Cămin Internat - Centrul Școlar de Educație Incluzivă Măicănești, județul Vrancea”</w:t>
      </w:r>
    </w:p>
    <w:tbl>
      <w:tblPr>
        <w:tblW w:w="963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91"/>
        <w:gridCol w:w="3374"/>
        <w:gridCol w:w="1758"/>
        <w:gridCol w:w="1758"/>
        <w:gridCol w:w="1758"/>
      </w:tblGrid>
      <w:tr w:rsidR="00A35E3B" w14:paraId="3FAB36BE" w14:textId="77777777">
        <w:trPr>
          <w:cantSplit/>
          <w:tblHeader/>
          <w:jc w:val="center"/>
        </w:trPr>
        <w:tc>
          <w:tcPr>
            <w:tcW w:w="992" w:type="dxa"/>
            <w:vMerge w:val="restart"/>
            <w:shd w:val="clear" w:color="auto" w:fill="FFFFFF"/>
            <w:vAlign w:val="center"/>
          </w:tcPr>
          <w:p w14:paraId="38162698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Nr.</w:t>
            </w:r>
            <w:r>
              <w:rPr>
                <w:b/>
                <w:lang w:val="ro-RO"/>
              </w:rPr>
              <w:br/>
              <w:t>crt.</w:t>
            </w:r>
          </w:p>
        </w:tc>
        <w:tc>
          <w:tcPr>
            <w:tcW w:w="3373" w:type="dxa"/>
            <w:vMerge w:val="restart"/>
            <w:shd w:val="clear" w:color="auto" w:fill="FFFFFF"/>
            <w:vAlign w:val="center"/>
          </w:tcPr>
          <w:p w14:paraId="44D36983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Denumirea capitolelor şi a subcapitolelor de cheltuieli</w:t>
            </w:r>
          </w:p>
        </w:tc>
        <w:tc>
          <w:tcPr>
            <w:tcW w:w="5271" w:type="dxa"/>
            <w:gridSpan w:val="3"/>
            <w:shd w:val="clear" w:color="auto" w:fill="FFFFFF"/>
            <w:vAlign w:val="center"/>
          </w:tcPr>
          <w:p w14:paraId="7D83ADB0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Valoare ( inclusiv T.V.A. )</w:t>
            </w:r>
          </w:p>
        </w:tc>
      </w:tr>
      <w:tr w:rsidR="00A35E3B" w14:paraId="477B1ABA" w14:textId="77777777">
        <w:trPr>
          <w:cantSplit/>
          <w:tblHeader/>
          <w:jc w:val="center"/>
        </w:trPr>
        <w:tc>
          <w:tcPr>
            <w:tcW w:w="992" w:type="dxa"/>
            <w:vMerge/>
            <w:shd w:val="clear" w:color="auto" w:fill="FFFFFF"/>
          </w:tcPr>
          <w:p w14:paraId="265FEFF7" w14:textId="77777777" w:rsidR="00A35E3B" w:rsidRDefault="00A35E3B"/>
        </w:tc>
        <w:tc>
          <w:tcPr>
            <w:tcW w:w="3373" w:type="dxa"/>
            <w:vMerge/>
            <w:shd w:val="clear" w:color="auto" w:fill="FFFFFF"/>
          </w:tcPr>
          <w:p w14:paraId="4985A182" w14:textId="77777777" w:rsidR="00A35E3B" w:rsidRDefault="00A35E3B"/>
        </w:tc>
        <w:tc>
          <w:tcPr>
            <w:tcW w:w="1757" w:type="dxa"/>
            <w:shd w:val="clear" w:color="auto" w:fill="FFFFFF"/>
            <w:vAlign w:val="center"/>
          </w:tcPr>
          <w:p w14:paraId="2691DCB5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Valoare</w:t>
            </w:r>
            <w:r>
              <w:rPr>
                <w:b/>
                <w:lang w:val="ro-RO"/>
              </w:rPr>
              <w:br/>
              <w:t>(fără T.V.A. )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4CCD57C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TVA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126C5B3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Valoare cu TVA</w:t>
            </w:r>
          </w:p>
        </w:tc>
      </w:tr>
      <w:tr w:rsidR="00A35E3B" w14:paraId="4E9321F1" w14:textId="77777777">
        <w:trPr>
          <w:cantSplit/>
          <w:tblHeader/>
          <w:jc w:val="center"/>
        </w:trPr>
        <w:tc>
          <w:tcPr>
            <w:tcW w:w="992" w:type="dxa"/>
            <w:vMerge/>
            <w:shd w:val="clear" w:color="auto" w:fill="FFFFFF"/>
          </w:tcPr>
          <w:p w14:paraId="58BD1BF9" w14:textId="77777777" w:rsidR="00A35E3B" w:rsidRDefault="00A35E3B"/>
        </w:tc>
        <w:tc>
          <w:tcPr>
            <w:tcW w:w="3373" w:type="dxa"/>
            <w:vMerge/>
            <w:shd w:val="clear" w:color="auto" w:fill="FFFFFF"/>
          </w:tcPr>
          <w:p w14:paraId="69E712EB" w14:textId="77777777" w:rsidR="00A35E3B" w:rsidRDefault="00A35E3B"/>
        </w:tc>
        <w:tc>
          <w:tcPr>
            <w:tcW w:w="1757" w:type="dxa"/>
            <w:shd w:val="clear" w:color="auto" w:fill="FFFFFF"/>
            <w:vAlign w:val="center"/>
          </w:tcPr>
          <w:p w14:paraId="60CDBE0D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000DC27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C0A9F6E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LEI</w:t>
            </w:r>
          </w:p>
        </w:tc>
      </w:tr>
      <w:tr w:rsidR="00A35E3B" w14:paraId="4607E750" w14:textId="77777777">
        <w:trPr>
          <w:cantSplit/>
          <w:tblHeader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D89F25D" w14:textId="77777777" w:rsidR="00A35E3B" w:rsidRDefault="00000000">
            <w:pPr>
              <w:jc w:val="center"/>
            </w:pPr>
            <w:r>
              <w:rPr>
                <w:lang w:val="ro-RO"/>
              </w:rPr>
              <w:t>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023D57E" w14:textId="77777777" w:rsidR="00A35E3B" w:rsidRDefault="00000000">
            <w:pPr>
              <w:jc w:val="center"/>
            </w:pPr>
            <w:r>
              <w:rPr>
                <w:lang w:val="ro-RO"/>
              </w:rPr>
              <w:t>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9C2186A" w14:textId="77777777" w:rsidR="00A35E3B" w:rsidRDefault="00000000">
            <w:pPr>
              <w:jc w:val="center"/>
            </w:pPr>
            <w:r>
              <w:rPr>
                <w:lang w:val="ro-RO"/>
              </w:rPr>
              <w:t>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62F8BF3" w14:textId="77777777" w:rsidR="00A35E3B" w:rsidRDefault="00000000">
            <w:pPr>
              <w:jc w:val="center"/>
            </w:pPr>
            <w:r>
              <w:rPr>
                <w:lang w:val="ro-RO"/>
              </w:rPr>
              <w:t>4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918C343" w14:textId="77777777" w:rsidR="00A35E3B" w:rsidRDefault="00000000">
            <w:pPr>
              <w:jc w:val="center"/>
            </w:pPr>
            <w:r>
              <w:rPr>
                <w:lang w:val="ro-RO"/>
              </w:rPr>
              <w:t>5</w:t>
            </w:r>
          </w:p>
        </w:tc>
      </w:tr>
      <w:tr w:rsidR="00A35E3B" w14:paraId="4C6B1B97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3841B936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1</w:t>
            </w:r>
            <w:r>
              <w:rPr>
                <w:b/>
                <w:lang w:val="ro-RO"/>
              </w:rPr>
              <w:br/>
              <w:t>Cheltuieli pentru obţinerea şi amenajarea terenului</w:t>
            </w:r>
          </w:p>
        </w:tc>
      </w:tr>
      <w:tr w:rsidR="00A35E3B" w14:paraId="1FD76D2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40E5AEE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5C32597" w14:textId="77777777" w:rsidR="00A35E3B" w:rsidRDefault="00000000">
            <w:r>
              <w:rPr>
                <w:b/>
                <w:lang w:val="ro-RO"/>
              </w:rPr>
              <w:t>Obţinerea terenului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A85F67C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04DCAC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36975C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319A04D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683CE5C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9905AB1" w14:textId="77777777" w:rsidR="00A35E3B" w:rsidRDefault="00000000">
            <w:r>
              <w:rPr>
                <w:b/>
                <w:lang w:val="ro-RO"/>
              </w:rPr>
              <w:t>Amenajarea terenului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F405C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64.864,60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8E761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13.621,57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551F2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78.486,17</w:t>
            </w:r>
          </w:p>
        </w:tc>
      </w:tr>
      <w:tr w:rsidR="00A35E3B" w14:paraId="7A3E160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CB8CA33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83210C5" w14:textId="77777777" w:rsidR="00A35E3B" w:rsidRDefault="00000000">
            <w:r>
              <w:rPr>
                <w:b/>
                <w:lang w:val="ro-RO"/>
              </w:rPr>
              <w:t>Amenajări pentru protecţia mediului și aducerea la starea inițială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3BA345B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19.459,38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97731EA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4.086,47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C2DA5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23.545,85</w:t>
            </w:r>
          </w:p>
        </w:tc>
      </w:tr>
      <w:tr w:rsidR="00A35E3B" w14:paraId="60F0C93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DF60F5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1.4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6977830" w14:textId="77777777" w:rsidR="00A35E3B" w:rsidRDefault="00000000">
            <w:r>
              <w:rPr>
                <w:b/>
                <w:lang w:val="ro-RO"/>
              </w:rPr>
              <w:t>Cheltuieli pentru relocarea/protecția utilităților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BEA937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12.972,92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12827C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2.724,31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89E3B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15.697,23</w:t>
            </w:r>
          </w:p>
        </w:tc>
      </w:tr>
      <w:tr w:rsidR="00A35E3B" w14:paraId="3E7CF4BD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1063A9CF" w14:textId="77777777" w:rsidR="00A35E3B" w:rsidRDefault="00000000">
            <w:r>
              <w:rPr>
                <w:b/>
                <w:lang w:val="ro-RO"/>
              </w:rPr>
              <w:t>TOTAL CAPITOL 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A761C7A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97.296,90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02F499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20.432,35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126F47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117.729,25</w:t>
            </w:r>
          </w:p>
        </w:tc>
      </w:tr>
      <w:tr w:rsidR="00A35E3B" w14:paraId="6EDA32D4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5AC5BC6B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2</w:t>
            </w:r>
            <w:r>
              <w:rPr>
                <w:b/>
                <w:lang w:val="ro-RO"/>
              </w:rPr>
              <w:br/>
              <w:t>Cheltuieli pentru asigurarea utilităţilor necesare obiectivului</w:t>
            </w:r>
          </w:p>
        </w:tc>
      </w:tr>
      <w:tr w:rsidR="00A35E3B" w14:paraId="09B997E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3DCE6AD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C8A57D6" w14:textId="77777777" w:rsidR="00A35E3B" w:rsidRDefault="00000000">
            <w:r>
              <w:rPr>
                <w:b/>
                <w:lang w:val="ro-RO"/>
              </w:rPr>
              <w:t>Cheltuieli pentru asigurarea utilităţilor necesare obiectivului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58702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64.864,60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D45A7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13.621,57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E9F8B8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78.486,17</w:t>
            </w:r>
          </w:p>
        </w:tc>
      </w:tr>
      <w:tr w:rsidR="00A35E3B" w14:paraId="2991BA95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30049604" w14:textId="77777777" w:rsidR="00A35E3B" w:rsidRDefault="00000000">
            <w:r>
              <w:rPr>
                <w:b/>
                <w:lang w:val="ro-RO"/>
              </w:rPr>
              <w:t>TOTAL CAPITOL 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AFBD3EC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64.864,60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9FDCE9D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13.621,57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EC3A9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78.486,17</w:t>
            </w:r>
          </w:p>
        </w:tc>
      </w:tr>
      <w:tr w:rsidR="00A35E3B" w14:paraId="2D30F81D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56AFB148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3</w:t>
            </w:r>
            <w:r>
              <w:rPr>
                <w:b/>
                <w:lang w:val="ro-RO"/>
              </w:rPr>
              <w:br/>
              <w:t>Cheltuieli pentru proiectare şi asistenţă tehnică</w:t>
            </w:r>
          </w:p>
        </w:tc>
      </w:tr>
      <w:tr w:rsidR="00A35E3B" w14:paraId="6E980FD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AB4C06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89053B4" w14:textId="77777777" w:rsidR="00A35E3B" w:rsidRDefault="00000000">
            <w:r>
              <w:rPr>
                <w:b/>
                <w:lang w:val="ro-RO"/>
              </w:rPr>
              <w:t>Studii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3E7EBD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43.500,72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4F93F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9.135,15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EEB293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52.635,87</w:t>
            </w:r>
          </w:p>
        </w:tc>
      </w:tr>
      <w:tr w:rsidR="00A35E3B" w14:paraId="4489E77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AA3CF04" w14:textId="77777777" w:rsidR="00A35E3B" w:rsidRDefault="00000000">
            <w:pPr>
              <w:jc w:val="center"/>
            </w:pPr>
            <w:r>
              <w:rPr>
                <w:lang w:val="ro-RO"/>
              </w:rPr>
              <w:t>3.1.1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949C3AA" w14:textId="77777777" w:rsidR="00A35E3B" w:rsidRDefault="00000000">
            <w:r>
              <w:rPr>
                <w:lang w:val="ro-RO"/>
              </w:rPr>
              <w:t>Studii de teren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E42A38" w14:textId="77777777" w:rsidR="00A35E3B" w:rsidRDefault="00000000">
            <w:pPr>
              <w:jc w:val="right"/>
            </w:pPr>
            <w:r>
              <w:rPr>
                <w:lang w:val="ro-RO"/>
              </w:rPr>
              <w:t>29.000,48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34A1E7" w14:textId="77777777" w:rsidR="00A35E3B" w:rsidRDefault="00000000">
            <w:pPr>
              <w:jc w:val="right"/>
            </w:pPr>
            <w:r>
              <w:rPr>
                <w:lang w:val="ro-RO"/>
              </w:rPr>
              <w:t>6.090,10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33E2A0" w14:textId="77777777" w:rsidR="00A35E3B" w:rsidRDefault="00000000">
            <w:pPr>
              <w:jc w:val="right"/>
            </w:pPr>
            <w:r>
              <w:rPr>
                <w:lang w:val="ro-RO"/>
              </w:rPr>
              <w:t>35.090,58</w:t>
            </w:r>
          </w:p>
        </w:tc>
      </w:tr>
      <w:tr w:rsidR="00A35E3B" w14:paraId="1682485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980D9A7" w14:textId="77777777" w:rsidR="00A35E3B" w:rsidRDefault="00000000">
            <w:pPr>
              <w:jc w:val="center"/>
            </w:pPr>
            <w:r>
              <w:rPr>
                <w:lang w:val="ro-RO"/>
              </w:rPr>
              <w:t>3.1.2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F2AC251" w14:textId="77777777" w:rsidR="00A35E3B" w:rsidRDefault="00000000">
            <w:r>
              <w:rPr>
                <w:lang w:val="ro-RO"/>
              </w:rPr>
              <w:t>Raport privind impactul asupra mediului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6D97F0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6A84FD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27CBD9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19A6472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F1DD619" w14:textId="77777777" w:rsidR="00A35E3B" w:rsidRDefault="00000000">
            <w:pPr>
              <w:jc w:val="center"/>
            </w:pPr>
            <w:r>
              <w:rPr>
                <w:lang w:val="ro-RO"/>
              </w:rPr>
              <w:t>3.1.3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6AB422A" w14:textId="77777777" w:rsidR="00A35E3B" w:rsidRDefault="00000000">
            <w:r>
              <w:rPr>
                <w:lang w:val="ro-RO"/>
              </w:rPr>
              <w:t>Alte studii specifice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16313C" w14:textId="77777777" w:rsidR="00A35E3B" w:rsidRDefault="00000000">
            <w:pPr>
              <w:jc w:val="right"/>
            </w:pPr>
            <w:r>
              <w:rPr>
                <w:lang w:val="ro-RO"/>
              </w:rPr>
              <w:t>14.500,24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6B7476" w14:textId="77777777" w:rsidR="00A35E3B" w:rsidRDefault="00000000">
            <w:pPr>
              <w:jc w:val="right"/>
            </w:pPr>
            <w:r>
              <w:rPr>
                <w:lang w:val="ro-RO"/>
              </w:rPr>
              <w:t>3.045,05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5F860D" w14:textId="77777777" w:rsidR="00A35E3B" w:rsidRDefault="00000000">
            <w:pPr>
              <w:jc w:val="right"/>
            </w:pPr>
            <w:r>
              <w:rPr>
                <w:lang w:val="ro-RO"/>
              </w:rPr>
              <w:t>17.545,29</w:t>
            </w:r>
          </w:p>
        </w:tc>
      </w:tr>
      <w:tr w:rsidR="00A35E3B" w14:paraId="1D50994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B0474B8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lastRenderedPageBreak/>
              <w:t>3.2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4FE89B8" w14:textId="77777777" w:rsidR="00A35E3B" w:rsidRDefault="00000000">
            <w:r>
              <w:rPr>
                <w:b/>
                <w:lang w:val="ro-RO"/>
              </w:rPr>
              <w:t>Documentații-suport și cheltuieli pentru obținerea de avize, acorduri și autorizații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F6074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9.666,83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081E17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2.030,03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B2A42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11.696,86</w:t>
            </w:r>
          </w:p>
        </w:tc>
      </w:tr>
      <w:tr w:rsidR="00A35E3B" w14:paraId="4DE9D3E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8141CB8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69E8AF8" w14:textId="77777777" w:rsidR="00A35E3B" w:rsidRDefault="00000000">
            <w:r>
              <w:rPr>
                <w:b/>
                <w:lang w:val="ro-RO"/>
              </w:rPr>
              <w:t>Expertizare tehnică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B463AEA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72.501,20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04EEF5D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15.225,25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4179C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87.726,45</w:t>
            </w:r>
          </w:p>
        </w:tc>
      </w:tr>
      <w:tr w:rsidR="00A35E3B" w14:paraId="3EBB211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E744F58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F149C70" w14:textId="77777777" w:rsidR="00A35E3B" w:rsidRDefault="00000000">
            <w:r>
              <w:rPr>
                <w:b/>
                <w:lang w:val="ro-RO"/>
              </w:rPr>
              <w:t>Certificarea performanței energetice și auditul energetic al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4C25AB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14.500,24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1FEDC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3.045,05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6F20BC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17.545,29</w:t>
            </w:r>
          </w:p>
        </w:tc>
      </w:tr>
      <w:tr w:rsidR="00A35E3B" w14:paraId="01BF149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BF07D8A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40CF458" w14:textId="77777777" w:rsidR="00A35E3B" w:rsidRDefault="00000000">
            <w:r>
              <w:rPr>
                <w:b/>
                <w:lang w:val="ro-RO"/>
              </w:rPr>
              <w:t>Proiectare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006AC4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321.422,00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B0D327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67.498,62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55919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388.920,62</w:t>
            </w:r>
          </w:p>
        </w:tc>
      </w:tr>
      <w:tr w:rsidR="00A35E3B" w14:paraId="7A142F5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A85AA51" w14:textId="77777777" w:rsidR="00A35E3B" w:rsidRDefault="00000000">
            <w:pPr>
              <w:jc w:val="center"/>
            </w:pPr>
            <w:r>
              <w:rPr>
                <w:lang w:val="ro-RO"/>
              </w:rPr>
              <w:t>3.5.1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4E3A785" w14:textId="77777777" w:rsidR="00A35E3B" w:rsidRDefault="00000000">
            <w:r>
              <w:rPr>
                <w:lang w:val="ro-RO"/>
              </w:rPr>
              <w:t>Temă de proiectare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9E455F" w14:textId="77777777" w:rsidR="00A35E3B" w:rsidRDefault="00000000">
            <w:pPr>
              <w:jc w:val="right"/>
            </w:pPr>
            <w:r>
              <w:rPr>
                <w:lang w:val="ro-RO"/>
              </w:rPr>
              <w:t>2.416,71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D84638" w14:textId="77777777" w:rsidR="00A35E3B" w:rsidRDefault="00000000">
            <w:pPr>
              <w:jc w:val="right"/>
            </w:pPr>
            <w:r>
              <w:rPr>
                <w:lang w:val="ro-RO"/>
              </w:rPr>
              <w:t>507,51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0AC429" w14:textId="77777777" w:rsidR="00A35E3B" w:rsidRDefault="00000000">
            <w:pPr>
              <w:jc w:val="right"/>
            </w:pPr>
            <w:r>
              <w:rPr>
                <w:lang w:val="ro-RO"/>
              </w:rPr>
              <w:t>2.924,22</w:t>
            </w:r>
          </w:p>
        </w:tc>
      </w:tr>
      <w:tr w:rsidR="00A35E3B" w14:paraId="13F81D3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369CDC9" w14:textId="77777777" w:rsidR="00A35E3B" w:rsidRDefault="00000000">
            <w:pPr>
              <w:jc w:val="center"/>
            </w:pPr>
            <w:r>
              <w:rPr>
                <w:lang w:val="ro-RO"/>
              </w:rPr>
              <w:t>3.5.2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D08917B" w14:textId="77777777" w:rsidR="00A35E3B" w:rsidRDefault="00000000">
            <w:r>
              <w:rPr>
                <w:lang w:val="ro-RO"/>
              </w:rPr>
              <w:t>Studiu de prefezabilitate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CC1E019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4BECC5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B1F45B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0A4E572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0860F91" w14:textId="77777777" w:rsidR="00A35E3B" w:rsidRDefault="00000000">
            <w:pPr>
              <w:jc w:val="center"/>
            </w:pPr>
            <w:r>
              <w:rPr>
                <w:lang w:val="ro-RO"/>
              </w:rPr>
              <w:t>3.5.3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20FEAD2" w14:textId="77777777" w:rsidR="00A35E3B" w:rsidRDefault="00000000">
            <w:r>
              <w:rPr>
                <w:lang w:val="ro-RO"/>
              </w:rPr>
              <w:t>Studiu de fezabilitate/documentație de avizare a lucrărilor de intervenții și deviz general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7B0362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E1A7B65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FC838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2DC58CE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A71C10A" w14:textId="77777777" w:rsidR="00A35E3B" w:rsidRDefault="00000000">
            <w:pPr>
              <w:jc w:val="center"/>
            </w:pPr>
            <w:r>
              <w:rPr>
                <w:lang w:val="ro-RO"/>
              </w:rPr>
              <w:t>3.5.4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90788FA" w14:textId="77777777" w:rsidR="00A35E3B" w:rsidRDefault="00000000">
            <w:r>
              <w:rPr>
                <w:lang w:val="ro-RO"/>
              </w:rPr>
              <w:t>Documentațiile tehnice necesare în vederea obținerii avizelor/acordurilor/</w:t>
            </w:r>
            <w:r>
              <w:rPr>
                <w:lang w:val="ro-RO"/>
              </w:rPr>
              <w:br/>
              <w:t>autorizațiilor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11ED1D6" w14:textId="77777777" w:rsidR="00A35E3B" w:rsidRDefault="00000000">
            <w:pPr>
              <w:jc w:val="right"/>
            </w:pPr>
            <w:r>
              <w:rPr>
                <w:lang w:val="ro-RO"/>
              </w:rPr>
              <w:t>24.167,07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64D1B1" w14:textId="77777777" w:rsidR="00A35E3B" w:rsidRDefault="00000000">
            <w:pPr>
              <w:jc w:val="right"/>
            </w:pPr>
            <w:r>
              <w:rPr>
                <w:lang w:val="ro-RO"/>
              </w:rPr>
              <w:t>5.075,08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CD29B2" w14:textId="77777777" w:rsidR="00A35E3B" w:rsidRDefault="00000000">
            <w:pPr>
              <w:jc w:val="right"/>
            </w:pPr>
            <w:r>
              <w:rPr>
                <w:lang w:val="ro-RO"/>
              </w:rPr>
              <w:t>29.242,15</w:t>
            </w:r>
          </w:p>
        </w:tc>
      </w:tr>
      <w:tr w:rsidR="00A35E3B" w14:paraId="1F9F1CB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EBC0BDC" w14:textId="77777777" w:rsidR="00A35E3B" w:rsidRDefault="00000000">
            <w:pPr>
              <w:jc w:val="center"/>
            </w:pPr>
            <w:r>
              <w:rPr>
                <w:lang w:val="ro-RO"/>
              </w:rPr>
              <w:t>3.5.5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F1FAD65" w14:textId="77777777" w:rsidR="00A35E3B" w:rsidRDefault="00000000">
            <w:r>
              <w:rPr>
                <w:lang w:val="ro-RO"/>
              </w:rPr>
              <w:t>Verificarea tehnică de calitate a D.T.A.C., proiectului tehnic și a detaliilor de execuție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D4BD78D" w14:textId="77777777" w:rsidR="00A35E3B" w:rsidRDefault="00000000">
            <w:pPr>
              <w:jc w:val="right"/>
            </w:pPr>
            <w:r>
              <w:rPr>
                <w:lang w:val="ro-RO"/>
              </w:rPr>
              <w:t>29.000,48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1993096" w14:textId="77777777" w:rsidR="00A35E3B" w:rsidRDefault="00000000">
            <w:pPr>
              <w:jc w:val="right"/>
            </w:pPr>
            <w:r>
              <w:rPr>
                <w:lang w:val="ro-RO"/>
              </w:rPr>
              <w:t>6.090,10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CE9C7B4" w14:textId="77777777" w:rsidR="00A35E3B" w:rsidRDefault="00000000">
            <w:pPr>
              <w:jc w:val="right"/>
            </w:pPr>
            <w:r>
              <w:rPr>
                <w:lang w:val="ro-RO"/>
              </w:rPr>
              <w:t>35.090,58</w:t>
            </w:r>
          </w:p>
        </w:tc>
      </w:tr>
      <w:tr w:rsidR="00A35E3B" w14:paraId="25F4E8E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61E11B1" w14:textId="77777777" w:rsidR="00A35E3B" w:rsidRDefault="00000000">
            <w:pPr>
              <w:jc w:val="center"/>
            </w:pPr>
            <w:r>
              <w:rPr>
                <w:lang w:val="ro-RO"/>
              </w:rPr>
              <w:t>3.5.6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A999263" w14:textId="77777777" w:rsidR="00A35E3B" w:rsidRDefault="00000000">
            <w:r>
              <w:rPr>
                <w:lang w:val="ro-RO"/>
              </w:rPr>
              <w:t>Proiect tehnic și detalii de execuție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091A6B3" w14:textId="77777777" w:rsidR="00A35E3B" w:rsidRDefault="00000000">
            <w:pPr>
              <w:jc w:val="right"/>
            </w:pPr>
            <w:r>
              <w:rPr>
                <w:lang w:val="ro-RO"/>
              </w:rPr>
              <w:t>265.837,74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B4E67C" w14:textId="77777777" w:rsidR="00A35E3B" w:rsidRDefault="00000000">
            <w:pPr>
              <w:jc w:val="right"/>
            </w:pPr>
            <w:r>
              <w:rPr>
                <w:lang w:val="ro-RO"/>
              </w:rPr>
              <w:t>55.825,93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FB0B7F" w14:textId="77777777" w:rsidR="00A35E3B" w:rsidRDefault="00000000">
            <w:pPr>
              <w:jc w:val="right"/>
            </w:pPr>
            <w:r>
              <w:rPr>
                <w:lang w:val="ro-RO"/>
              </w:rPr>
              <w:t>321.663,67</w:t>
            </w:r>
          </w:p>
        </w:tc>
      </w:tr>
      <w:tr w:rsidR="00A35E3B" w14:paraId="6801B10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F985AC9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2DF9B93" w14:textId="77777777" w:rsidR="00A35E3B" w:rsidRDefault="00000000">
            <w:r>
              <w:rPr>
                <w:b/>
                <w:lang w:val="ro-RO"/>
              </w:rPr>
              <w:t>Organizarea procedurilor de achiziţie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6025F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19.333,65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9DBDE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4.060,07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8B888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23.393,72</w:t>
            </w:r>
          </w:p>
        </w:tc>
      </w:tr>
      <w:tr w:rsidR="00A35E3B" w14:paraId="234445D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3F161C4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3.7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E405838" w14:textId="77777777" w:rsidR="00A35E3B" w:rsidRDefault="00000000">
            <w:r>
              <w:rPr>
                <w:b/>
                <w:lang w:val="ro-RO"/>
              </w:rPr>
              <w:t>Consultanţă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85492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106.335,10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53BA06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22.330,37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14711D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128.665,47</w:t>
            </w:r>
          </w:p>
        </w:tc>
      </w:tr>
      <w:tr w:rsidR="00A35E3B" w14:paraId="56D3C5E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D374C6E" w14:textId="77777777" w:rsidR="00A35E3B" w:rsidRDefault="00000000">
            <w:pPr>
              <w:jc w:val="center"/>
            </w:pPr>
            <w:r>
              <w:rPr>
                <w:lang w:val="ro-RO"/>
              </w:rPr>
              <w:t>3.7.1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D7BC1D9" w14:textId="77777777" w:rsidR="00A35E3B" w:rsidRDefault="00000000">
            <w:r>
              <w:rPr>
                <w:lang w:val="ro-RO"/>
              </w:rPr>
              <w:t>Managementul de proiect pentru obiectivul de investiții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C869EA" w14:textId="77777777" w:rsidR="00A35E3B" w:rsidRDefault="00000000">
            <w:pPr>
              <w:jc w:val="right"/>
            </w:pPr>
            <w:r>
              <w:rPr>
                <w:lang w:val="ro-RO"/>
              </w:rPr>
              <w:t>106.335,10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69405CF" w14:textId="77777777" w:rsidR="00A35E3B" w:rsidRDefault="00000000">
            <w:pPr>
              <w:jc w:val="right"/>
            </w:pPr>
            <w:r>
              <w:rPr>
                <w:lang w:val="ro-RO"/>
              </w:rPr>
              <w:t>22.330,37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AF9AD5" w14:textId="77777777" w:rsidR="00A35E3B" w:rsidRDefault="00000000">
            <w:pPr>
              <w:jc w:val="right"/>
            </w:pPr>
            <w:r>
              <w:rPr>
                <w:lang w:val="ro-RO"/>
              </w:rPr>
              <w:t>128.665,47</w:t>
            </w:r>
          </w:p>
        </w:tc>
      </w:tr>
      <w:tr w:rsidR="00A35E3B" w14:paraId="37588AF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55C17AC" w14:textId="77777777" w:rsidR="00A35E3B" w:rsidRDefault="00000000">
            <w:pPr>
              <w:jc w:val="center"/>
            </w:pPr>
            <w:r>
              <w:rPr>
                <w:lang w:val="ro-RO"/>
              </w:rPr>
              <w:t>3.7.2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904D26B" w14:textId="77777777" w:rsidR="00A35E3B" w:rsidRDefault="00000000">
            <w:r>
              <w:rPr>
                <w:lang w:val="ro-RO"/>
              </w:rPr>
              <w:t>Auditul financiar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08F770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094FBE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44ED82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3D05336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AD8E1ED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3.8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D602F04" w14:textId="77777777" w:rsidR="00A35E3B" w:rsidRDefault="00000000">
            <w:r>
              <w:rPr>
                <w:b/>
                <w:lang w:val="ro-RO"/>
              </w:rPr>
              <w:t>Asistenţă tehnică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F8983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87.001,45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4F3BE0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18.270,30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CD38B4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105.271,75</w:t>
            </w:r>
          </w:p>
        </w:tc>
      </w:tr>
      <w:tr w:rsidR="00A35E3B" w14:paraId="24376BB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B919A03" w14:textId="77777777" w:rsidR="00A35E3B" w:rsidRDefault="00000000">
            <w:pPr>
              <w:jc w:val="center"/>
            </w:pPr>
            <w:r>
              <w:rPr>
                <w:lang w:val="ro-RO"/>
              </w:rPr>
              <w:lastRenderedPageBreak/>
              <w:t>3.8.1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BCE2347" w14:textId="77777777" w:rsidR="00A35E3B" w:rsidRDefault="00000000">
            <w:r>
              <w:rPr>
                <w:lang w:val="ro-RO"/>
              </w:rPr>
              <w:t>Asistență tehnică din partea proiectantului: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2C51DA" w14:textId="77777777" w:rsidR="00A35E3B" w:rsidRDefault="00000000">
            <w:pPr>
              <w:jc w:val="right"/>
            </w:pPr>
            <w:r>
              <w:rPr>
                <w:lang w:val="ro-RO"/>
              </w:rPr>
              <w:t>29.000,48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4D0A29" w14:textId="77777777" w:rsidR="00A35E3B" w:rsidRDefault="00000000">
            <w:pPr>
              <w:jc w:val="right"/>
            </w:pPr>
            <w:r>
              <w:rPr>
                <w:lang w:val="ro-RO"/>
              </w:rPr>
              <w:t>6.090,10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78BAB4C" w14:textId="77777777" w:rsidR="00A35E3B" w:rsidRDefault="00000000">
            <w:pPr>
              <w:jc w:val="right"/>
            </w:pPr>
            <w:r>
              <w:rPr>
                <w:lang w:val="ro-RO"/>
              </w:rPr>
              <w:t>35.090,58</w:t>
            </w:r>
          </w:p>
        </w:tc>
      </w:tr>
      <w:tr w:rsidR="00A35E3B" w14:paraId="73ED063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D2CDF10" w14:textId="77777777" w:rsidR="00A35E3B" w:rsidRDefault="00000000">
            <w:pPr>
              <w:jc w:val="center"/>
            </w:pPr>
            <w:r>
              <w:rPr>
                <w:lang w:val="ro-RO"/>
              </w:rPr>
              <w:t>3.8.1.1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D766BDD" w14:textId="77777777" w:rsidR="00A35E3B" w:rsidRDefault="00000000">
            <w:r>
              <w:rPr>
                <w:lang w:val="ro-RO"/>
              </w:rPr>
              <w:t>pe perioada de execuție a lucrărilor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14CB4A" w14:textId="77777777" w:rsidR="00A35E3B" w:rsidRDefault="00000000">
            <w:pPr>
              <w:jc w:val="right"/>
            </w:pPr>
            <w:r>
              <w:rPr>
                <w:lang w:val="ro-RO"/>
              </w:rPr>
              <w:t>19.333,65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FC78CBB" w14:textId="77777777" w:rsidR="00A35E3B" w:rsidRDefault="00000000">
            <w:pPr>
              <w:jc w:val="right"/>
            </w:pPr>
            <w:r>
              <w:rPr>
                <w:lang w:val="ro-RO"/>
              </w:rPr>
              <w:t>4.060,07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6EBA47" w14:textId="77777777" w:rsidR="00A35E3B" w:rsidRDefault="00000000">
            <w:pPr>
              <w:jc w:val="right"/>
            </w:pPr>
            <w:r>
              <w:rPr>
                <w:lang w:val="ro-RO"/>
              </w:rPr>
              <w:t>23.393,72</w:t>
            </w:r>
          </w:p>
        </w:tc>
      </w:tr>
      <w:tr w:rsidR="00A35E3B" w14:paraId="1A2D6F6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7135BD1" w14:textId="77777777" w:rsidR="00A35E3B" w:rsidRDefault="00000000">
            <w:pPr>
              <w:jc w:val="center"/>
            </w:pPr>
            <w:r>
              <w:rPr>
                <w:lang w:val="ro-RO"/>
              </w:rPr>
              <w:t>3.8.1.2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CB64ED8" w14:textId="77777777" w:rsidR="00A35E3B" w:rsidRDefault="00000000">
            <w:r>
              <w:rPr>
                <w:lang w:val="ro-RO"/>
              </w:rPr>
              <w:t>pentru participarea proiectantului la fazele incluse în programul de control al lucrărilor de execuție, avizat de către Inspectoratul de Stat în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8FBA038" w14:textId="77777777" w:rsidR="00A35E3B" w:rsidRDefault="00000000">
            <w:pPr>
              <w:jc w:val="right"/>
            </w:pPr>
            <w:r>
              <w:rPr>
                <w:lang w:val="ro-RO"/>
              </w:rPr>
              <w:t>9.666,83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3E3F9C" w14:textId="77777777" w:rsidR="00A35E3B" w:rsidRDefault="00000000">
            <w:pPr>
              <w:jc w:val="right"/>
            </w:pPr>
            <w:r>
              <w:rPr>
                <w:lang w:val="ro-RO"/>
              </w:rPr>
              <w:t>2.030,03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71B3782" w14:textId="77777777" w:rsidR="00A35E3B" w:rsidRDefault="00000000">
            <w:pPr>
              <w:jc w:val="right"/>
            </w:pPr>
            <w:r>
              <w:rPr>
                <w:lang w:val="ro-RO"/>
              </w:rPr>
              <w:t>11.696,86</w:t>
            </w:r>
          </w:p>
        </w:tc>
      </w:tr>
      <w:tr w:rsidR="00A35E3B" w14:paraId="04941E2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C16F7CA" w14:textId="77777777" w:rsidR="00A35E3B" w:rsidRDefault="00000000">
            <w:pPr>
              <w:jc w:val="center"/>
            </w:pPr>
            <w:r>
              <w:rPr>
                <w:lang w:val="ro-RO"/>
              </w:rPr>
              <w:t>3.8.2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82CDD84" w14:textId="77777777" w:rsidR="00A35E3B" w:rsidRDefault="00000000">
            <w:r>
              <w:rPr>
                <w:lang w:val="ro-RO"/>
              </w:rPr>
              <w:t>Dirigenție de șantier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3B08B0" w14:textId="77777777" w:rsidR="00A35E3B" w:rsidRDefault="00000000">
            <w:pPr>
              <w:jc w:val="right"/>
            </w:pPr>
            <w:r>
              <w:rPr>
                <w:lang w:val="ro-RO"/>
              </w:rPr>
              <w:t>48.334,14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C92BF8" w14:textId="77777777" w:rsidR="00A35E3B" w:rsidRDefault="00000000">
            <w:pPr>
              <w:jc w:val="right"/>
            </w:pPr>
            <w:r>
              <w:rPr>
                <w:lang w:val="ro-RO"/>
              </w:rPr>
              <w:t>10.150,17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3A88F73" w14:textId="77777777" w:rsidR="00A35E3B" w:rsidRDefault="00000000">
            <w:pPr>
              <w:jc w:val="right"/>
            </w:pPr>
            <w:r>
              <w:rPr>
                <w:lang w:val="ro-RO"/>
              </w:rPr>
              <w:t>58.484,31</w:t>
            </w:r>
          </w:p>
        </w:tc>
      </w:tr>
      <w:tr w:rsidR="00A35E3B" w14:paraId="43A1AC0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15461F4" w14:textId="77777777" w:rsidR="00A35E3B" w:rsidRDefault="00000000">
            <w:pPr>
              <w:jc w:val="center"/>
            </w:pPr>
            <w:r>
              <w:rPr>
                <w:lang w:val="ro-RO"/>
              </w:rPr>
              <w:t>3.8.3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D3EAD8C" w14:textId="77777777" w:rsidR="00A35E3B" w:rsidRDefault="00000000">
            <w:r>
              <w:rPr>
                <w:lang w:val="ro-RO"/>
              </w:rPr>
              <w:t>Coordonator în materie de securitate și sănătate - conform Hotărârii Guvernului nr. 300/2006, cu modificările și completările ulterioare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94C0E1" w14:textId="77777777" w:rsidR="00A35E3B" w:rsidRDefault="00000000">
            <w:pPr>
              <w:jc w:val="right"/>
            </w:pPr>
            <w:r>
              <w:rPr>
                <w:lang w:val="ro-RO"/>
              </w:rPr>
              <w:t>9.666,83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B85C98" w14:textId="77777777" w:rsidR="00A35E3B" w:rsidRDefault="00000000">
            <w:pPr>
              <w:jc w:val="right"/>
            </w:pPr>
            <w:r>
              <w:rPr>
                <w:lang w:val="ro-RO"/>
              </w:rPr>
              <w:t>2.030,03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C4F96C" w14:textId="77777777" w:rsidR="00A35E3B" w:rsidRDefault="00000000">
            <w:pPr>
              <w:jc w:val="right"/>
            </w:pPr>
            <w:r>
              <w:rPr>
                <w:lang w:val="ro-RO"/>
              </w:rPr>
              <w:t>11.696,86</w:t>
            </w:r>
          </w:p>
        </w:tc>
      </w:tr>
      <w:tr w:rsidR="00A35E3B" w14:paraId="733BD63D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2C50814D" w14:textId="77777777" w:rsidR="00A35E3B" w:rsidRDefault="00000000">
            <w:r>
              <w:rPr>
                <w:b/>
                <w:lang w:val="ro-RO"/>
              </w:rPr>
              <w:t>TOTAL CAPITOL 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77D1FC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674.261,19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638964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141.594,84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3E9966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815.856,03</w:t>
            </w:r>
          </w:p>
        </w:tc>
      </w:tr>
      <w:tr w:rsidR="00A35E3B" w14:paraId="0D2073FB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5996E6C8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4</w:t>
            </w:r>
            <w:r>
              <w:rPr>
                <w:b/>
                <w:lang w:val="ro-RO"/>
              </w:rPr>
              <w:br/>
              <w:t>Cheltuieli pentru investiţia de bază</w:t>
            </w:r>
          </w:p>
        </w:tc>
      </w:tr>
      <w:tr w:rsidR="00A35E3B" w14:paraId="1971CCC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10E182F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4C29F2A" w14:textId="77777777" w:rsidR="00A35E3B" w:rsidRDefault="00000000">
            <w:r>
              <w:rPr>
                <w:b/>
                <w:lang w:val="ro-RO"/>
              </w:rPr>
              <w:t>Construcţii şi instalaţii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960CACD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6.559.330,80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150EB5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1.377.459,46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860824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7.936.790,26</w:t>
            </w:r>
          </w:p>
        </w:tc>
      </w:tr>
      <w:tr w:rsidR="00A35E3B" w14:paraId="145C330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DCAE8D5" w14:textId="77777777" w:rsidR="00A35E3B" w:rsidRDefault="00000000">
            <w:pPr>
              <w:jc w:val="center"/>
            </w:pPr>
            <w:r>
              <w:rPr>
                <w:lang w:val="ro-RO"/>
              </w:rPr>
              <w:t>4.1.1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C52FFBB" w14:textId="77777777" w:rsidR="00A35E3B" w:rsidRDefault="00000000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729864C" w14:textId="77777777" w:rsidR="00A35E3B" w:rsidRDefault="00000000">
            <w:pPr>
              <w:jc w:val="right"/>
            </w:pPr>
            <w:r>
              <w:rPr>
                <w:lang w:val="ro-RO"/>
              </w:rPr>
              <w:t>4.061.011,86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11D186" w14:textId="77777777" w:rsidR="00A35E3B" w:rsidRDefault="00000000">
            <w:pPr>
              <w:jc w:val="right"/>
            </w:pPr>
            <w:r>
              <w:rPr>
                <w:lang w:val="ro-RO"/>
              </w:rPr>
              <w:t>852.812,49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9FD932" w14:textId="77777777" w:rsidR="00A35E3B" w:rsidRDefault="00000000">
            <w:pPr>
              <w:jc w:val="right"/>
            </w:pPr>
            <w:r>
              <w:rPr>
                <w:lang w:val="ro-RO"/>
              </w:rPr>
              <w:t>4.913.824,35</w:t>
            </w:r>
          </w:p>
        </w:tc>
      </w:tr>
      <w:tr w:rsidR="00A35E3B" w14:paraId="3168299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01D46B1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4.1.1.a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E2DB6E9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CEF4D7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4.061.011,86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093C109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852.812,49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61438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4.913.824,35</w:t>
            </w:r>
          </w:p>
        </w:tc>
      </w:tr>
      <w:tr w:rsidR="00A35E3B" w14:paraId="7C60A85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40FA13B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4.1.1.b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6A90A15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F4A39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33C6A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658812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3962FAC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327CBC8" w14:textId="77777777" w:rsidR="00A35E3B" w:rsidRDefault="00000000">
            <w:pPr>
              <w:jc w:val="center"/>
            </w:pPr>
            <w:r>
              <w:rPr>
                <w:lang w:val="ro-RO"/>
              </w:rPr>
              <w:t>4.1.2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8C182F5" w14:textId="77777777" w:rsidR="00A35E3B" w:rsidRDefault="00000000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C9DFE6" w14:textId="77777777" w:rsidR="00A35E3B" w:rsidRDefault="00000000">
            <w:pPr>
              <w:jc w:val="right"/>
            </w:pPr>
            <w:r>
              <w:rPr>
                <w:lang w:val="ro-RO"/>
              </w:rPr>
              <w:t>2.132.474,54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9F4DCD" w14:textId="77777777" w:rsidR="00A35E3B" w:rsidRDefault="00000000">
            <w:pPr>
              <w:jc w:val="right"/>
            </w:pPr>
            <w:r>
              <w:rPr>
                <w:lang w:val="ro-RO"/>
              </w:rPr>
              <w:t>447.819,65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B7883BE" w14:textId="77777777" w:rsidR="00A35E3B" w:rsidRDefault="00000000">
            <w:pPr>
              <w:jc w:val="right"/>
            </w:pPr>
            <w:r>
              <w:rPr>
                <w:lang w:val="ro-RO"/>
              </w:rPr>
              <w:t>2.580.294,19</w:t>
            </w:r>
          </w:p>
        </w:tc>
      </w:tr>
      <w:tr w:rsidR="00A35E3B" w14:paraId="68A211B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53C37BB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4.1.2.a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232CFB0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5642B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2.132.474,54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24B488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447.819,65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29D37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2.580.294,19</w:t>
            </w:r>
          </w:p>
        </w:tc>
      </w:tr>
      <w:tr w:rsidR="00A35E3B" w14:paraId="31B17F2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C8F4F29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4.1.2.b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0DCA706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003D7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042BF1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BAAC76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7F28351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1680437" w14:textId="77777777" w:rsidR="00A35E3B" w:rsidRDefault="00000000">
            <w:pPr>
              <w:jc w:val="center"/>
            </w:pPr>
            <w:r>
              <w:rPr>
                <w:lang w:val="ro-RO"/>
              </w:rPr>
              <w:t>4.1.3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E766DED" w14:textId="77777777" w:rsidR="00A35E3B" w:rsidRDefault="00000000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063DC8F" w14:textId="77777777" w:rsidR="00A35E3B" w:rsidRDefault="00000000">
            <w:pPr>
              <w:jc w:val="right"/>
            </w:pPr>
            <w:r>
              <w:rPr>
                <w:lang w:val="ro-RO"/>
              </w:rPr>
              <w:t>365.844,40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115FE2" w14:textId="77777777" w:rsidR="00A35E3B" w:rsidRDefault="00000000">
            <w:pPr>
              <w:jc w:val="right"/>
            </w:pPr>
            <w:r>
              <w:rPr>
                <w:lang w:val="ro-RO"/>
              </w:rPr>
              <w:t>76.827,32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9841FC" w14:textId="77777777" w:rsidR="00A35E3B" w:rsidRDefault="00000000">
            <w:pPr>
              <w:jc w:val="right"/>
            </w:pPr>
            <w:r>
              <w:rPr>
                <w:lang w:val="ro-RO"/>
              </w:rPr>
              <w:t>442.671,72</w:t>
            </w:r>
          </w:p>
        </w:tc>
      </w:tr>
      <w:tr w:rsidR="00A35E3B" w14:paraId="637FB85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488A2D2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4.1.3.a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8DB1D71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05590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309.890,24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347D3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65.076,95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B4788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374.967,19</w:t>
            </w:r>
          </w:p>
        </w:tc>
      </w:tr>
      <w:tr w:rsidR="00A35E3B" w14:paraId="10B3922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5CED1E5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lastRenderedPageBreak/>
              <w:t>4.1.3.b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A570931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08962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55.954,16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C766CC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11.750,37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638EB9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67.704,53</w:t>
            </w:r>
          </w:p>
        </w:tc>
      </w:tr>
      <w:tr w:rsidR="00A35E3B" w14:paraId="1DC1BAAF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3FB54EF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BF64271" w14:textId="77777777" w:rsidR="00A35E3B" w:rsidRDefault="00000000">
            <w:r>
              <w:rPr>
                <w:b/>
                <w:lang w:val="ro-RO"/>
              </w:rPr>
              <w:t>Montaj utilaje, echipamente tehnologice și funcționale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5FDF4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41.668,91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605E5A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8.750,48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B476A3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50.419,39</w:t>
            </w:r>
          </w:p>
        </w:tc>
      </w:tr>
      <w:tr w:rsidR="00A35E3B" w14:paraId="081235B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C23A018" w14:textId="77777777" w:rsidR="00A35E3B" w:rsidRDefault="00000000">
            <w:pPr>
              <w:jc w:val="center"/>
            </w:pPr>
            <w:r>
              <w:rPr>
                <w:lang w:val="ro-RO"/>
              </w:rPr>
              <w:t>4.2.1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DC18E5C" w14:textId="77777777" w:rsidR="00A35E3B" w:rsidRDefault="00000000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7F50DD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04E086C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A604C7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391C3AF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DA364DA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060E1F3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C9108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8CD2E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884C8E8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37963A4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B0E9835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9F1DC81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A523F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062AD08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94B2A4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587C778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945E7CC" w14:textId="77777777" w:rsidR="00A35E3B" w:rsidRDefault="00000000">
            <w:pPr>
              <w:jc w:val="center"/>
            </w:pPr>
            <w:r>
              <w:rPr>
                <w:lang w:val="ro-RO"/>
              </w:rPr>
              <w:t>4.2.2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9DA2D37" w14:textId="77777777" w:rsidR="00A35E3B" w:rsidRDefault="00000000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0561FC" w14:textId="77777777" w:rsidR="00A35E3B" w:rsidRDefault="00000000">
            <w:pPr>
              <w:jc w:val="right"/>
            </w:pPr>
            <w:r>
              <w:rPr>
                <w:lang w:val="ro-RO"/>
              </w:rPr>
              <w:t>38.196,50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38CD392" w14:textId="77777777" w:rsidR="00A35E3B" w:rsidRDefault="00000000">
            <w:pPr>
              <w:jc w:val="right"/>
            </w:pPr>
            <w:r>
              <w:rPr>
                <w:lang w:val="ro-RO"/>
              </w:rPr>
              <w:t>8.021,27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9D4568" w14:textId="77777777" w:rsidR="00A35E3B" w:rsidRDefault="00000000">
            <w:pPr>
              <w:jc w:val="right"/>
            </w:pPr>
            <w:r>
              <w:rPr>
                <w:lang w:val="ro-RO"/>
              </w:rPr>
              <w:t>46.217,77</w:t>
            </w:r>
          </w:p>
        </w:tc>
      </w:tr>
      <w:tr w:rsidR="00A35E3B" w14:paraId="5248F51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035515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CE3DFF2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D130E2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38.196,50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137DD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8.021,27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D02C8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46.217,77</w:t>
            </w:r>
          </w:p>
        </w:tc>
      </w:tr>
      <w:tr w:rsidR="00A35E3B" w14:paraId="1104D50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3EF0FC1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53C32E3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178E4CA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EDE74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2CF97F2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7A1F428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16CB37A" w14:textId="77777777" w:rsidR="00A35E3B" w:rsidRDefault="00000000">
            <w:pPr>
              <w:jc w:val="center"/>
            </w:pPr>
            <w:r>
              <w:rPr>
                <w:lang w:val="ro-RO"/>
              </w:rPr>
              <w:t>4.2.3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2E0B90" w14:textId="77777777" w:rsidR="00A35E3B" w:rsidRDefault="00000000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B7E6EA6" w14:textId="77777777" w:rsidR="00A35E3B" w:rsidRDefault="00000000">
            <w:pPr>
              <w:jc w:val="right"/>
            </w:pPr>
            <w:r>
              <w:rPr>
                <w:lang w:val="ro-RO"/>
              </w:rPr>
              <w:t>3.472,41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67CBB8" w14:textId="77777777" w:rsidR="00A35E3B" w:rsidRDefault="00000000">
            <w:pPr>
              <w:jc w:val="right"/>
            </w:pPr>
            <w:r>
              <w:rPr>
                <w:lang w:val="ro-RO"/>
              </w:rPr>
              <w:t>729,21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FF1D98" w14:textId="77777777" w:rsidR="00A35E3B" w:rsidRDefault="00000000">
            <w:pPr>
              <w:jc w:val="right"/>
            </w:pPr>
            <w:r>
              <w:rPr>
                <w:lang w:val="ro-RO"/>
              </w:rPr>
              <w:t>4.201,62</w:t>
            </w:r>
          </w:p>
        </w:tc>
      </w:tr>
      <w:tr w:rsidR="00A35E3B" w14:paraId="07C43A7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C4948FC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81A7B7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30BEBDB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3.472,41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B63D1E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729,21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785E3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4.201,62</w:t>
            </w:r>
          </w:p>
        </w:tc>
      </w:tr>
      <w:tr w:rsidR="00A35E3B" w14:paraId="3B8BBA9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E043EE1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4.2.3.b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3ECE812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8FEC6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6E156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37B0E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104B149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A81C655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FA2B3C5" w14:textId="77777777" w:rsidR="00A35E3B" w:rsidRDefault="00000000">
            <w:r>
              <w:rPr>
                <w:b/>
                <w:lang w:val="ro-RO"/>
              </w:rPr>
              <w:t>Utilaje, echipamente tehnologice şi funcţionale care necesită montaj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FD7875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416.689,06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A713C8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87.504,70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2CBC9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504.193,76</w:t>
            </w:r>
          </w:p>
        </w:tc>
      </w:tr>
      <w:tr w:rsidR="00A35E3B" w14:paraId="1377E07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B61BFBF" w14:textId="77777777" w:rsidR="00A35E3B" w:rsidRDefault="00000000">
            <w:pPr>
              <w:jc w:val="center"/>
            </w:pPr>
            <w:r>
              <w:rPr>
                <w:lang w:val="ro-RO"/>
              </w:rPr>
              <w:t>4.3.1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005C286" w14:textId="77777777" w:rsidR="00A35E3B" w:rsidRDefault="00000000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047B1A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EF367EA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AE66330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08520BE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8EBC9CA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4.3.1.a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8A934EF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6073B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430FF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C929B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13F5CC6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EA050A6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4.3.1.b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742CA11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4EDF3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D72B1B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9DA5F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170ADFF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7B0528E" w14:textId="77777777" w:rsidR="00A35E3B" w:rsidRDefault="00000000">
            <w:pPr>
              <w:jc w:val="center"/>
            </w:pPr>
            <w:r>
              <w:rPr>
                <w:lang w:val="ro-RO"/>
              </w:rPr>
              <w:t>4.3.2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25BED13" w14:textId="77777777" w:rsidR="00A35E3B" w:rsidRDefault="00000000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BA2C36D" w14:textId="77777777" w:rsidR="00A35E3B" w:rsidRDefault="00000000">
            <w:pPr>
              <w:jc w:val="right"/>
            </w:pPr>
            <w:r>
              <w:rPr>
                <w:lang w:val="ro-RO"/>
              </w:rPr>
              <w:t>381.964,97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2FF80C" w14:textId="77777777" w:rsidR="00A35E3B" w:rsidRDefault="00000000">
            <w:pPr>
              <w:jc w:val="right"/>
            </w:pPr>
            <w:r>
              <w:rPr>
                <w:lang w:val="ro-RO"/>
              </w:rPr>
              <w:t>80.212,64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14BE131" w14:textId="77777777" w:rsidR="00A35E3B" w:rsidRDefault="00000000">
            <w:pPr>
              <w:jc w:val="right"/>
            </w:pPr>
            <w:r>
              <w:rPr>
                <w:lang w:val="ro-RO"/>
              </w:rPr>
              <w:t>462.177,61</w:t>
            </w:r>
          </w:p>
        </w:tc>
      </w:tr>
      <w:tr w:rsidR="00A35E3B" w14:paraId="3D1A77F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73E749A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4.3.2.a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20BED12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E929D1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381.964,97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A03A44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80.212,64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2E8192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462.177,61</w:t>
            </w:r>
          </w:p>
        </w:tc>
      </w:tr>
      <w:tr w:rsidR="00A35E3B" w14:paraId="2E88044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B79F7EE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4.3.2.b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1294931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7E9AD9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AB4B2E7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3FFAD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24D91D1A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3189AF1" w14:textId="77777777" w:rsidR="00A35E3B" w:rsidRDefault="00000000">
            <w:pPr>
              <w:jc w:val="center"/>
            </w:pPr>
            <w:r>
              <w:rPr>
                <w:lang w:val="ro-RO"/>
              </w:rPr>
              <w:t>4.3.3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1FCDB27" w14:textId="77777777" w:rsidR="00A35E3B" w:rsidRDefault="00000000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C704B92" w14:textId="77777777" w:rsidR="00A35E3B" w:rsidRDefault="00000000">
            <w:pPr>
              <w:jc w:val="right"/>
            </w:pPr>
            <w:r>
              <w:rPr>
                <w:lang w:val="ro-RO"/>
              </w:rPr>
              <w:t>34.724,09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B10092A" w14:textId="77777777" w:rsidR="00A35E3B" w:rsidRDefault="00000000">
            <w:pPr>
              <w:jc w:val="right"/>
            </w:pPr>
            <w:r>
              <w:rPr>
                <w:lang w:val="ro-RO"/>
              </w:rPr>
              <w:t>7.292,06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3C641B" w14:textId="77777777" w:rsidR="00A35E3B" w:rsidRDefault="00000000">
            <w:pPr>
              <w:jc w:val="right"/>
            </w:pPr>
            <w:r>
              <w:rPr>
                <w:lang w:val="ro-RO"/>
              </w:rPr>
              <w:t>42.016,15</w:t>
            </w:r>
          </w:p>
        </w:tc>
      </w:tr>
      <w:tr w:rsidR="00A35E3B" w14:paraId="513C8E9C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83E3840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4.3.3.a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600C5DE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6B3AE97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34.724,09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63DA1A2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7.292,06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56EA85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42.016,15</w:t>
            </w:r>
          </w:p>
        </w:tc>
      </w:tr>
      <w:tr w:rsidR="00A35E3B" w14:paraId="12DEA70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B37C653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lastRenderedPageBreak/>
              <w:t>4.3.3.b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5C014DA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ECB999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990A95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237D47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2BCF489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2B9C009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B08D79D" w14:textId="77777777" w:rsidR="00A35E3B" w:rsidRDefault="00000000">
            <w:r>
              <w:rPr>
                <w:b/>
                <w:lang w:val="ro-RO"/>
              </w:rPr>
              <w:t>Utilaje, echipamente tehnologice și funcționale care nu necesită montaj și echipamente de transport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445A5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24962F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67590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637D900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1FD983" w14:textId="77777777" w:rsidR="00A35E3B" w:rsidRDefault="00000000">
            <w:pPr>
              <w:jc w:val="center"/>
            </w:pPr>
            <w:r>
              <w:rPr>
                <w:lang w:val="ro-RO"/>
              </w:rPr>
              <w:t>4.4.1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E85393" w14:textId="77777777" w:rsidR="00A35E3B" w:rsidRDefault="00000000">
            <w:r>
              <w:rPr>
                <w:lang w:val="ro-RO"/>
              </w:rPr>
              <w:t>Lucrări de consolidare seismică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DB1833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3C48A7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0BBE64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24014C3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30A2CE9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869C97A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63173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D7DDD1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098765A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4617573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0D594A6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CB486C2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A2B43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0E97A6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0A8182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2C344B8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87A47C8" w14:textId="77777777" w:rsidR="00A35E3B" w:rsidRDefault="00000000">
            <w:pPr>
              <w:jc w:val="center"/>
            </w:pPr>
            <w:r>
              <w:rPr>
                <w:lang w:val="ro-RO"/>
              </w:rPr>
              <w:t>4.4.2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62072DC" w14:textId="77777777" w:rsidR="00A35E3B" w:rsidRDefault="00000000">
            <w:r>
              <w:rPr>
                <w:lang w:val="ro-RO"/>
              </w:rPr>
              <w:t>Lucrări de creştere a eficienţei energetice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E34C65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BF69CCD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EA43B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0924A9C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D4131C2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91ECB85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D72AAD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3101DB9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50F71B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390F2B4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E928232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599B3DF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4964794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44E33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1CE794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3C78470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5FCFDA5" w14:textId="77777777" w:rsidR="00A35E3B" w:rsidRDefault="00000000">
            <w:pPr>
              <w:jc w:val="center"/>
            </w:pPr>
            <w:r>
              <w:rPr>
                <w:lang w:val="ro-RO"/>
              </w:rPr>
              <w:t>4.4.3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59B6029" w14:textId="77777777" w:rsidR="00A35E3B" w:rsidRDefault="00000000">
            <w:r>
              <w:rPr>
                <w:lang w:val="ro-RO"/>
              </w:rPr>
              <w:t>Lucrări conexe pentru respectarea altor cerinţe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C4C7BB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C2F2BAD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AB3E0C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7448D0B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D4983E6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855FCC6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CF194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508F74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4044E9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037AB0C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87C346E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4.4.3.b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FF4371A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6F2C3C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A4E63C4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C563D4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442C12B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4DC9B29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E3937B4" w14:textId="77777777" w:rsidR="00A35E3B" w:rsidRDefault="00000000">
            <w:r>
              <w:rPr>
                <w:b/>
                <w:lang w:val="ro-RO"/>
              </w:rPr>
              <w:t>Dotări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41ADCF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9CC5A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A5684A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7D95692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9D6258E" w14:textId="77777777" w:rsidR="00A35E3B" w:rsidRDefault="00000000">
            <w:pPr>
              <w:jc w:val="center"/>
            </w:pPr>
            <w:r>
              <w:rPr>
                <w:lang w:val="ro-RO"/>
              </w:rPr>
              <w:t>4.5.1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76BB232" w14:textId="77777777" w:rsidR="00A35E3B" w:rsidRDefault="00000000">
            <w:r>
              <w:rPr>
                <w:lang w:val="ro-RO"/>
              </w:rPr>
              <w:t>Necesare pentru respectarea cerinţelor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9FFA6F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9575F1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7E815B3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29C4E9E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7EF603E" w14:textId="77777777" w:rsidR="00A35E3B" w:rsidRDefault="00000000">
            <w:pPr>
              <w:jc w:val="center"/>
            </w:pPr>
            <w:r>
              <w:rPr>
                <w:lang w:val="ro-RO"/>
              </w:rPr>
              <w:t>4.5.2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54C2687" w14:textId="77777777" w:rsidR="00A35E3B" w:rsidRDefault="00000000">
            <w:r>
              <w:rPr>
                <w:lang w:val="ro-RO"/>
              </w:rPr>
              <w:t>Necesare pentru instrumentarea seismică a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6EFA7C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8C410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A7D5E2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235B4D4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24D7871" w14:textId="77777777" w:rsidR="00A35E3B" w:rsidRDefault="00000000">
            <w:pPr>
              <w:jc w:val="center"/>
            </w:pPr>
            <w:r>
              <w:rPr>
                <w:lang w:val="ro-RO"/>
              </w:rPr>
              <w:t>4.5.3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71124BC2" w14:textId="77777777" w:rsidR="00A35E3B" w:rsidRDefault="00000000">
            <w:r>
              <w:rPr>
                <w:lang w:val="ro-RO"/>
              </w:rPr>
              <w:t>Necesare pentru desfășurarea activității conform funcțiunii principale a clădirii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F140F8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35665CC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8C3F0A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203F15D3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0AFA2AA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4.6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D000462" w14:textId="77777777" w:rsidR="00A35E3B" w:rsidRDefault="00000000">
            <w:r>
              <w:rPr>
                <w:b/>
                <w:lang w:val="ro-RO"/>
              </w:rPr>
              <w:t>Active necorporale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4B51F6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381DAA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7AF042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1E6A1CF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F350856" w14:textId="77777777" w:rsidR="00A35E3B" w:rsidRDefault="00000000">
            <w:pPr>
              <w:jc w:val="center"/>
            </w:pPr>
            <w:r>
              <w:rPr>
                <w:lang w:val="ro-RO"/>
              </w:rPr>
              <w:t>4.6.1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08D8610" w14:textId="77777777" w:rsidR="00A35E3B" w:rsidRDefault="00000000">
            <w:r>
              <w:rPr>
                <w:lang w:val="ro-RO"/>
              </w:rPr>
              <w:t>Necesare pentru respectarea cerinţelor fundamentale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05CDDD7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B76CA1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8CF292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17ECABD5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7E56C11" w14:textId="77777777" w:rsidR="00A35E3B" w:rsidRDefault="00000000">
            <w:pPr>
              <w:jc w:val="center"/>
            </w:pPr>
            <w:r>
              <w:rPr>
                <w:lang w:val="ro-RO"/>
              </w:rPr>
              <w:t>4.6.2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76FC78D" w14:textId="77777777" w:rsidR="00A35E3B" w:rsidRDefault="00000000">
            <w:r>
              <w:rPr>
                <w:lang w:val="ro-RO"/>
              </w:rPr>
              <w:t>Necesare pentru instrumentarea seismică a clădirilor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6476455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BE0F13D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F937B4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0CAC5AF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D88D2D5" w14:textId="77777777" w:rsidR="00A35E3B" w:rsidRDefault="00000000">
            <w:pPr>
              <w:jc w:val="center"/>
            </w:pPr>
            <w:r>
              <w:rPr>
                <w:lang w:val="ro-RO"/>
              </w:rPr>
              <w:lastRenderedPageBreak/>
              <w:t>4.6.3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50D2805" w14:textId="77777777" w:rsidR="00A35E3B" w:rsidRDefault="00000000">
            <w:r>
              <w:rPr>
                <w:lang w:val="ro-RO"/>
              </w:rPr>
              <w:t>Necesare pentru desfășurarea activității conform funcțiunii principale a clădirii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4C51E5C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2A8165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B2CE97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6DDB2FF9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4B2A5C9E" w14:textId="77777777" w:rsidR="00A35E3B" w:rsidRDefault="00000000">
            <w:r>
              <w:rPr>
                <w:b/>
                <w:lang w:val="ro-RO"/>
              </w:rPr>
              <w:t>TOTAL CAPITOL 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2FFDA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7.017.688,77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322CADB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1.473.714,64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8CD0F9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8.491.403,41</w:t>
            </w:r>
          </w:p>
        </w:tc>
      </w:tr>
      <w:tr w:rsidR="00A35E3B" w14:paraId="1760246C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0CCC5EDE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5</w:t>
            </w:r>
            <w:r>
              <w:rPr>
                <w:b/>
                <w:lang w:val="ro-RO"/>
              </w:rPr>
              <w:br/>
              <w:t>Alte cheltuieli</w:t>
            </w:r>
          </w:p>
        </w:tc>
      </w:tr>
      <w:tr w:rsidR="00A35E3B" w14:paraId="161F065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E61F86F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5.1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6F8492D0" w14:textId="77777777" w:rsidR="00A35E3B" w:rsidRDefault="00000000">
            <w:r>
              <w:rPr>
                <w:b/>
                <w:lang w:val="ro-RO"/>
              </w:rPr>
              <w:t>Organizare de şantier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01234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175.382,56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2B271D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36.830,33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2C54CC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212.212,89</w:t>
            </w:r>
          </w:p>
        </w:tc>
      </w:tr>
      <w:tr w:rsidR="00A35E3B" w14:paraId="7861EED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F4343A6" w14:textId="77777777" w:rsidR="00A35E3B" w:rsidRDefault="00000000">
            <w:pPr>
              <w:jc w:val="center"/>
            </w:pPr>
            <w:r>
              <w:rPr>
                <w:lang w:val="ro-RO"/>
              </w:rPr>
              <w:t>5.1.1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286FD71" w14:textId="77777777" w:rsidR="00A35E3B" w:rsidRDefault="00000000">
            <w:r>
              <w:rPr>
                <w:lang w:val="ro-RO"/>
              </w:rPr>
              <w:t>Lucrări de construcţii și instalații aferente organizării de șantier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B58C20" w14:textId="77777777" w:rsidR="00A35E3B" w:rsidRDefault="00000000">
            <w:pPr>
              <w:jc w:val="right"/>
            </w:pPr>
            <w:r>
              <w:rPr>
                <w:lang w:val="ro-RO"/>
              </w:rPr>
              <w:t>162.161,49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2CD8AAE" w14:textId="77777777" w:rsidR="00A35E3B" w:rsidRDefault="00000000">
            <w:pPr>
              <w:jc w:val="right"/>
            </w:pPr>
            <w:r>
              <w:rPr>
                <w:lang w:val="ro-RO"/>
              </w:rPr>
              <w:t>34.053,91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24E13FF" w14:textId="77777777" w:rsidR="00A35E3B" w:rsidRDefault="00000000">
            <w:pPr>
              <w:jc w:val="right"/>
            </w:pPr>
            <w:r>
              <w:rPr>
                <w:lang w:val="ro-RO"/>
              </w:rPr>
              <w:t>196.215,40</w:t>
            </w:r>
          </w:p>
        </w:tc>
      </w:tr>
      <w:tr w:rsidR="00A35E3B" w14:paraId="0D2AB8A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01543DD" w14:textId="77777777" w:rsidR="00A35E3B" w:rsidRDefault="00000000">
            <w:pPr>
              <w:jc w:val="center"/>
            </w:pPr>
            <w:r>
              <w:rPr>
                <w:lang w:val="ro-RO"/>
              </w:rPr>
              <w:t>5.1.2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AD95C50" w14:textId="77777777" w:rsidR="00A35E3B" w:rsidRDefault="00000000">
            <w:r>
              <w:rPr>
                <w:lang w:val="ro-RO"/>
              </w:rPr>
              <w:t>Cheltuieli conexe organizării șantierului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FB73988" w14:textId="77777777" w:rsidR="00A35E3B" w:rsidRDefault="00000000">
            <w:pPr>
              <w:jc w:val="right"/>
            </w:pPr>
            <w:r>
              <w:rPr>
                <w:lang w:val="ro-RO"/>
              </w:rPr>
              <w:t>13.221,07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32719C1" w14:textId="77777777" w:rsidR="00A35E3B" w:rsidRDefault="00000000">
            <w:pPr>
              <w:jc w:val="right"/>
            </w:pPr>
            <w:r>
              <w:rPr>
                <w:lang w:val="ro-RO"/>
              </w:rPr>
              <w:t>2.776,42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E13EAFC" w14:textId="77777777" w:rsidR="00A35E3B" w:rsidRDefault="00000000">
            <w:pPr>
              <w:jc w:val="right"/>
            </w:pPr>
            <w:r>
              <w:rPr>
                <w:lang w:val="ro-RO"/>
              </w:rPr>
              <w:t>15.997,49</w:t>
            </w:r>
          </w:p>
        </w:tc>
      </w:tr>
      <w:tr w:rsidR="00A35E3B" w14:paraId="4F3CFCF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FA1F0E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5.2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8862DC2" w14:textId="77777777" w:rsidR="00A35E3B" w:rsidRDefault="00000000">
            <w:r>
              <w:rPr>
                <w:b/>
                <w:lang w:val="ro-RO"/>
              </w:rPr>
              <w:t>Comisioane, taxe, cote, costul creditului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E9644D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79.178,54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5DCC6E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1C64B2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79.808,54</w:t>
            </w:r>
          </w:p>
        </w:tc>
      </w:tr>
      <w:tr w:rsidR="00A35E3B" w14:paraId="1FBA7A60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1C1709C" w14:textId="77777777" w:rsidR="00A35E3B" w:rsidRDefault="00000000">
            <w:pPr>
              <w:jc w:val="center"/>
            </w:pPr>
            <w:r>
              <w:rPr>
                <w:lang w:val="ro-RO"/>
              </w:rPr>
              <w:t>5.2.1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50A0B8E" w14:textId="77777777" w:rsidR="00A35E3B" w:rsidRDefault="00000000">
            <w:r>
              <w:rPr>
                <w:lang w:val="ro-RO"/>
              </w:rPr>
              <w:t>Comisioanele și dobânzile aferente creditului băncii finanțatoare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6A1C3B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AC9CE83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B04519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</w:tr>
      <w:tr w:rsidR="00A35E3B" w14:paraId="618B275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FF58606" w14:textId="77777777" w:rsidR="00A35E3B" w:rsidRDefault="00000000">
            <w:pPr>
              <w:jc w:val="center"/>
            </w:pPr>
            <w:r>
              <w:rPr>
                <w:lang w:val="ro-RO"/>
              </w:rPr>
              <w:t>5.2.2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9236328" w14:textId="77777777" w:rsidR="00A35E3B" w:rsidRDefault="00000000">
            <w:r>
              <w:rPr>
                <w:lang w:val="ro-RO"/>
              </w:rPr>
              <w:t>Cota aferentă ISC pentru controlul calității lucrărilor de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9FBA3D" w14:textId="77777777" w:rsidR="00A35E3B" w:rsidRDefault="00000000">
            <w:pPr>
              <w:jc w:val="right"/>
            </w:pPr>
            <w:r>
              <w:rPr>
                <w:lang w:val="ro-RO"/>
              </w:rPr>
              <w:t>34.626,61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3B8A5A7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B7DC4D" w14:textId="77777777" w:rsidR="00A35E3B" w:rsidRDefault="00000000">
            <w:pPr>
              <w:jc w:val="right"/>
            </w:pPr>
            <w:r>
              <w:rPr>
                <w:lang w:val="ro-RO"/>
              </w:rPr>
              <w:t>34.626,61</w:t>
            </w:r>
          </w:p>
        </w:tc>
      </w:tr>
      <w:tr w:rsidR="00A35E3B" w14:paraId="7A91802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2717612" w14:textId="77777777" w:rsidR="00A35E3B" w:rsidRDefault="00000000">
            <w:pPr>
              <w:jc w:val="center"/>
            </w:pPr>
            <w:r>
              <w:rPr>
                <w:lang w:val="ro-RO"/>
              </w:rPr>
              <w:t>5.2.3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5CB6A3A" w14:textId="77777777" w:rsidR="00A35E3B" w:rsidRDefault="00000000">
            <w:r>
              <w:rPr>
                <w:lang w:val="ro-RO"/>
              </w:rPr>
              <w:t>Cota aferentă ISC pentru controlul statului în amenajarea teritoriului, urbanism și pentru autorizarea lucrărilor de construcții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7B71D2C" w14:textId="77777777" w:rsidR="00A35E3B" w:rsidRDefault="00000000">
            <w:pPr>
              <w:jc w:val="right"/>
            </w:pPr>
            <w:r>
              <w:rPr>
                <w:lang w:val="ro-RO"/>
              </w:rPr>
              <w:t>6.925,32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6E6DC41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19C7717" w14:textId="77777777" w:rsidR="00A35E3B" w:rsidRDefault="00000000">
            <w:pPr>
              <w:jc w:val="right"/>
            </w:pPr>
            <w:r>
              <w:rPr>
                <w:lang w:val="ro-RO"/>
              </w:rPr>
              <w:t>6.925,32</w:t>
            </w:r>
          </w:p>
        </w:tc>
      </w:tr>
      <w:tr w:rsidR="00A35E3B" w14:paraId="45402D8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3AEE26FE" w14:textId="77777777" w:rsidR="00A35E3B" w:rsidRDefault="00000000">
            <w:pPr>
              <w:jc w:val="center"/>
            </w:pPr>
            <w:r>
              <w:rPr>
                <w:lang w:val="ro-RO"/>
              </w:rPr>
              <w:t>5.2.4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D5ABB68" w14:textId="77777777" w:rsidR="00A35E3B" w:rsidRDefault="00000000">
            <w:r>
              <w:rPr>
                <w:lang w:val="ro-RO"/>
              </w:rPr>
              <w:t>Cota aferentă Casei Sociale a Constructorilor - CSC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CD47C83" w14:textId="77777777" w:rsidR="00A35E3B" w:rsidRDefault="00000000">
            <w:pPr>
              <w:jc w:val="right"/>
            </w:pPr>
            <w:r>
              <w:rPr>
                <w:lang w:val="ro-RO"/>
              </w:rPr>
              <w:t>34.626,61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EB9B7D4" w14:textId="77777777" w:rsidR="00A35E3B" w:rsidRDefault="00000000">
            <w:pPr>
              <w:jc w:val="right"/>
            </w:pPr>
            <w:r>
              <w:rPr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CE452A" w14:textId="77777777" w:rsidR="00A35E3B" w:rsidRDefault="00000000">
            <w:pPr>
              <w:jc w:val="right"/>
            </w:pPr>
            <w:r>
              <w:rPr>
                <w:lang w:val="ro-RO"/>
              </w:rPr>
              <w:t>34.626,61</w:t>
            </w:r>
          </w:p>
        </w:tc>
      </w:tr>
      <w:tr w:rsidR="00A35E3B" w14:paraId="52CC0F14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207D7F" w14:textId="77777777" w:rsidR="00A35E3B" w:rsidRDefault="00000000">
            <w:pPr>
              <w:jc w:val="center"/>
            </w:pPr>
            <w:r>
              <w:rPr>
                <w:lang w:val="ro-RO"/>
              </w:rPr>
              <w:t>5.2.5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B7B53F7" w14:textId="77777777" w:rsidR="00A35E3B" w:rsidRDefault="00000000">
            <w:r>
              <w:rPr>
                <w:lang w:val="ro-RO"/>
              </w:rPr>
              <w:t>Taxe pentru acorduri, avize conforme și autorizația de construire/desființare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5511AFA" w14:textId="77777777" w:rsidR="00A35E3B" w:rsidRDefault="00000000">
            <w:pPr>
              <w:jc w:val="right"/>
            </w:pPr>
            <w:r>
              <w:rPr>
                <w:lang w:val="ro-RO"/>
              </w:rPr>
              <w:t>3.000,00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384A00B" w14:textId="77777777" w:rsidR="00A35E3B" w:rsidRDefault="00000000">
            <w:pPr>
              <w:jc w:val="right"/>
            </w:pPr>
            <w:r>
              <w:rPr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1FC9AD2" w14:textId="77777777" w:rsidR="00A35E3B" w:rsidRDefault="00000000">
            <w:pPr>
              <w:jc w:val="right"/>
            </w:pPr>
            <w:r>
              <w:rPr>
                <w:lang w:val="ro-RO"/>
              </w:rPr>
              <w:t>3.630,00</w:t>
            </w:r>
          </w:p>
        </w:tc>
      </w:tr>
      <w:tr w:rsidR="00A35E3B" w14:paraId="77C4587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96B5339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5.3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564A433" w14:textId="77777777" w:rsidR="00A35E3B" w:rsidRDefault="00000000">
            <w:r>
              <w:rPr>
                <w:b/>
                <w:lang w:val="ro-RO"/>
              </w:rPr>
              <w:t>Cheltuieli diverse şi neprevăzute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0FC00FC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375.649,29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EBE8FD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78.886,35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FA0680B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454.535,64</w:t>
            </w:r>
          </w:p>
        </w:tc>
      </w:tr>
      <w:tr w:rsidR="00A35E3B" w14:paraId="3D8FA8B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282D1C7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5.3.a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FB6A592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CFAA98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375.649,29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7478C6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78.886,35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EE2CAE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454.535,64</w:t>
            </w:r>
          </w:p>
        </w:tc>
      </w:tr>
      <w:tr w:rsidR="00A35E3B" w14:paraId="675F16C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B4813F3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lastRenderedPageBreak/>
              <w:t>5.3.b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27323635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C565C6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824C54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5AFE13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44A3E90D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5FA95EE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5.4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956B509" w14:textId="77777777" w:rsidR="00A35E3B" w:rsidRDefault="00000000">
            <w:r>
              <w:rPr>
                <w:b/>
                <w:lang w:val="ro-RO"/>
              </w:rPr>
              <w:t>Cheltuieli pentru informare și publicitate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E6BF17C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3.000,00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E1C0C5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630,00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1368B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3.630,00</w:t>
            </w:r>
          </w:p>
        </w:tc>
      </w:tr>
      <w:tr w:rsidR="00A35E3B" w14:paraId="42EF7F1C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5F306BA4" w14:textId="77777777" w:rsidR="00A35E3B" w:rsidRDefault="00000000">
            <w:r>
              <w:rPr>
                <w:b/>
                <w:lang w:val="ro-RO"/>
              </w:rPr>
              <w:t>TOTAL CAPITOL 5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9E5D3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633.210,39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96A599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116.976,68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FFB3364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750.187,07</w:t>
            </w:r>
          </w:p>
        </w:tc>
      </w:tr>
      <w:tr w:rsidR="00A35E3B" w14:paraId="183BD31C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78EC31B5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6</w:t>
            </w:r>
            <w:r>
              <w:rPr>
                <w:b/>
                <w:lang w:val="ro-RO"/>
              </w:rPr>
              <w:br/>
              <w:t>Cheltuieli pentru probe tehnologice și teste</w:t>
            </w:r>
          </w:p>
        </w:tc>
      </w:tr>
      <w:tr w:rsidR="00A35E3B" w14:paraId="4352CCB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A1E9171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6.1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1BE85B4" w14:textId="77777777" w:rsidR="00A35E3B" w:rsidRDefault="00000000">
            <w:r>
              <w:rPr>
                <w:b/>
                <w:lang w:val="ro-RO"/>
              </w:rPr>
              <w:t>Pregătirea personalului de exploatare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551C0236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E8DB7D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D1C3D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385B6DB9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A83AE57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6.2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8C42C1B" w14:textId="77777777" w:rsidR="00A35E3B" w:rsidRDefault="00000000">
            <w:r>
              <w:rPr>
                <w:b/>
                <w:lang w:val="ro-RO"/>
              </w:rPr>
              <w:t>Probe tehnologice și teste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8DCBBE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720B02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12CD51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4EEF4347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68D2F1F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6.2.a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15574BB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66BF3D1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675502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9096A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013D7AF8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4BF4DBC0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6.2.b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B9F303E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50A65A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AEBB607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FB30116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1E70FD2D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2EA324A2" w14:textId="77777777" w:rsidR="00A35E3B" w:rsidRDefault="00000000">
            <w:r>
              <w:rPr>
                <w:b/>
                <w:lang w:val="ro-RO"/>
              </w:rPr>
              <w:t>TOTAL CAPITOL 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3C1189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1D957F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10B808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</w:tr>
      <w:tr w:rsidR="00A35E3B" w14:paraId="68850231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6FAD5AE5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Capitolul 7</w:t>
            </w:r>
            <w:r>
              <w:rPr>
                <w:b/>
                <w:lang w:val="ro-RO"/>
              </w:rPr>
              <w:br/>
              <w:t>Cheltuieli aferente marjei de buget și pentru constituirea rezervei de implementare pentru ajustarea de preț</w:t>
            </w:r>
          </w:p>
        </w:tc>
      </w:tr>
      <w:tr w:rsidR="00A35E3B" w14:paraId="4A25AD8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51B20D82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7.1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36BD09CC" w14:textId="77777777" w:rsidR="00A35E3B" w:rsidRDefault="00000000">
            <w:r>
              <w:rPr>
                <w:b/>
                <w:lang w:val="ro-RO"/>
              </w:rPr>
              <w:t>Cheltuieli aferente marjei de buget 25%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D2D9B3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1.246.321,73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29A8917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261.727,56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E0EE6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1.508.049,29</w:t>
            </w:r>
          </w:p>
        </w:tc>
      </w:tr>
      <w:tr w:rsidR="00A35E3B" w14:paraId="0B316176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227F9114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7.1.a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2ED6F1B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9CC132F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1.246.321,73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508CAA3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261.727,56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D52C3E1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1.508.049,29</w:t>
            </w:r>
          </w:p>
        </w:tc>
      </w:tr>
      <w:tr w:rsidR="00A35E3B" w14:paraId="2007AE5B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0074B3BA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7.1.b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81FA177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082233B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B8E5AF8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F44DE0E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49213391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61B8A8C8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7.2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42FE4B1" w14:textId="77777777" w:rsidR="00A35E3B" w:rsidRDefault="00000000">
            <w:r>
              <w:rPr>
                <w:b/>
                <w:lang w:val="ro-RO"/>
              </w:rPr>
              <w:t>Cheltuieli pentru constituirea rezervei de implementare pentru ajustarea de preț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C64FA3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830.881,16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8E01EB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174.485,04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90753A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1.005.366,20</w:t>
            </w:r>
          </w:p>
        </w:tc>
      </w:tr>
      <w:tr w:rsidR="00A35E3B" w14:paraId="585C9EA2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19C40BDC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7.2.a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107A3A8" w14:textId="77777777" w:rsidR="00A35E3B" w:rsidRDefault="00000000">
            <w:r>
              <w:rPr>
                <w:i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D1E285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830.881,16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8FF6ACD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174.485,04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9B10D6B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1.005.366,20</w:t>
            </w:r>
          </w:p>
        </w:tc>
      </w:tr>
      <w:tr w:rsidR="00A35E3B" w14:paraId="3919631E" w14:textId="77777777">
        <w:trPr>
          <w:cantSplit/>
          <w:jc w:val="center"/>
        </w:trPr>
        <w:tc>
          <w:tcPr>
            <w:tcW w:w="992" w:type="dxa"/>
            <w:shd w:val="clear" w:color="auto" w:fill="FFFFFF"/>
            <w:noWrap/>
            <w:vAlign w:val="center"/>
          </w:tcPr>
          <w:p w14:paraId="743E81BE" w14:textId="77777777" w:rsidR="00A35E3B" w:rsidRDefault="00000000">
            <w:pPr>
              <w:jc w:val="center"/>
            </w:pPr>
            <w:r>
              <w:rPr>
                <w:i/>
                <w:lang w:val="ro-RO"/>
              </w:rPr>
              <w:t>7.2.b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D044E83" w14:textId="77777777" w:rsidR="00A35E3B" w:rsidRDefault="00000000">
            <w:r>
              <w:rPr>
                <w:i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944AE10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6AD677AC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0B9F5D9" w14:textId="77777777" w:rsidR="00A35E3B" w:rsidRDefault="00000000">
            <w:pPr>
              <w:jc w:val="right"/>
            </w:pPr>
            <w:r>
              <w:rPr>
                <w:i/>
                <w:lang w:val="ro-RO"/>
              </w:rPr>
              <w:t>0,00</w:t>
            </w:r>
          </w:p>
        </w:tc>
      </w:tr>
      <w:tr w:rsidR="00A35E3B" w14:paraId="11699CAE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1DFC5536" w14:textId="77777777" w:rsidR="00A35E3B" w:rsidRDefault="00000000">
            <w:r>
              <w:rPr>
                <w:b/>
                <w:lang w:val="ro-RO"/>
              </w:rPr>
              <w:t>TOTAL CAPITOL 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45DADE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2.077.202,89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8E4E34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436.212,60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0FF0513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2.513.415,49</w:t>
            </w:r>
          </w:p>
        </w:tc>
      </w:tr>
      <w:tr w:rsidR="00A35E3B" w14:paraId="215F4AFA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1BAC7AEE" w14:textId="77777777" w:rsidR="00A35E3B" w:rsidRDefault="00000000">
            <w:r>
              <w:rPr>
                <w:b/>
                <w:lang w:val="ro-RO"/>
              </w:rPr>
              <w:t>TOTAL GENERAL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2F4CD62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10.564.524,74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478090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2.202.552,68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4BFF6F57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12.767.077,42</w:t>
            </w:r>
          </w:p>
        </w:tc>
      </w:tr>
      <w:tr w:rsidR="00A35E3B" w14:paraId="1F6CB0E9" w14:textId="77777777">
        <w:trPr>
          <w:cantSplit/>
          <w:jc w:val="center"/>
        </w:trPr>
        <w:tc>
          <w:tcPr>
            <w:tcW w:w="4365" w:type="dxa"/>
            <w:gridSpan w:val="2"/>
            <w:shd w:val="clear" w:color="auto" w:fill="FFFFFF"/>
            <w:noWrap/>
            <w:vAlign w:val="center"/>
          </w:tcPr>
          <w:p w14:paraId="5FCC21A6" w14:textId="77777777" w:rsidR="00A35E3B" w:rsidRDefault="00000000">
            <w:r>
              <w:rPr>
                <w:lang w:val="ro-RO"/>
              </w:rPr>
              <w:t>Din care C + M (1.2+1.3+1.4+2+4.1+4.2+5.1.1)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3533CC6D" w14:textId="77777777" w:rsidR="00A35E3B" w:rsidRDefault="00000000">
            <w:pPr>
              <w:jc w:val="right"/>
            </w:pPr>
            <w:r>
              <w:rPr>
                <w:lang w:val="ro-RO"/>
              </w:rPr>
              <w:t>6.925.322,70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1F363363" w14:textId="77777777" w:rsidR="00A35E3B" w:rsidRDefault="00000000">
            <w:pPr>
              <w:jc w:val="right"/>
            </w:pPr>
            <w:r>
              <w:rPr>
                <w:lang w:val="ro-RO"/>
              </w:rPr>
              <w:t>1.454.317,77</w:t>
            </w:r>
          </w:p>
        </w:tc>
        <w:tc>
          <w:tcPr>
            <w:tcW w:w="1757" w:type="dxa"/>
            <w:shd w:val="clear" w:color="auto" w:fill="FFFFFF"/>
            <w:noWrap/>
            <w:vAlign w:val="center"/>
          </w:tcPr>
          <w:p w14:paraId="7D5E22DF" w14:textId="77777777" w:rsidR="00A35E3B" w:rsidRDefault="00000000">
            <w:pPr>
              <w:jc w:val="right"/>
            </w:pPr>
            <w:r>
              <w:rPr>
                <w:lang w:val="ro-RO"/>
              </w:rPr>
              <w:t>8.379.640,47</w:t>
            </w:r>
          </w:p>
        </w:tc>
      </w:tr>
    </w:tbl>
    <w:p w14:paraId="27CBA3B4" w14:textId="77777777" w:rsidR="00A35E3B" w:rsidRDefault="00A35E3B">
      <w:pPr>
        <w:spacing w:after="160"/>
      </w:pPr>
    </w:p>
    <w:tbl>
      <w:tblPr>
        <w:tblW w:w="963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991"/>
        <w:gridCol w:w="3374"/>
        <w:gridCol w:w="1758"/>
        <w:gridCol w:w="1758"/>
        <w:gridCol w:w="1758"/>
      </w:tblGrid>
      <w:tr w:rsidR="00A35E3B" w14:paraId="73A325A0" w14:textId="77777777">
        <w:trPr>
          <w:cantSplit/>
          <w:tblHeader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A53E7B0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0FEC26BA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Preturi cu TVA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196749A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Buget de stat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34041947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Buget local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C4A90D6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Total</w:t>
            </w:r>
          </w:p>
        </w:tc>
      </w:tr>
      <w:tr w:rsidR="00A35E3B" w14:paraId="4A8F23F9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54E75AB1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lastRenderedPageBreak/>
              <w:t>Valoare investiție, cap. 1-6</w:t>
            </w:r>
          </w:p>
        </w:tc>
      </w:tr>
      <w:tr w:rsidR="00A35E3B" w14:paraId="3FD402CD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063E1F8" w14:textId="77777777" w:rsidR="00A35E3B" w:rsidRDefault="00000000">
            <w:pPr>
              <w:jc w:val="center"/>
            </w:pPr>
            <w:r>
              <w:rPr>
                <w:lang w:val="ro-RO"/>
              </w:rPr>
              <w:t>58 %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42E0D11E" w14:textId="77777777" w:rsidR="00A35E3B" w:rsidRDefault="00000000">
            <w:r>
              <w:rPr>
                <w:lang w:val="ro-RO"/>
              </w:rPr>
              <w:t>Consolidare seismică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5C346A3" w14:textId="77777777" w:rsidR="00A35E3B" w:rsidRDefault="00000000">
            <w:pPr>
              <w:jc w:val="right"/>
            </w:pPr>
            <w:r>
              <w:rPr>
                <w:lang w:val="ro-RO"/>
              </w:rPr>
              <w:t>5.864.636,13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F79B3C7" w14:textId="77777777" w:rsidR="00A35E3B" w:rsidRDefault="00000000">
            <w:pPr>
              <w:jc w:val="right"/>
            </w:pPr>
            <w:r>
              <w:rPr>
                <w:lang w:val="ro-RO"/>
              </w:rPr>
              <w:t>76.557,04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AF2CDF5" w14:textId="77777777" w:rsidR="00A35E3B" w:rsidRDefault="00000000">
            <w:pPr>
              <w:jc w:val="right"/>
            </w:pPr>
            <w:r>
              <w:rPr>
                <w:lang w:val="ro-RO"/>
              </w:rPr>
              <w:t>5.941.193,17</w:t>
            </w:r>
          </w:p>
        </w:tc>
      </w:tr>
      <w:tr w:rsidR="00A35E3B" w14:paraId="3B20EFD2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37C414C" w14:textId="77777777" w:rsidR="00A35E3B" w:rsidRDefault="00000000">
            <w:pPr>
              <w:jc w:val="center"/>
            </w:pPr>
            <w:r>
              <w:rPr>
                <w:lang w:val="ro-RO"/>
              </w:rPr>
              <w:t>36 %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0E1DDC0" w14:textId="77777777" w:rsidR="00A35E3B" w:rsidRDefault="00000000">
            <w:r>
              <w:rPr>
                <w:lang w:val="ro-RO"/>
              </w:rPr>
              <w:t>Eficiență energetică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404B9C2" w14:textId="77777777" w:rsidR="00A35E3B" w:rsidRDefault="00000000">
            <w:pPr>
              <w:jc w:val="right"/>
            </w:pPr>
            <w:r>
              <w:rPr>
                <w:lang w:val="ro-RO"/>
              </w:rPr>
              <w:t>3.686.342,68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4572B5C" w14:textId="77777777" w:rsidR="00A35E3B" w:rsidRDefault="00000000">
            <w:pPr>
              <w:jc w:val="right"/>
            </w:pPr>
            <w:r>
              <w:rPr>
                <w:lang w:val="ro-RO"/>
              </w:rPr>
              <w:t>48.121,57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F2720C5" w14:textId="77777777" w:rsidR="00A35E3B" w:rsidRDefault="00000000">
            <w:pPr>
              <w:jc w:val="right"/>
            </w:pPr>
            <w:r>
              <w:rPr>
                <w:lang w:val="ro-RO"/>
              </w:rPr>
              <w:t>3.734.464,25</w:t>
            </w:r>
          </w:p>
        </w:tc>
      </w:tr>
      <w:tr w:rsidR="00A35E3B" w14:paraId="5508A97A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799D255A" w14:textId="77777777" w:rsidR="00A35E3B" w:rsidRDefault="00000000">
            <w:pPr>
              <w:jc w:val="center"/>
            </w:pPr>
            <w:r>
              <w:rPr>
                <w:lang w:val="ro-RO"/>
              </w:rPr>
              <w:t>6 %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1CAED446" w14:textId="77777777" w:rsidR="00A35E3B" w:rsidRDefault="00000000">
            <w:r>
              <w:rPr>
                <w:lang w:val="ro-RO"/>
              </w:rPr>
              <w:t>Lucrări conexe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A124E87" w14:textId="77777777" w:rsidR="00A35E3B" w:rsidRDefault="00000000">
            <w:pPr>
              <w:jc w:val="right"/>
            </w:pPr>
            <w:r>
              <w:rPr>
                <w:lang w:val="ro-RO"/>
              </w:rPr>
              <w:t>502.683,12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B5B8DBA" w14:textId="77777777" w:rsidR="00A35E3B" w:rsidRDefault="00000000">
            <w:pPr>
              <w:jc w:val="right"/>
            </w:pPr>
            <w:r>
              <w:rPr>
                <w:lang w:val="ro-RO"/>
              </w:rPr>
              <w:t>75.321,39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258D5A2" w14:textId="77777777" w:rsidR="00A35E3B" w:rsidRDefault="00000000">
            <w:pPr>
              <w:jc w:val="right"/>
            </w:pPr>
            <w:r>
              <w:rPr>
                <w:lang w:val="ro-RO"/>
              </w:rPr>
              <w:t>578.004,51</w:t>
            </w:r>
          </w:p>
        </w:tc>
      </w:tr>
      <w:tr w:rsidR="00A35E3B" w14:paraId="2CD39A5D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85A9073" w14:textId="77777777" w:rsidR="00A35E3B" w:rsidRDefault="00000000">
            <w:pPr>
              <w:jc w:val="center"/>
            </w:pPr>
            <w:r>
              <w:rPr>
                <w:b/>
                <w:lang w:val="ro-RO"/>
              </w:rPr>
              <w:t>100 %</w:t>
            </w:r>
          </w:p>
        </w:tc>
        <w:tc>
          <w:tcPr>
            <w:tcW w:w="3373" w:type="dxa"/>
            <w:shd w:val="clear" w:color="auto" w:fill="FFFFFF"/>
            <w:vAlign w:val="center"/>
          </w:tcPr>
          <w:p w14:paraId="55647187" w14:textId="77777777" w:rsidR="00A35E3B" w:rsidRDefault="00000000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9643B8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10.053.661,93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54BC08B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200.000,00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62677E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10.253.661,93</w:t>
            </w:r>
          </w:p>
        </w:tc>
      </w:tr>
      <w:tr w:rsidR="00A35E3B" w14:paraId="4FFA3AB1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CD59E67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3A2AAD3C" w14:textId="77777777" w:rsidR="00A35E3B" w:rsidRDefault="00000000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244AC2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7.757 lei /</w:t>
            </w:r>
            <w:r>
              <w:rPr>
                <w:b/>
                <w:lang w:val="ro-RO"/>
              </w:rPr>
              <w:br/>
              <w:t>1.452 €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F8CB6A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154 lei /</w:t>
            </w:r>
            <w:r>
              <w:rPr>
                <w:b/>
                <w:lang w:val="ro-RO"/>
              </w:rPr>
              <w:br/>
              <w:t>29 €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447C26B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7.912 lei /</w:t>
            </w:r>
            <w:r>
              <w:rPr>
                <w:b/>
                <w:lang w:val="ro-RO"/>
              </w:rPr>
              <w:br/>
              <w:t>1.481 €</w:t>
            </w:r>
          </w:p>
        </w:tc>
      </w:tr>
      <w:tr w:rsidR="00A35E3B" w14:paraId="525B2FE5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4DAA7E81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20C3EB6A" w14:textId="77777777" w:rsidR="00A35E3B" w:rsidRDefault="00000000">
            <w:r>
              <w:rPr>
                <w:lang w:val="ro-RO"/>
              </w:rPr>
              <w:t>Cost unitar reglementat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72AFF1A" w14:textId="77777777" w:rsidR="00A35E3B" w:rsidRDefault="00000000">
            <w:pPr>
              <w:jc w:val="right"/>
            </w:pPr>
            <w:r>
              <w:rPr>
                <w:lang w:val="ro-RO"/>
              </w:rPr>
              <w:t>7.757 lei /</w:t>
            </w:r>
            <w:r>
              <w:rPr>
                <w:lang w:val="ro-RO"/>
              </w:rPr>
              <w:br/>
              <w:t>1.452 €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78947C2" w14:textId="77777777" w:rsidR="00A35E3B" w:rsidRDefault="00000000">
            <w:pPr>
              <w:jc w:val="right"/>
            </w:pPr>
            <w:r>
              <w:rPr>
                <w:lang w:val="ro-RO"/>
              </w:rPr>
              <w:t>-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892C9FA" w14:textId="77777777" w:rsidR="00A35E3B" w:rsidRDefault="00000000">
            <w:pPr>
              <w:jc w:val="right"/>
            </w:pPr>
            <w:r>
              <w:rPr>
                <w:lang w:val="ro-RO"/>
              </w:rPr>
              <w:t>-</w:t>
            </w:r>
          </w:p>
        </w:tc>
      </w:tr>
      <w:tr w:rsidR="00A35E3B" w14:paraId="093F1AAD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0F494740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Valoare cap. 7</w:t>
            </w:r>
          </w:p>
        </w:tc>
      </w:tr>
      <w:tr w:rsidR="00A35E3B" w14:paraId="6E2BA562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4EF09B5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71543AB2" w14:textId="77777777" w:rsidR="00A35E3B" w:rsidRDefault="00000000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75CA59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2.513.415,49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84A680E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986A9C4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2.513.415,49</w:t>
            </w:r>
          </w:p>
        </w:tc>
      </w:tr>
      <w:tr w:rsidR="00A35E3B" w14:paraId="5C26F675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1B7490FF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61EB4BCB" w14:textId="77777777" w:rsidR="00A35E3B" w:rsidRDefault="00000000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AC79DB0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1.939 lei /</w:t>
            </w:r>
            <w:r>
              <w:rPr>
                <w:b/>
                <w:lang w:val="ro-RO"/>
              </w:rPr>
              <w:br/>
              <w:t>363 €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76F934D6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0 lei /</w:t>
            </w:r>
            <w:r>
              <w:rPr>
                <w:b/>
                <w:lang w:val="ro-RO"/>
              </w:rPr>
              <w:br/>
              <w:t>0 €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16CF60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1.939 lei /</w:t>
            </w:r>
            <w:r>
              <w:rPr>
                <w:b/>
                <w:lang w:val="ro-RO"/>
              </w:rPr>
              <w:br/>
              <w:t>363 €</w:t>
            </w:r>
          </w:p>
        </w:tc>
      </w:tr>
      <w:tr w:rsidR="00A35E3B" w14:paraId="2DD5B52F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DC9BBC5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1F356988" w14:textId="77777777" w:rsidR="00A35E3B" w:rsidRDefault="00000000">
            <w:r>
              <w:rPr>
                <w:lang w:val="ro-RO"/>
              </w:rPr>
              <w:t>Cost unitar reglementat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5F1E4EA3" w14:textId="77777777" w:rsidR="00A35E3B" w:rsidRDefault="00000000">
            <w:pPr>
              <w:jc w:val="right"/>
            </w:pPr>
            <w:r>
              <w:rPr>
                <w:lang w:val="ro-RO"/>
              </w:rPr>
              <w:t>1.939 lei /</w:t>
            </w:r>
            <w:r>
              <w:rPr>
                <w:lang w:val="ro-RO"/>
              </w:rPr>
              <w:br/>
              <w:t>363 €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8BBA0F4" w14:textId="77777777" w:rsidR="00A35E3B" w:rsidRDefault="00000000">
            <w:pPr>
              <w:jc w:val="right"/>
            </w:pPr>
            <w:r>
              <w:rPr>
                <w:lang w:val="ro-RO"/>
              </w:rPr>
              <w:t>-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411A6D08" w14:textId="77777777" w:rsidR="00A35E3B" w:rsidRDefault="00000000">
            <w:pPr>
              <w:jc w:val="right"/>
            </w:pPr>
            <w:r>
              <w:rPr>
                <w:lang w:val="ro-RO"/>
              </w:rPr>
              <w:t>-</w:t>
            </w:r>
          </w:p>
        </w:tc>
      </w:tr>
      <w:tr w:rsidR="00A35E3B" w14:paraId="2F1BE851" w14:textId="77777777">
        <w:trPr>
          <w:cantSplit/>
          <w:jc w:val="center"/>
        </w:trPr>
        <w:tc>
          <w:tcPr>
            <w:tcW w:w="9636" w:type="dxa"/>
            <w:gridSpan w:val="5"/>
            <w:shd w:val="clear" w:color="auto" w:fill="FFFFFF"/>
            <w:vAlign w:val="center"/>
          </w:tcPr>
          <w:p w14:paraId="7A94876A" w14:textId="77777777" w:rsidR="00A35E3B" w:rsidRDefault="00000000">
            <w:pPr>
              <w:keepNext/>
              <w:jc w:val="center"/>
            </w:pPr>
            <w:r>
              <w:rPr>
                <w:b/>
                <w:lang w:val="ro-RO"/>
              </w:rPr>
              <w:t>Valoare totală investiție</w:t>
            </w:r>
          </w:p>
        </w:tc>
      </w:tr>
      <w:tr w:rsidR="00A35E3B" w14:paraId="28CF56CE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5CAC3A2D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5640A684" w14:textId="77777777" w:rsidR="00A35E3B" w:rsidRDefault="00000000">
            <w:r>
              <w:rPr>
                <w:b/>
                <w:lang w:val="ro-RO"/>
              </w:rPr>
              <w:t>Total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940EB73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12.567.077,42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A9557EC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200.000,00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6E5AB499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12.767.077,42</w:t>
            </w:r>
          </w:p>
        </w:tc>
      </w:tr>
      <w:tr w:rsidR="00A35E3B" w14:paraId="0B2D250A" w14:textId="77777777">
        <w:trPr>
          <w:cantSplit/>
          <w:jc w:val="center"/>
        </w:trPr>
        <w:tc>
          <w:tcPr>
            <w:tcW w:w="992" w:type="dxa"/>
            <w:shd w:val="clear" w:color="auto" w:fill="FFFFFF"/>
            <w:vAlign w:val="center"/>
          </w:tcPr>
          <w:p w14:paraId="3541F52D" w14:textId="77777777" w:rsidR="00A35E3B" w:rsidRDefault="00A35E3B">
            <w:pPr>
              <w:jc w:val="center"/>
            </w:pPr>
          </w:p>
        </w:tc>
        <w:tc>
          <w:tcPr>
            <w:tcW w:w="3373" w:type="dxa"/>
            <w:shd w:val="clear" w:color="auto" w:fill="FFFFFF"/>
            <w:vAlign w:val="center"/>
          </w:tcPr>
          <w:p w14:paraId="3E679F1B" w14:textId="77777777" w:rsidR="00A35E3B" w:rsidRDefault="00000000">
            <w:r>
              <w:rPr>
                <w:b/>
                <w:lang w:val="ro-RO"/>
              </w:rPr>
              <w:t>Cost unitar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284FADE5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9.697 lei /</w:t>
            </w:r>
            <w:r>
              <w:rPr>
                <w:b/>
                <w:lang w:val="ro-RO"/>
              </w:rPr>
              <w:br/>
              <w:t>1.815 €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13CEF0ED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154 lei /</w:t>
            </w:r>
            <w:r>
              <w:rPr>
                <w:b/>
                <w:lang w:val="ro-RO"/>
              </w:rPr>
              <w:br/>
              <w:t>29 €</w:t>
            </w:r>
          </w:p>
        </w:tc>
        <w:tc>
          <w:tcPr>
            <w:tcW w:w="1757" w:type="dxa"/>
            <w:shd w:val="clear" w:color="auto" w:fill="FFFFFF"/>
            <w:vAlign w:val="center"/>
          </w:tcPr>
          <w:p w14:paraId="04FD798F" w14:textId="77777777" w:rsidR="00A35E3B" w:rsidRDefault="00000000">
            <w:pPr>
              <w:jc w:val="right"/>
            </w:pPr>
            <w:r>
              <w:rPr>
                <w:b/>
                <w:lang w:val="ro-RO"/>
              </w:rPr>
              <w:t>9.851 lei /</w:t>
            </w:r>
            <w:r>
              <w:rPr>
                <w:b/>
                <w:lang w:val="ro-RO"/>
              </w:rPr>
              <w:br/>
              <w:t>1.844 €</w:t>
            </w:r>
          </w:p>
        </w:tc>
      </w:tr>
    </w:tbl>
    <w:p w14:paraId="5DF2AC0D" w14:textId="77777777" w:rsidR="00A35E3B" w:rsidRDefault="00A35E3B">
      <w:pPr>
        <w:spacing w:after="120"/>
      </w:pPr>
    </w:p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A35E3B" w14:paraId="57C85B70" w14:textId="77777777">
        <w:trPr>
          <w:jc w:val="center"/>
        </w:trPr>
        <w:tc>
          <w:tcPr>
            <w:tcW w:w="4819" w:type="dxa"/>
            <w:vAlign w:val="center"/>
          </w:tcPr>
          <w:p w14:paraId="41BF4A23" w14:textId="77777777" w:rsidR="00A35E3B" w:rsidRDefault="00A35E3B">
            <w:pPr>
              <w:spacing w:line="20" w:lineRule="exact"/>
            </w:pPr>
          </w:p>
          <w:tbl>
            <w:tblPr>
              <w:tblW w:w="463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57"/>
              <w:gridCol w:w="2273"/>
            </w:tblGrid>
            <w:tr w:rsidR="00A35E3B" w14:paraId="638CBAAB" w14:textId="77777777" w:rsidTr="00292E6B">
              <w:trPr>
                <w:cantSplit/>
              </w:trPr>
              <w:tc>
                <w:tcPr>
                  <w:tcW w:w="2357" w:type="dxa"/>
                  <w:shd w:val="clear" w:color="auto" w:fill="FFFFFF"/>
                  <w:vAlign w:val="center"/>
                </w:tcPr>
                <w:p w14:paraId="628BEB44" w14:textId="77777777" w:rsidR="00A35E3B" w:rsidRDefault="00000000">
                  <w:r>
                    <w:rPr>
                      <w:lang w:val="ro-RO"/>
                    </w:rPr>
                    <w:t>Tip de obiectiv</w:t>
                  </w:r>
                </w:p>
              </w:tc>
              <w:tc>
                <w:tcPr>
                  <w:tcW w:w="2273" w:type="dxa"/>
                  <w:shd w:val="clear" w:color="auto" w:fill="FFFFFF"/>
                  <w:vAlign w:val="center"/>
                </w:tcPr>
                <w:p w14:paraId="2CCD85A4" w14:textId="77777777" w:rsidR="00A35E3B" w:rsidRDefault="00000000">
                  <w:pPr>
                    <w:jc w:val="center"/>
                  </w:pPr>
                  <w:r>
                    <w:rPr>
                      <w:lang w:val="ro-RO"/>
                    </w:rPr>
                    <w:t>Clădiri cu structură de zidărie</w:t>
                  </w:r>
                </w:p>
              </w:tc>
            </w:tr>
            <w:tr w:rsidR="00A35E3B" w14:paraId="0DF9E18E" w14:textId="77777777" w:rsidTr="00292E6B">
              <w:trPr>
                <w:cantSplit/>
              </w:trPr>
              <w:tc>
                <w:tcPr>
                  <w:tcW w:w="2357" w:type="dxa"/>
                  <w:shd w:val="clear" w:color="auto" w:fill="FFFFFF"/>
                  <w:vAlign w:val="center"/>
                </w:tcPr>
                <w:p w14:paraId="28E22703" w14:textId="77777777" w:rsidR="00A35E3B" w:rsidRDefault="00000000">
                  <w:r>
                    <w:rPr>
                      <w:lang w:val="ro-RO"/>
                    </w:rPr>
                    <w:t>Data</w:t>
                  </w:r>
                </w:p>
              </w:tc>
              <w:tc>
                <w:tcPr>
                  <w:tcW w:w="2273" w:type="dxa"/>
                  <w:shd w:val="clear" w:color="auto" w:fill="FFFFFF"/>
                  <w:vAlign w:val="center"/>
                </w:tcPr>
                <w:p w14:paraId="06FF5F5B" w14:textId="77777777" w:rsidR="00A35E3B" w:rsidRDefault="00000000">
                  <w:pPr>
                    <w:jc w:val="center"/>
                  </w:pPr>
                  <w:r>
                    <w:rPr>
                      <w:lang w:val="ro-RO"/>
                    </w:rPr>
                    <w:t>30.10.2026</w:t>
                  </w:r>
                </w:p>
              </w:tc>
            </w:tr>
            <w:tr w:rsidR="00A35E3B" w14:paraId="66D208F8" w14:textId="77777777" w:rsidTr="00292E6B">
              <w:trPr>
                <w:cantSplit/>
              </w:trPr>
              <w:tc>
                <w:tcPr>
                  <w:tcW w:w="2357" w:type="dxa"/>
                  <w:shd w:val="clear" w:color="auto" w:fill="FFFFFF"/>
                  <w:vAlign w:val="center"/>
                </w:tcPr>
                <w:p w14:paraId="464EC09A" w14:textId="77777777" w:rsidR="00A35E3B" w:rsidRDefault="00000000">
                  <w:r>
                    <w:rPr>
                      <w:lang w:val="ro-RO"/>
                    </w:rPr>
                    <w:t>Curs Euro</w:t>
                  </w:r>
                </w:p>
              </w:tc>
              <w:tc>
                <w:tcPr>
                  <w:tcW w:w="2273" w:type="dxa"/>
                  <w:shd w:val="clear" w:color="auto" w:fill="FFFFFF"/>
                  <w:vAlign w:val="center"/>
                </w:tcPr>
                <w:p w14:paraId="563FC0BD" w14:textId="77777777" w:rsidR="00A35E3B" w:rsidRDefault="00000000">
                  <w:pPr>
                    <w:jc w:val="center"/>
                  </w:pPr>
                  <w:r>
                    <w:rPr>
                      <w:lang w:val="ro-RO"/>
                    </w:rPr>
                    <w:t>5,3426</w:t>
                  </w:r>
                </w:p>
              </w:tc>
            </w:tr>
            <w:tr w:rsidR="00A35E3B" w14:paraId="2BD1E727" w14:textId="77777777" w:rsidTr="00292E6B">
              <w:trPr>
                <w:cantSplit/>
              </w:trPr>
              <w:tc>
                <w:tcPr>
                  <w:tcW w:w="2357" w:type="dxa"/>
                  <w:shd w:val="clear" w:color="auto" w:fill="FFFFFF"/>
                  <w:vAlign w:val="center"/>
                </w:tcPr>
                <w:p w14:paraId="22AF0B08" w14:textId="77777777" w:rsidR="00A35E3B" w:rsidRDefault="00000000">
                  <w:r>
                    <w:rPr>
                      <w:lang w:val="ro-RO"/>
                    </w:rPr>
                    <w:t>Suprafața desfășurată (m2)</w:t>
                  </w:r>
                </w:p>
              </w:tc>
              <w:tc>
                <w:tcPr>
                  <w:tcW w:w="2273" w:type="dxa"/>
                  <w:shd w:val="clear" w:color="auto" w:fill="FFFFFF"/>
                  <w:vAlign w:val="center"/>
                </w:tcPr>
                <w:p w14:paraId="3046EBD4" w14:textId="77777777" w:rsidR="00A35E3B" w:rsidRDefault="00000000">
                  <w:pPr>
                    <w:jc w:val="center"/>
                  </w:pPr>
                  <w:r>
                    <w:rPr>
                      <w:lang w:val="ro-RO"/>
                    </w:rPr>
                    <w:t>1296</w:t>
                  </w:r>
                </w:p>
              </w:tc>
            </w:tr>
          </w:tbl>
          <w:p w14:paraId="2E9D936B" w14:textId="77777777" w:rsidR="00A35E3B" w:rsidRDefault="00A35E3B">
            <w:pPr>
              <w:spacing w:line="20" w:lineRule="exact"/>
            </w:pPr>
          </w:p>
        </w:tc>
        <w:tc>
          <w:tcPr>
            <w:tcW w:w="4819" w:type="dxa"/>
            <w:vAlign w:val="center"/>
          </w:tcPr>
          <w:p w14:paraId="6E2D37F3" w14:textId="77777777" w:rsidR="00A35E3B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1491D4" wp14:editId="1316B928">
                  <wp:extent cx="1157495" cy="857250"/>
                  <wp:effectExtent l="0" t="0" r="508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icanesti_stamp_bw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1576" cy="860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68C2C3" w14:textId="77777777" w:rsidR="00A35E3B" w:rsidRDefault="00A35E3B">
      <w:pPr>
        <w:spacing w:after="80"/>
      </w:pPr>
    </w:p>
    <w:tbl>
      <w:tblPr>
        <w:tblW w:w="963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A35E3B" w14:paraId="6BBF39DF" w14:textId="77777777">
        <w:trPr>
          <w:jc w:val="center"/>
        </w:trPr>
        <w:tc>
          <w:tcPr>
            <w:tcW w:w="4819" w:type="dxa"/>
            <w:vAlign w:val="center"/>
          </w:tcPr>
          <w:p w14:paraId="1A047BF9" w14:textId="77777777" w:rsidR="00A35E3B" w:rsidRDefault="00000000">
            <w:r>
              <w:rPr>
                <w:b/>
                <w:lang w:val="ro-RO"/>
              </w:rPr>
              <w:t>Beneficiar: U.A.T. Județul Vrancea</w:t>
            </w:r>
          </w:p>
        </w:tc>
        <w:tc>
          <w:tcPr>
            <w:tcW w:w="4819" w:type="dxa"/>
            <w:vAlign w:val="center"/>
          </w:tcPr>
          <w:p w14:paraId="3914BDB9" w14:textId="77777777" w:rsidR="00A35E3B" w:rsidRDefault="00000000">
            <w:r>
              <w:rPr>
                <w:b/>
                <w:lang w:val="ro-RO"/>
              </w:rPr>
              <w:t>Proiectant: AXR ARCHITECTURE S.R.L.</w:t>
            </w:r>
          </w:p>
        </w:tc>
      </w:tr>
    </w:tbl>
    <w:p w14:paraId="221C0DC9" w14:textId="77777777" w:rsidR="00A35E3B" w:rsidRDefault="00000000" w:rsidP="00292E6B">
      <w:pPr>
        <w:keepNext/>
        <w:spacing w:before="360"/>
        <w:jc w:val="center"/>
      </w:pPr>
      <w:r>
        <w:rPr>
          <w:b/>
          <w:lang w:val="ro-RO"/>
        </w:rPr>
        <w:t>Președintele</w:t>
      </w:r>
      <w:r>
        <w:rPr>
          <w:b/>
          <w:lang w:val="ro-RO"/>
        </w:rPr>
        <w:br/>
        <w:t>Consiliului Județean Vrancea</w:t>
      </w:r>
      <w:r>
        <w:rPr>
          <w:b/>
          <w:lang w:val="ro-RO"/>
        </w:rPr>
        <w:br/>
        <w:t>Nicușor HALICI</w:t>
      </w:r>
    </w:p>
    <w:p w14:paraId="0D7E1042" w14:textId="77777777" w:rsidR="00292E6B" w:rsidRDefault="00292E6B" w:rsidP="00292E6B">
      <w:pPr>
        <w:ind w:left="6372" w:firstLine="708"/>
        <w:jc w:val="both"/>
        <w:rPr>
          <w:b/>
          <w:bCs/>
          <w:color w:val="auto"/>
          <w:lang w:val="ro-RO"/>
        </w:rPr>
      </w:pPr>
    </w:p>
    <w:p w14:paraId="253CBFAB" w14:textId="77C919CB" w:rsidR="00292E6B" w:rsidRPr="00292E6B" w:rsidRDefault="00170CF2" w:rsidP="00170CF2">
      <w:pPr>
        <w:jc w:val="both"/>
        <w:rPr>
          <w:b/>
          <w:bCs/>
          <w:color w:val="auto"/>
          <w:lang w:val="ro-RO"/>
        </w:rPr>
      </w:pPr>
      <w:r>
        <w:rPr>
          <w:b/>
          <w:bCs/>
          <w:color w:val="auto"/>
          <w:lang w:val="ro-RO"/>
        </w:rPr>
        <w:t xml:space="preserve">                                                                                               Contrasemnează</w:t>
      </w:r>
      <w:r w:rsidR="00292E6B" w:rsidRPr="00292E6B">
        <w:rPr>
          <w:b/>
          <w:bCs/>
          <w:color w:val="auto"/>
          <w:lang w:val="ro-RO"/>
        </w:rPr>
        <w:t>,</w:t>
      </w:r>
    </w:p>
    <w:p w14:paraId="2691D193" w14:textId="77777777" w:rsidR="00292E6B" w:rsidRPr="00292E6B" w:rsidRDefault="00292E6B" w:rsidP="00292E6B">
      <w:pPr>
        <w:jc w:val="both"/>
        <w:rPr>
          <w:b/>
          <w:bCs/>
          <w:color w:val="auto"/>
          <w:lang w:val="ro-RO"/>
        </w:rPr>
      </w:pPr>
      <w:r w:rsidRPr="00292E6B">
        <w:rPr>
          <w:b/>
          <w:bCs/>
          <w:color w:val="auto"/>
          <w:lang w:val="ro-RO"/>
        </w:rPr>
        <w:t xml:space="preserve">                                                                                     Secretar general al județului</w:t>
      </w:r>
    </w:p>
    <w:p w14:paraId="29498F8B" w14:textId="4841355E" w:rsidR="00A35E3B" w:rsidRPr="00292E6B" w:rsidRDefault="00292E6B" w:rsidP="00292E6B">
      <w:pPr>
        <w:jc w:val="both"/>
        <w:rPr>
          <w:b/>
          <w:color w:val="auto"/>
          <w:lang w:val="ro-RO"/>
        </w:rPr>
      </w:pPr>
      <w:r w:rsidRPr="00292E6B">
        <w:rPr>
          <w:b/>
          <w:bCs/>
          <w:color w:val="auto"/>
          <w:sz w:val="24"/>
          <w:lang w:val="ro-RO"/>
        </w:rPr>
        <w:t xml:space="preserve">                                                                                                                   </w:t>
      </w:r>
      <w:r w:rsidRPr="00292E6B">
        <w:rPr>
          <w:b/>
          <w:bCs/>
          <w:color w:val="auto"/>
          <w:lang w:val="ro-RO"/>
        </w:rPr>
        <w:t>Raluca Da</w:t>
      </w:r>
      <w:r>
        <w:rPr>
          <w:b/>
          <w:bCs/>
          <w:color w:val="auto"/>
          <w:lang w:val="ro-RO"/>
        </w:rPr>
        <w:t>n</w:t>
      </w:r>
    </w:p>
    <w:sectPr w:rsidR="00A35E3B" w:rsidRPr="00292E6B" w:rsidSect="00034616">
      <w:footerReference w:type="default" r:id="rId9"/>
      <w:pgSz w:w="11906" w:h="16838"/>
      <w:pgMar w:top="1020" w:right="1134" w:bottom="1020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402D2" w14:textId="77777777" w:rsidR="000510C4" w:rsidRDefault="000510C4">
      <w:r>
        <w:separator/>
      </w:r>
    </w:p>
  </w:endnote>
  <w:endnote w:type="continuationSeparator" w:id="0">
    <w:p w14:paraId="50DF3CD1" w14:textId="77777777" w:rsidR="000510C4" w:rsidRDefault="0005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A52E7" w14:textId="77777777" w:rsidR="00A35E3B" w:rsidRDefault="00000000">
    <w:pPr>
      <w:pStyle w:val="Footer"/>
      <w:jc w:val="center"/>
    </w:pPr>
    <w:r>
      <w:rPr>
        <w:lang w:val="ro-RO"/>
      </w:rPr>
      <w:fldChar w:fldCharType="begin"/>
    </w:r>
    <w:r>
      <w:rPr>
        <w:lang w:val="ro-RO"/>
      </w:rPr>
      <w:instrText>PAGE</w:instrText>
    </w:r>
    <w:r>
      <w:rPr>
        <w:lang w:val="ro-RO"/>
      </w:rPr>
      <w:fldChar w:fldCharType="separate"/>
    </w:r>
    <w:r w:rsidR="00292E6B">
      <w:rPr>
        <w:noProof/>
        <w:lang w:val="ro-RO"/>
      </w:rPr>
      <w:t>1</w:t>
    </w:r>
    <w:r>
      <w:rPr>
        <w:lang w:val="ro-R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53D30" w14:textId="77777777" w:rsidR="000510C4" w:rsidRDefault="000510C4">
      <w:r>
        <w:separator/>
      </w:r>
    </w:p>
  </w:footnote>
  <w:footnote w:type="continuationSeparator" w:id="0">
    <w:p w14:paraId="19E3B0AD" w14:textId="77777777" w:rsidR="000510C4" w:rsidRDefault="0005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137201">
    <w:abstractNumId w:val="8"/>
  </w:num>
  <w:num w:numId="2" w16cid:durableId="1013995121">
    <w:abstractNumId w:val="6"/>
  </w:num>
  <w:num w:numId="3" w16cid:durableId="1331367113">
    <w:abstractNumId w:val="5"/>
  </w:num>
  <w:num w:numId="4" w16cid:durableId="1785267959">
    <w:abstractNumId w:val="4"/>
  </w:num>
  <w:num w:numId="5" w16cid:durableId="308247727">
    <w:abstractNumId w:val="7"/>
  </w:num>
  <w:num w:numId="6" w16cid:durableId="390468902">
    <w:abstractNumId w:val="3"/>
  </w:num>
  <w:num w:numId="7" w16cid:durableId="121925356">
    <w:abstractNumId w:val="2"/>
  </w:num>
  <w:num w:numId="8" w16cid:durableId="966353060">
    <w:abstractNumId w:val="1"/>
  </w:num>
  <w:num w:numId="9" w16cid:durableId="2079093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0A7"/>
    <w:rsid w:val="00034616"/>
    <w:rsid w:val="000510C4"/>
    <w:rsid w:val="0006063C"/>
    <w:rsid w:val="0015074B"/>
    <w:rsid w:val="00170CF2"/>
    <w:rsid w:val="00214789"/>
    <w:rsid w:val="00292E6B"/>
    <w:rsid w:val="0029639D"/>
    <w:rsid w:val="00326F90"/>
    <w:rsid w:val="005D2173"/>
    <w:rsid w:val="00910D95"/>
    <w:rsid w:val="009317B2"/>
    <w:rsid w:val="00A35E3B"/>
    <w:rsid w:val="00AA1D8D"/>
    <w:rsid w:val="00B21488"/>
    <w:rsid w:val="00B47730"/>
    <w:rsid w:val="00B85E51"/>
    <w:rsid w:val="00C16CF0"/>
    <w:rsid w:val="00CB0664"/>
    <w:rsid w:val="00E65180"/>
    <w:rsid w:val="00FC693F"/>
    <w:rsid w:val="00FE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653E796"/>
  <w14:defaultImageDpi w14:val="300"/>
  <w15:docId w15:val="{D7618F26-5428-45B5-8A1D-C323C656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spacing w:val="5"/>
      <w:kern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eastAsia="Times New Roman" w:hAnsi="Times New Roman" w:cs="Times New Roman"/>
      <w:smallCaps/>
      <w:color w:val="000000"/>
      <w:sz w:val="28"/>
      <w:szCs w:val="28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6E6E6" w:themeFill="tex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DF2F8" w:themeFill="accent1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8EDED" w:themeFill="accent2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5F8EE" w:themeFill="accent3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2EFF6" w:themeFill="accent4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DF6F9" w:themeFill="accent5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EF4EC" w:themeFill="accent6" w:themeFillTint="19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8"/>
        <w:szCs w:val="28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Times New Roman" w:eastAsia="Times New Roman" w:hAnsi="Times New Roman" w:cs="Times New Roman"/>
        <w:color w:val="000000"/>
        <w:sz w:val="28"/>
        <w:szCs w:val="28"/>
      </w:rPr>
    </w:tblStylePr>
    <w:tblStylePr w:type="nwCell">
      <w:rPr>
        <w:rFonts w:ascii="Times New Roman" w:eastAsia="Times New Roman" w:hAnsi="Times New Roman" w:cs="Times New Roman"/>
        <w:color w:val="000000"/>
        <w:sz w:val="28"/>
        <w:szCs w:val="28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lastCol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99999" w:themeFill="tex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999999" w:themeFill="text1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000000" w:themeFill="text1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8CCE4" w:themeFill="accent1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8CCE4" w:themeFill="accent1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65F91" w:themeFill="accent1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5B8B7" w:themeFill="accent2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E5B8B7" w:themeFill="accent2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943634" w:themeFill="accent2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D6E3BC" w:themeFill="accent3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D6E3BC" w:themeFill="accent3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76923C" w:themeFill="accent3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CC0D9" w:themeFill="accent4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CCC0D9" w:themeFill="accent4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5F497A" w:themeFill="accent4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6DDE8" w:themeFill="accent5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B6DDE8" w:themeFill="accent5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1849B" w:themeFill="accent5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BD4B4" w:themeFill="accent6" w:themeFillTint="66"/>
      </w:tcPr>
    </w:tblStylePr>
    <w:tblStylePr w:type="lastRow">
      <w:rPr>
        <w:rFonts w:ascii="Times New Roman" w:eastAsia="Times New Roman" w:hAnsi="Times New Roman" w:cs="Times New Roman"/>
        <w:b/>
        <w:bCs/>
        <w:color w:val="000000"/>
        <w:sz w:val="28"/>
        <w:szCs w:val="28"/>
      </w:rPr>
      <w:tblPr/>
      <w:tcPr>
        <w:shd w:val="clear" w:color="auto" w:fill="FBD4B4" w:themeFill="accent6" w:themeFillTint="66"/>
      </w:tcPr>
    </w:tblStylePr>
    <w:tblStylePr w:type="fir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E36C0A" w:themeFill="accent6" w:themeFillShade="BF"/>
      </w:tcPr>
    </w:tblStylePr>
    <w:tblStylePr w:type="lastCol">
      <w:rPr>
        <w:rFonts w:ascii="Times New Roman" w:eastAsia="Times New Roman" w:hAnsi="Times New Roman" w:cs="Times New Roman"/>
        <w:color w:val="000000"/>
        <w:sz w:val="28"/>
        <w:szCs w:val="28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1457</Words>
  <Characters>8305</Characters>
  <Application>Microsoft Office Word</Application>
  <DocSecurity>0</DocSecurity>
  <Lines>69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Deviz general Anexa nr 2 CSEI Maicanesti</vt:lpstr>
      <vt:lpstr/>
    </vt:vector>
  </TitlesOfParts>
  <Manager/>
  <Company/>
  <LinksUpToDate>false</LinksUpToDate>
  <CharactersWithSpaces>9743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Deviz general Anexa nr 2 CSEI Maicanesti</dc:title>
  <dc:subject>Consolidare, reabilitare și creștere a eficienței energetice a Corpului Cămin Internat - Centrul Școlar de Educație Incluzivă Măicănești, județul Vrancea</dc:subject>
  <dc:creator>Consiliul Județean Vrancea</dc:creator>
  <cp:keywords/>
  <dc:description>generated by python-docx</dc:description>
  <cp:lastModifiedBy>Rali Veronica</cp:lastModifiedBy>
  <cp:revision>5</cp:revision>
  <cp:lastPrinted>2026-11-03T10:45:00Z</cp:lastPrinted>
  <dcterms:created xsi:type="dcterms:W3CDTF">2013-12-23T23:15:00Z</dcterms:created>
  <dcterms:modified xsi:type="dcterms:W3CDTF">2026-11-04T11:32:00Z</dcterms:modified>
  <cp:category/>
</cp:coreProperties>
</file>