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355" w:type="dxa"/>
        <w:tblBorders>
          <w:top w:val="nil"/>
          <w:left w:val="nil"/>
          <w:bottom w:val="nil"/>
          <w:right w:val="nil"/>
          <w:insideH w:val="nil"/>
          <w:insideV w:val="nil"/>
        </w:tblBorders>
        <w:tblLayout w:type="fixed"/>
        <w:tblLook w:val="04A0" w:firstRow="1" w:lastRow="0" w:firstColumn="1" w:lastColumn="0" w:noHBand="0" w:noVBand="1"/>
      </w:tblPr>
      <w:tblGrid>
        <w:gridCol w:w="4303"/>
        <w:gridCol w:w="5052"/>
      </w:tblGrid>
      <w:tr w:rsidR="006C02EF" w:rsidRPr="004352AE" w14:paraId="50D0E7B2" w14:textId="77777777">
        <w:tc>
          <w:tcPr>
            <w:tcW w:w="4303" w:type="dxa"/>
            <w:tcMar>
              <w:top w:w="0" w:type="dxa"/>
              <w:left w:w="0" w:type="dxa"/>
              <w:bottom w:w="0" w:type="dxa"/>
              <w:right w:w="0" w:type="dxa"/>
            </w:tcMar>
          </w:tcPr>
          <w:p w14:paraId="385CE366" w14:textId="77777777" w:rsidR="006C02EF" w:rsidRPr="004352AE" w:rsidRDefault="002E6C42">
            <w:pPr>
              <w:spacing w:after="0" w:line="240" w:lineRule="auto"/>
              <w:jc w:val="left"/>
              <w:rPr>
                <w:sz w:val="28"/>
                <w:szCs w:val="28"/>
              </w:rPr>
            </w:pPr>
            <w:r w:rsidRPr="004352AE">
              <w:rPr>
                <w:rFonts w:eastAsia="Times New Roman" w:cs="Times New Roman"/>
                <w:b/>
                <w:sz w:val="28"/>
                <w:szCs w:val="28"/>
              </w:rPr>
              <w:t>ROMÂNIA</w:t>
            </w:r>
            <w:r w:rsidRPr="004352AE">
              <w:rPr>
                <w:rFonts w:eastAsia="Times New Roman" w:cs="Times New Roman"/>
                <w:b/>
                <w:sz w:val="28"/>
                <w:szCs w:val="28"/>
              </w:rPr>
              <w:br/>
              <w:t>JUDEȚUL VRANCEA</w:t>
            </w:r>
            <w:r w:rsidRPr="004352AE">
              <w:rPr>
                <w:rFonts w:eastAsia="Times New Roman" w:cs="Times New Roman"/>
                <w:b/>
                <w:sz w:val="28"/>
                <w:szCs w:val="28"/>
              </w:rPr>
              <w:br/>
              <w:t>CONSILIUL JUDEȚEAN</w:t>
            </w:r>
          </w:p>
        </w:tc>
        <w:tc>
          <w:tcPr>
            <w:tcW w:w="5052" w:type="dxa"/>
            <w:tcMar>
              <w:top w:w="0" w:type="dxa"/>
              <w:left w:w="0" w:type="dxa"/>
              <w:bottom w:w="0" w:type="dxa"/>
              <w:right w:w="0" w:type="dxa"/>
            </w:tcMar>
          </w:tcPr>
          <w:p w14:paraId="5E8C8B82" w14:textId="0F88E6AF" w:rsidR="006C02EF" w:rsidRPr="004352AE" w:rsidRDefault="002E6C42">
            <w:pPr>
              <w:spacing w:after="0" w:line="240" w:lineRule="auto"/>
              <w:jc w:val="center"/>
              <w:rPr>
                <w:sz w:val="28"/>
                <w:szCs w:val="28"/>
              </w:rPr>
            </w:pPr>
            <w:r w:rsidRPr="004352AE">
              <w:rPr>
                <w:rFonts w:eastAsia="Times New Roman" w:cs="Times New Roman"/>
                <w:b/>
                <w:sz w:val="28"/>
                <w:szCs w:val="28"/>
              </w:rPr>
              <w:t>Anexa nr. 3a</w:t>
            </w:r>
            <w:r w:rsidRPr="004352AE">
              <w:rPr>
                <w:rFonts w:eastAsia="Times New Roman" w:cs="Times New Roman"/>
                <w:b/>
                <w:sz w:val="28"/>
                <w:szCs w:val="28"/>
              </w:rPr>
              <w:br/>
              <w:t xml:space="preserve">la Hotărârea nr. </w:t>
            </w:r>
            <w:r w:rsidR="00245622">
              <w:rPr>
                <w:rFonts w:eastAsia="Times New Roman" w:cs="Times New Roman"/>
                <w:b/>
                <w:sz w:val="28"/>
                <w:szCs w:val="28"/>
              </w:rPr>
              <w:t xml:space="preserve">216 </w:t>
            </w:r>
            <w:proofErr w:type="gramStart"/>
            <w:r w:rsidR="00245622">
              <w:rPr>
                <w:rFonts w:eastAsia="Times New Roman" w:cs="Times New Roman"/>
                <w:b/>
                <w:sz w:val="28"/>
                <w:szCs w:val="28"/>
              </w:rPr>
              <w:t>din</w:t>
            </w:r>
            <w:proofErr w:type="gramEnd"/>
            <w:r w:rsidR="00245622">
              <w:rPr>
                <w:rFonts w:eastAsia="Times New Roman" w:cs="Times New Roman"/>
                <w:b/>
                <w:sz w:val="28"/>
                <w:szCs w:val="28"/>
              </w:rPr>
              <w:t xml:space="preserve"> 17.09.2026</w:t>
            </w:r>
          </w:p>
        </w:tc>
      </w:tr>
    </w:tbl>
    <w:p w14:paraId="79557FF6" w14:textId="77777777" w:rsidR="006C02EF" w:rsidRDefault="006C02EF">
      <w:pPr>
        <w:spacing w:after="100" w:line="240" w:lineRule="auto"/>
      </w:pPr>
    </w:p>
    <w:tbl>
      <w:tblPr>
        <w:tblW w:w="9355"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4A0" w:firstRow="1" w:lastRow="0" w:firstColumn="1" w:lastColumn="0" w:noHBand="0" w:noVBand="1"/>
      </w:tblPr>
      <w:tblGrid>
        <w:gridCol w:w="3274"/>
        <w:gridCol w:w="6081"/>
      </w:tblGrid>
      <w:tr w:rsidR="006C02EF" w:rsidRPr="004352AE" w14:paraId="0B639221" w14:textId="77777777">
        <w:tc>
          <w:tcPr>
            <w:tcW w:w="3274" w:type="dxa"/>
            <w:tcMar>
              <w:top w:w="240" w:type="dxa"/>
              <w:left w:w="110" w:type="dxa"/>
              <w:bottom w:w="240" w:type="dxa"/>
              <w:right w:w="110" w:type="dxa"/>
            </w:tcMar>
            <w:vAlign w:val="center"/>
          </w:tcPr>
          <w:p w14:paraId="601AFA93" w14:textId="77777777" w:rsidR="006C02EF" w:rsidRPr="004352AE" w:rsidRDefault="002E6C42">
            <w:pPr>
              <w:spacing w:after="0" w:line="240" w:lineRule="auto"/>
              <w:jc w:val="center"/>
              <w:rPr>
                <w:sz w:val="28"/>
                <w:szCs w:val="28"/>
              </w:rPr>
            </w:pPr>
            <w:r w:rsidRPr="004352AE">
              <w:rPr>
                <w:rFonts w:eastAsia="Times New Roman" w:cs="Times New Roman"/>
                <w:b/>
                <w:sz w:val="28"/>
                <w:szCs w:val="28"/>
              </w:rPr>
              <w:t>Beneficiar:</w:t>
            </w:r>
            <w:r w:rsidRPr="004352AE">
              <w:rPr>
                <w:rFonts w:eastAsia="Times New Roman" w:cs="Times New Roman"/>
                <w:b/>
                <w:sz w:val="28"/>
                <w:szCs w:val="28"/>
              </w:rPr>
              <w:br/>
              <w:t>Clubul Sportiv Județean</w:t>
            </w:r>
            <w:r w:rsidRPr="004352AE">
              <w:rPr>
                <w:rFonts w:eastAsia="Times New Roman" w:cs="Times New Roman"/>
                <w:b/>
                <w:sz w:val="28"/>
                <w:szCs w:val="28"/>
              </w:rPr>
              <w:br/>
              <w:t>Vrancea</w:t>
            </w:r>
            <w:r w:rsidRPr="004352AE">
              <w:rPr>
                <w:rFonts w:eastAsia="Times New Roman" w:cs="Times New Roman"/>
                <w:b/>
                <w:sz w:val="28"/>
                <w:szCs w:val="28"/>
              </w:rPr>
              <w:br/>
            </w:r>
            <w:r w:rsidRPr="004352AE">
              <w:rPr>
                <w:rFonts w:eastAsia="Times New Roman" w:cs="Times New Roman"/>
                <w:b/>
                <w:sz w:val="28"/>
                <w:szCs w:val="28"/>
              </w:rPr>
              <w:br/>
              <w:t>Nr. ........../................</w:t>
            </w:r>
          </w:p>
        </w:tc>
        <w:tc>
          <w:tcPr>
            <w:tcW w:w="6081" w:type="dxa"/>
            <w:tcMar>
              <w:top w:w="240" w:type="dxa"/>
              <w:left w:w="110" w:type="dxa"/>
              <w:bottom w:w="240" w:type="dxa"/>
              <w:right w:w="110" w:type="dxa"/>
            </w:tcMar>
            <w:vAlign w:val="center"/>
          </w:tcPr>
          <w:p w14:paraId="060BBD23" w14:textId="77777777" w:rsidR="006C02EF" w:rsidRPr="004352AE" w:rsidRDefault="002E6C42">
            <w:pPr>
              <w:spacing w:after="0" w:line="240" w:lineRule="auto"/>
              <w:jc w:val="center"/>
              <w:rPr>
                <w:sz w:val="28"/>
                <w:szCs w:val="28"/>
              </w:rPr>
            </w:pPr>
            <w:r w:rsidRPr="004352AE">
              <w:rPr>
                <w:rFonts w:eastAsia="Times New Roman" w:cs="Times New Roman"/>
                <w:b/>
                <w:sz w:val="28"/>
                <w:szCs w:val="28"/>
              </w:rPr>
              <w:t>Aprob,</w:t>
            </w:r>
            <w:r w:rsidRPr="004352AE">
              <w:rPr>
                <w:rFonts w:eastAsia="Times New Roman" w:cs="Times New Roman"/>
                <w:b/>
                <w:sz w:val="28"/>
                <w:szCs w:val="28"/>
              </w:rPr>
              <w:br/>
              <w:t>Nicușor HALICI</w:t>
            </w:r>
            <w:r w:rsidRPr="004352AE">
              <w:rPr>
                <w:rFonts w:eastAsia="Times New Roman" w:cs="Times New Roman"/>
                <w:b/>
                <w:sz w:val="28"/>
                <w:szCs w:val="28"/>
              </w:rPr>
              <w:br/>
              <w:t>Președintele Consiliului Județean Vrancea</w:t>
            </w:r>
            <w:r w:rsidRPr="004352AE">
              <w:rPr>
                <w:rFonts w:eastAsia="Times New Roman" w:cs="Times New Roman"/>
                <w:b/>
                <w:sz w:val="28"/>
                <w:szCs w:val="28"/>
              </w:rPr>
              <w:br/>
              <w:t>........................................</w:t>
            </w:r>
            <w:r w:rsidRPr="004352AE">
              <w:rPr>
                <w:rFonts w:eastAsia="Times New Roman" w:cs="Times New Roman"/>
                <w:b/>
                <w:sz w:val="28"/>
                <w:szCs w:val="28"/>
              </w:rPr>
              <w:br/>
              <w:t>L.S.</w:t>
            </w:r>
          </w:p>
        </w:tc>
      </w:tr>
    </w:tbl>
    <w:p w14:paraId="05E9A820" w14:textId="77777777" w:rsidR="006C02EF" w:rsidRDefault="006C02EF">
      <w:pPr>
        <w:spacing w:after="0" w:line="240" w:lineRule="auto"/>
      </w:pPr>
    </w:p>
    <w:p w14:paraId="6822DA73" w14:textId="77777777" w:rsidR="00A57563" w:rsidRPr="00C57AA7" w:rsidRDefault="00E8585D" w:rsidP="002A5820">
      <w:pPr>
        <w:pStyle w:val="Titlu"/>
        <w:spacing w:after="280"/>
        <w:rPr>
          <w:rFonts w:ascii="Times New Roman" w:hAnsi="Times New Roman" w:cs="Times New Roman"/>
          <w:szCs w:val="28"/>
        </w:rPr>
      </w:pPr>
      <w:r>
        <w:rPr>
          <w:rFonts w:ascii="Times New Roman" w:eastAsia="Times New Roman" w:hAnsi="Times New Roman" w:cs="Times New Roman"/>
          <w:sz w:val="26"/>
        </w:rPr>
        <w:t>NOTĂ CONCEPTUALĂ</w:t>
      </w:r>
    </w:p>
    <w:p w14:paraId="0792163B" w14:textId="77777777" w:rsidR="00C57AA7" w:rsidRDefault="00C57AA7">
      <w:pPr>
        <w:pStyle w:val="Titlu1"/>
        <w:rPr>
          <w:rFonts w:ascii="Times New Roman" w:hAnsi="Times New Roman" w:cs="Times New Roman"/>
          <w:sz w:val="28"/>
        </w:rPr>
      </w:pPr>
    </w:p>
    <w:p w14:paraId="152B1446" w14:textId="71FCBAAB" w:rsidR="00A57563" w:rsidRPr="00C57AA7" w:rsidRDefault="00E8585D">
      <w:pPr>
        <w:pStyle w:val="Titlu1"/>
        <w:rPr>
          <w:rFonts w:ascii="Times New Roman" w:hAnsi="Times New Roman" w:cs="Times New Roman"/>
          <w:sz w:val="28"/>
        </w:rPr>
      </w:pPr>
      <w:r w:rsidRPr="00C57AA7">
        <w:rPr>
          <w:rFonts w:ascii="Times New Roman" w:hAnsi="Times New Roman" w:cs="Times New Roman"/>
          <w:sz w:val="28"/>
        </w:rPr>
        <w:t xml:space="preserve">1. </w:t>
      </w:r>
      <w:proofErr w:type="spellStart"/>
      <w:r w:rsidRPr="00C57AA7">
        <w:rPr>
          <w:rFonts w:ascii="Times New Roman" w:hAnsi="Times New Roman" w:cs="Times New Roman"/>
          <w:sz w:val="28"/>
        </w:rPr>
        <w:t>Informații</w:t>
      </w:r>
      <w:proofErr w:type="spellEnd"/>
      <w:r w:rsidRPr="00C57AA7">
        <w:rPr>
          <w:rFonts w:ascii="Times New Roman" w:hAnsi="Times New Roman" w:cs="Times New Roman"/>
          <w:sz w:val="28"/>
        </w:rPr>
        <w:t xml:space="preserve"> generale </w:t>
      </w:r>
      <w:proofErr w:type="spellStart"/>
      <w:r w:rsidRPr="00C57AA7">
        <w:rPr>
          <w:rFonts w:ascii="Times New Roman" w:hAnsi="Times New Roman" w:cs="Times New Roman"/>
          <w:sz w:val="28"/>
        </w:rPr>
        <w:t>privind</w:t>
      </w:r>
      <w:proofErr w:type="spellEnd"/>
      <w:r w:rsidRPr="00C57AA7">
        <w:rPr>
          <w:rFonts w:ascii="Times New Roman" w:hAnsi="Times New Roman" w:cs="Times New Roman"/>
          <w:sz w:val="28"/>
        </w:rPr>
        <w:t xml:space="preserve"> </w:t>
      </w:r>
      <w:proofErr w:type="spellStart"/>
      <w:r w:rsidRPr="00C57AA7">
        <w:rPr>
          <w:rFonts w:ascii="Times New Roman" w:hAnsi="Times New Roman" w:cs="Times New Roman"/>
          <w:sz w:val="28"/>
        </w:rPr>
        <w:t>obiectivul</w:t>
      </w:r>
      <w:proofErr w:type="spellEnd"/>
      <w:r w:rsidRPr="00C57AA7">
        <w:rPr>
          <w:rFonts w:ascii="Times New Roman" w:hAnsi="Times New Roman" w:cs="Times New Roman"/>
          <w:sz w:val="28"/>
        </w:rPr>
        <w:t xml:space="preserve"> de </w:t>
      </w:r>
      <w:proofErr w:type="spellStart"/>
      <w:r w:rsidRPr="00C57AA7">
        <w:rPr>
          <w:rFonts w:ascii="Times New Roman" w:hAnsi="Times New Roman" w:cs="Times New Roman"/>
          <w:sz w:val="28"/>
        </w:rPr>
        <w:t>investiții</w:t>
      </w:r>
      <w:proofErr w:type="spellEnd"/>
      <w:r w:rsidRPr="00C57AA7">
        <w:rPr>
          <w:rFonts w:ascii="Times New Roman" w:hAnsi="Times New Roman" w:cs="Times New Roman"/>
          <w:sz w:val="28"/>
        </w:rPr>
        <w:t xml:space="preserve"> </w:t>
      </w:r>
      <w:proofErr w:type="spellStart"/>
      <w:r w:rsidRPr="00C57AA7">
        <w:rPr>
          <w:rFonts w:ascii="Times New Roman" w:hAnsi="Times New Roman" w:cs="Times New Roman"/>
          <w:sz w:val="28"/>
        </w:rPr>
        <w:t>propus</w:t>
      </w:r>
      <w:proofErr w:type="spellEnd"/>
    </w:p>
    <w:p w14:paraId="30B58072" w14:textId="77777777" w:rsidR="00A57563" w:rsidRPr="00C57AA7" w:rsidRDefault="00E8585D">
      <w:pPr>
        <w:pStyle w:val="Titlu2"/>
        <w:rPr>
          <w:rFonts w:ascii="Times New Roman" w:hAnsi="Times New Roman" w:cs="Times New Roman"/>
          <w:sz w:val="28"/>
          <w:szCs w:val="28"/>
        </w:rPr>
      </w:pPr>
      <w:r w:rsidRPr="00C57AA7">
        <w:rPr>
          <w:rFonts w:ascii="Times New Roman" w:hAnsi="Times New Roman" w:cs="Times New Roman"/>
          <w:sz w:val="28"/>
          <w:szCs w:val="28"/>
        </w:rPr>
        <w:t xml:space="preserve">1.1. </w:t>
      </w:r>
      <w:proofErr w:type="spellStart"/>
      <w:r w:rsidRPr="00C57AA7">
        <w:rPr>
          <w:rFonts w:ascii="Times New Roman" w:hAnsi="Times New Roman" w:cs="Times New Roman"/>
          <w:sz w:val="28"/>
          <w:szCs w:val="28"/>
        </w:rPr>
        <w:t>Denumirea</w:t>
      </w:r>
      <w:proofErr w:type="spellEnd"/>
      <w:r w:rsidRPr="00C57AA7">
        <w:rPr>
          <w:rFonts w:ascii="Times New Roman" w:hAnsi="Times New Roman" w:cs="Times New Roman"/>
          <w:sz w:val="28"/>
          <w:szCs w:val="28"/>
        </w:rPr>
        <w:t xml:space="preserve"> </w:t>
      </w:r>
      <w:proofErr w:type="spellStart"/>
      <w:r w:rsidRPr="00C57AA7">
        <w:rPr>
          <w:rFonts w:ascii="Times New Roman" w:hAnsi="Times New Roman" w:cs="Times New Roman"/>
          <w:sz w:val="28"/>
          <w:szCs w:val="28"/>
        </w:rPr>
        <w:t>obiectivului</w:t>
      </w:r>
      <w:proofErr w:type="spellEnd"/>
      <w:r w:rsidRPr="00C57AA7">
        <w:rPr>
          <w:rFonts w:ascii="Times New Roman" w:hAnsi="Times New Roman" w:cs="Times New Roman"/>
          <w:sz w:val="28"/>
          <w:szCs w:val="28"/>
        </w:rPr>
        <w:t xml:space="preserve"> de </w:t>
      </w:r>
      <w:proofErr w:type="spellStart"/>
      <w:r w:rsidRPr="00C57AA7">
        <w:rPr>
          <w:rFonts w:ascii="Times New Roman" w:hAnsi="Times New Roman" w:cs="Times New Roman"/>
          <w:sz w:val="28"/>
          <w:szCs w:val="28"/>
        </w:rPr>
        <w:t>investiții</w:t>
      </w:r>
      <w:proofErr w:type="spellEnd"/>
    </w:p>
    <w:p w14:paraId="3E0D660A" w14:textId="77777777" w:rsidR="00A57563" w:rsidRPr="00C57AA7" w:rsidRDefault="00E8585D">
      <w:pPr>
        <w:ind w:firstLine="0"/>
        <w:jc w:val="left"/>
        <w:rPr>
          <w:rFonts w:cs="Times New Roman"/>
          <w:sz w:val="28"/>
          <w:szCs w:val="28"/>
        </w:rPr>
      </w:pPr>
      <w:r>
        <w:rPr>
          <w:rFonts w:eastAsia="Times New Roman" w:cs="Times New Roman"/>
          <w:sz w:val="28"/>
          <w:szCs w:val="28"/>
        </w:rPr>
        <w:t>„Puț forat pentru irigarea terenurilor naturale”</w:t>
      </w:r>
    </w:p>
    <w:p w14:paraId="23105232" w14:textId="77777777" w:rsidR="00A57563" w:rsidRPr="00C57AA7" w:rsidRDefault="00E8585D">
      <w:pPr>
        <w:pStyle w:val="Titlu2"/>
        <w:rPr>
          <w:rFonts w:ascii="Times New Roman" w:hAnsi="Times New Roman" w:cs="Times New Roman"/>
          <w:sz w:val="28"/>
          <w:szCs w:val="28"/>
        </w:rPr>
      </w:pPr>
      <w:r w:rsidRPr="00C57AA7">
        <w:rPr>
          <w:rFonts w:ascii="Times New Roman" w:hAnsi="Times New Roman" w:cs="Times New Roman"/>
          <w:sz w:val="28"/>
          <w:szCs w:val="28"/>
        </w:rPr>
        <w:t xml:space="preserve">1.2. </w:t>
      </w:r>
      <w:proofErr w:type="spellStart"/>
      <w:r w:rsidRPr="00C57AA7">
        <w:rPr>
          <w:rFonts w:ascii="Times New Roman" w:hAnsi="Times New Roman" w:cs="Times New Roman"/>
          <w:sz w:val="28"/>
          <w:szCs w:val="28"/>
        </w:rPr>
        <w:t>Ordonator</w:t>
      </w:r>
      <w:proofErr w:type="spellEnd"/>
      <w:r w:rsidRPr="00C57AA7">
        <w:rPr>
          <w:rFonts w:ascii="Times New Roman" w:hAnsi="Times New Roman" w:cs="Times New Roman"/>
          <w:sz w:val="28"/>
          <w:szCs w:val="28"/>
        </w:rPr>
        <w:t xml:space="preserve"> principal de </w:t>
      </w:r>
      <w:proofErr w:type="spellStart"/>
      <w:r w:rsidRPr="00C57AA7">
        <w:rPr>
          <w:rFonts w:ascii="Times New Roman" w:hAnsi="Times New Roman" w:cs="Times New Roman"/>
          <w:sz w:val="28"/>
          <w:szCs w:val="28"/>
        </w:rPr>
        <w:t>credite</w:t>
      </w:r>
      <w:proofErr w:type="spellEnd"/>
      <w:r w:rsidRPr="00C57AA7">
        <w:rPr>
          <w:rFonts w:ascii="Times New Roman" w:hAnsi="Times New Roman" w:cs="Times New Roman"/>
          <w:sz w:val="28"/>
          <w:szCs w:val="28"/>
        </w:rPr>
        <w:t>/</w:t>
      </w:r>
      <w:proofErr w:type="spellStart"/>
      <w:r w:rsidRPr="00C57AA7">
        <w:rPr>
          <w:rFonts w:ascii="Times New Roman" w:hAnsi="Times New Roman" w:cs="Times New Roman"/>
          <w:sz w:val="28"/>
          <w:szCs w:val="28"/>
        </w:rPr>
        <w:t>investitor</w:t>
      </w:r>
      <w:proofErr w:type="spellEnd"/>
    </w:p>
    <w:p w14:paraId="442E035C" w14:textId="77777777" w:rsidR="00A57563" w:rsidRPr="00C57AA7" w:rsidRDefault="00E8585D">
      <w:pPr>
        <w:ind w:firstLine="0"/>
        <w:rPr>
          <w:rFonts w:cs="Times New Roman"/>
          <w:sz w:val="28"/>
          <w:szCs w:val="28"/>
        </w:rPr>
      </w:pPr>
      <w:proofErr w:type="spellStart"/>
      <w:r w:rsidRPr="00C57AA7">
        <w:rPr>
          <w:rFonts w:eastAsia="Times New Roman" w:cs="Times New Roman"/>
          <w:sz w:val="28"/>
          <w:szCs w:val="28"/>
        </w:rPr>
        <w:t>Ordonator</w:t>
      </w:r>
      <w:proofErr w:type="spellEnd"/>
      <w:r w:rsidRPr="00C57AA7">
        <w:rPr>
          <w:rFonts w:eastAsia="Times New Roman" w:cs="Times New Roman"/>
          <w:sz w:val="28"/>
          <w:szCs w:val="28"/>
        </w:rPr>
        <w:t xml:space="preserve"> principal de </w:t>
      </w:r>
      <w:proofErr w:type="spellStart"/>
      <w:r w:rsidRPr="00C57AA7">
        <w:rPr>
          <w:rFonts w:eastAsia="Times New Roman" w:cs="Times New Roman"/>
          <w:sz w:val="28"/>
          <w:szCs w:val="28"/>
        </w:rPr>
        <w:t>credite</w:t>
      </w:r>
      <w:proofErr w:type="spellEnd"/>
      <w:r w:rsidRPr="00C57AA7">
        <w:rPr>
          <w:rFonts w:eastAsia="Times New Roman" w:cs="Times New Roman"/>
          <w:sz w:val="28"/>
          <w:szCs w:val="28"/>
        </w:rPr>
        <w:t xml:space="preserve">: </w:t>
      </w:r>
      <w:proofErr w:type="spellStart"/>
      <w:r w:rsidRPr="00C57AA7">
        <w:rPr>
          <w:rFonts w:eastAsia="Times New Roman" w:cs="Times New Roman"/>
          <w:sz w:val="28"/>
          <w:szCs w:val="28"/>
        </w:rPr>
        <w:t>Unitatea</w:t>
      </w:r>
      <w:proofErr w:type="spellEnd"/>
      <w:r w:rsidRPr="00C57AA7">
        <w:rPr>
          <w:rFonts w:eastAsia="Times New Roman" w:cs="Times New Roman"/>
          <w:sz w:val="28"/>
          <w:szCs w:val="28"/>
        </w:rPr>
        <w:t xml:space="preserve"> </w:t>
      </w:r>
      <w:proofErr w:type="spellStart"/>
      <w:r w:rsidRPr="00C57AA7">
        <w:rPr>
          <w:rFonts w:eastAsia="Times New Roman" w:cs="Times New Roman"/>
          <w:sz w:val="28"/>
          <w:szCs w:val="28"/>
        </w:rPr>
        <w:t>Administrativ-Teritorială</w:t>
      </w:r>
      <w:proofErr w:type="spellEnd"/>
      <w:r w:rsidRPr="00C57AA7">
        <w:rPr>
          <w:rFonts w:eastAsia="Times New Roman" w:cs="Times New Roman"/>
          <w:sz w:val="28"/>
          <w:szCs w:val="28"/>
        </w:rPr>
        <w:t xml:space="preserve"> </w:t>
      </w:r>
      <w:proofErr w:type="spellStart"/>
      <w:r w:rsidRPr="00C57AA7">
        <w:rPr>
          <w:rFonts w:eastAsia="Times New Roman" w:cs="Times New Roman"/>
          <w:sz w:val="28"/>
          <w:szCs w:val="28"/>
        </w:rPr>
        <w:t>Județul</w:t>
      </w:r>
      <w:proofErr w:type="spellEnd"/>
      <w:r w:rsidRPr="00C57AA7">
        <w:rPr>
          <w:rFonts w:eastAsia="Times New Roman" w:cs="Times New Roman"/>
          <w:sz w:val="28"/>
          <w:szCs w:val="28"/>
        </w:rPr>
        <w:t xml:space="preserve"> </w:t>
      </w:r>
      <w:proofErr w:type="spellStart"/>
      <w:r w:rsidRPr="00C57AA7">
        <w:rPr>
          <w:rFonts w:eastAsia="Times New Roman" w:cs="Times New Roman"/>
          <w:sz w:val="28"/>
          <w:szCs w:val="28"/>
        </w:rPr>
        <w:t>Vrancea</w:t>
      </w:r>
      <w:proofErr w:type="spellEnd"/>
      <w:r w:rsidRPr="00C57AA7">
        <w:rPr>
          <w:rFonts w:eastAsia="Times New Roman" w:cs="Times New Roman"/>
          <w:sz w:val="28"/>
          <w:szCs w:val="28"/>
        </w:rPr>
        <w:t xml:space="preserve">. </w:t>
      </w:r>
      <w:proofErr w:type="spellStart"/>
      <w:r w:rsidRPr="00C57AA7">
        <w:rPr>
          <w:rFonts w:eastAsia="Times New Roman" w:cs="Times New Roman"/>
          <w:sz w:val="28"/>
          <w:szCs w:val="28"/>
        </w:rPr>
        <w:t>Investitor</w:t>
      </w:r>
      <w:proofErr w:type="spellEnd"/>
      <w:r w:rsidRPr="00C57AA7">
        <w:rPr>
          <w:rFonts w:eastAsia="Times New Roman" w:cs="Times New Roman"/>
          <w:sz w:val="28"/>
          <w:szCs w:val="28"/>
        </w:rPr>
        <w:t xml:space="preserve">: </w:t>
      </w:r>
      <w:proofErr w:type="spellStart"/>
      <w:r w:rsidRPr="00C57AA7">
        <w:rPr>
          <w:rFonts w:eastAsia="Times New Roman" w:cs="Times New Roman"/>
          <w:sz w:val="28"/>
          <w:szCs w:val="28"/>
        </w:rPr>
        <w:t>Clubul</w:t>
      </w:r>
      <w:proofErr w:type="spellEnd"/>
      <w:r w:rsidRPr="00C57AA7">
        <w:rPr>
          <w:rFonts w:eastAsia="Times New Roman" w:cs="Times New Roman"/>
          <w:sz w:val="28"/>
          <w:szCs w:val="28"/>
        </w:rPr>
        <w:t xml:space="preserve"> </w:t>
      </w:r>
      <w:proofErr w:type="spellStart"/>
      <w:r w:rsidRPr="00C57AA7">
        <w:rPr>
          <w:rFonts w:eastAsia="Times New Roman" w:cs="Times New Roman"/>
          <w:sz w:val="28"/>
          <w:szCs w:val="28"/>
        </w:rPr>
        <w:t>Sportiv</w:t>
      </w:r>
      <w:proofErr w:type="spellEnd"/>
      <w:r w:rsidRPr="00C57AA7">
        <w:rPr>
          <w:rFonts w:eastAsia="Times New Roman" w:cs="Times New Roman"/>
          <w:sz w:val="28"/>
          <w:szCs w:val="28"/>
        </w:rPr>
        <w:t xml:space="preserve"> </w:t>
      </w:r>
      <w:proofErr w:type="spellStart"/>
      <w:r w:rsidRPr="00C57AA7">
        <w:rPr>
          <w:rFonts w:eastAsia="Times New Roman" w:cs="Times New Roman"/>
          <w:sz w:val="28"/>
          <w:szCs w:val="28"/>
        </w:rPr>
        <w:t>Județean</w:t>
      </w:r>
      <w:proofErr w:type="spellEnd"/>
      <w:r w:rsidRPr="00C57AA7">
        <w:rPr>
          <w:rFonts w:eastAsia="Times New Roman" w:cs="Times New Roman"/>
          <w:sz w:val="28"/>
          <w:szCs w:val="28"/>
        </w:rPr>
        <w:t xml:space="preserve"> </w:t>
      </w:r>
      <w:proofErr w:type="spellStart"/>
      <w:r w:rsidRPr="00C57AA7">
        <w:rPr>
          <w:rFonts w:eastAsia="Times New Roman" w:cs="Times New Roman"/>
          <w:sz w:val="28"/>
          <w:szCs w:val="28"/>
        </w:rPr>
        <w:t>Vrancea</w:t>
      </w:r>
      <w:proofErr w:type="spellEnd"/>
      <w:r w:rsidRPr="00C57AA7">
        <w:rPr>
          <w:rFonts w:eastAsia="Times New Roman" w:cs="Times New Roman"/>
          <w:sz w:val="28"/>
          <w:szCs w:val="28"/>
        </w:rPr>
        <w:t xml:space="preserve">, </w:t>
      </w:r>
      <w:proofErr w:type="spellStart"/>
      <w:r w:rsidRPr="00C57AA7">
        <w:rPr>
          <w:rFonts w:eastAsia="Times New Roman" w:cs="Times New Roman"/>
          <w:sz w:val="28"/>
          <w:szCs w:val="28"/>
        </w:rPr>
        <w:t>instituție</w:t>
      </w:r>
      <w:proofErr w:type="spellEnd"/>
      <w:r w:rsidRPr="00C57AA7">
        <w:rPr>
          <w:rFonts w:eastAsia="Times New Roman" w:cs="Times New Roman"/>
          <w:sz w:val="28"/>
          <w:szCs w:val="28"/>
        </w:rPr>
        <w:t xml:space="preserve"> </w:t>
      </w:r>
      <w:proofErr w:type="spellStart"/>
      <w:r w:rsidRPr="00C57AA7">
        <w:rPr>
          <w:rFonts w:eastAsia="Times New Roman" w:cs="Times New Roman"/>
          <w:sz w:val="28"/>
          <w:szCs w:val="28"/>
        </w:rPr>
        <w:t>publică</w:t>
      </w:r>
      <w:proofErr w:type="spellEnd"/>
      <w:r w:rsidRPr="00C57AA7">
        <w:rPr>
          <w:rFonts w:eastAsia="Times New Roman" w:cs="Times New Roman"/>
          <w:sz w:val="28"/>
          <w:szCs w:val="28"/>
        </w:rPr>
        <w:t xml:space="preserve"> de </w:t>
      </w:r>
      <w:proofErr w:type="spellStart"/>
      <w:r w:rsidRPr="00C57AA7">
        <w:rPr>
          <w:rFonts w:eastAsia="Times New Roman" w:cs="Times New Roman"/>
          <w:sz w:val="28"/>
          <w:szCs w:val="28"/>
        </w:rPr>
        <w:t>interes</w:t>
      </w:r>
      <w:proofErr w:type="spellEnd"/>
      <w:r w:rsidRPr="00C57AA7">
        <w:rPr>
          <w:rFonts w:eastAsia="Times New Roman" w:cs="Times New Roman"/>
          <w:sz w:val="28"/>
          <w:szCs w:val="28"/>
        </w:rPr>
        <w:t xml:space="preserve"> </w:t>
      </w:r>
      <w:proofErr w:type="spellStart"/>
      <w:r w:rsidRPr="00C57AA7">
        <w:rPr>
          <w:rFonts w:eastAsia="Times New Roman" w:cs="Times New Roman"/>
          <w:sz w:val="28"/>
          <w:szCs w:val="28"/>
        </w:rPr>
        <w:t>județean</w:t>
      </w:r>
      <w:proofErr w:type="spellEnd"/>
      <w:r w:rsidRPr="00C57AA7">
        <w:rPr>
          <w:rFonts w:eastAsia="Times New Roman" w:cs="Times New Roman"/>
          <w:sz w:val="28"/>
          <w:szCs w:val="28"/>
        </w:rPr>
        <w:t xml:space="preserve">, </w:t>
      </w:r>
      <w:proofErr w:type="spellStart"/>
      <w:r w:rsidRPr="00C57AA7">
        <w:rPr>
          <w:rFonts w:eastAsia="Times New Roman" w:cs="Times New Roman"/>
          <w:sz w:val="28"/>
          <w:szCs w:val="28"/>
        </w:rPr>
        <w:t>aflată</w:t>
      </w:r>
      <w:proofErr w:type="spellEnd"/>
      <w:r w:rsidRPr="00C57AA7">
        <w:rPr>
          <w:rFonts w:eastAsia="Times New Roman" w:cs="Times New Roman"/>
          <w:sz w:val="28"/>
          <w:szCs w:val="28"/>
        </w:rPr>
        <w:t xml:space="preserve"> </w:t>
      </w:r>
      <w:proofErr w:type="spellStart"/>
      <w:r w:rsidRPr="00C57AA7">
        <w:rPr>
          <w:rFonts w:eastAsia="Times New Roman" w:cs="Times New Roman"/>
          <w:sz w:val="28"/>
          <w:szCs w:val="28"/>
        </w:rPr>
        <w:t>în</w:t>
      </w:r>
      <w:proofErr w:type="spellEnd"/>
      <w:r w:rsidRPr="00C57AA7">
        <w:rPr>
          <w:rFonts w:eastAsia="Times New Roman" w:cs="Times New Roman"/>
          <w:sz w:val="28"/>
          <w:szCs w:val="28"/>
        </w:rPr>
        <w:t xml:space="preserve"> </w:t>
      </w:r>
      <w:proofErr w:type="spellStart"/>
      <w:r w:rsidRPr="00C57AA7">
        <w:rPr>
          <w:rFonts w:eastAsia="Times New Roman" w:cs="Times New Roman"/>
          <w:sz w:val="28"/>
          <w:szCs w:val="28"/>
        </w:rPr>
        <w:t>subordinea</w:t>
      </w:r>
      <w:proofErr w:type="spellEnd"/>
      <w:r w:rsidRPr="00C57AA7">
        <w:rPr>
          <w:rFonts w:eastAsia="Times New Roman" w:cs="Times New Roman"/>
          <w:sz w:val="28"/>
          <w:szCs w:val="28"/>
        </w:rPr>
        <w:t xml:space="preserve"> </w:t>
      </w:r>
      <w:proofErr w:type="spellStart"/>
      <w:r w:rsidRPr="00C57AA7">
        <w:rPr>
          <w:rFonts w:eastAsia="Times New Roman" w:cs="Times New Roman"/>
          <w:sz w:val="28"/>
          <w:szCs w:val="28"/>
        </w:rPr>
        <w:t>Consiliului</w:t>
      </w:r>
      <w:proofErr w:type="spellEnd"/>
      <w:r w:rsidRPr="00C57AA7">
        <w:rPr>
          <w:rFonts w:eastAsia="Times New Roman" w:cs="Times New Roman"/>
          <w:sz w:val="28"/>
          <w:szCs w:val="28"/>
        </w:rPr>
        <w:t xml:space="preserve"> </w:t>
      </w:r>
      <w:proofErr w:type="spellStart"/>
      <w:r w:rsidRPr="00C57AA7">
        <w:rPr>
          <w:rFonts w:eastAsia="Times New Roman" w:cs="Times New Roman"/>
          <w:sz w:val="28"/>
          <w:szCs w:val="28"/>
        </w:rPr>
        <w:t>Județean</w:t>
      </w:r>
      <w:proofErr w:type="spellEnd"/>
      <w:r w:rsidRPr="00C57AA7">
        <w:rPr>
          <w:rFonts w:eastAsia="Times New Roman" w:cs="Times New Roman"/>
          <w:sz w:val="28"/>
          <w:szCs w:val="28"/>
        </w:rPr>
        <w:t xml:space="preserve"> </w:t>
      </w:r>
      <w:proofErr w:type="spellStart"/>
      <w:r w:rsidRPr="00C57AA7">
        <w:rPr>
          <w:rFonts w:eastAsia="Times New Roman" w:cs="Times New Roman"/>
          <w:sz w:val="28"/>
          <w:szCs w:val="28"/>
        </w:rPr>
        <w:t>Vrancea</w:t>
      </w:r>
      <w:proofErr w:type="spellEnd"/>
      <w:r w:rsidRPr="00C57AA7">
        <w:rPr>
          <w:rFonts w:eastAsia="Times New Roman" w:cs="Times New Roman"/>
          <w:sz w:val="28"/>
          <w:szCs w:val="28"/>
        </w:rPr>
        <w:t>.</w:t>
      </w:r>
    </w:p>
    <w:p w14:paraId="3443A6EE" w14:textId="77777777" w:rsidR="00A57563" w:rsidRPr="00C57AA7" w:rsidRDefault="00E8585D">
      <w:pPr>
        <w:pStyle w:val="Titlu2"/>
        <w:rPr>
          <w:rFonts w:ascii="Times New Roman" w:hAnsi="Times New Roman" w:cs="Times New Roman"/>
          <w:sz w:val="28"/>
          <w:szCs w:val="28"/>
        </w:rPr>
      </w:pPr>
      <w:r w:rsidRPr="00C57AA7">
        <w:rPr>
          <w:rFonts w:ascii="Times New Roman" w:hAnsi="Times New Roman" w:cs="Times New Roman"/>
          <w:sz w:val="28"/>
          <w:szCs w:val="28"/>
        </w:rPr>
        <w:t xml:space="preserve">1.3. </w:t>
      </w:r>
      <w:proofErr w:type="spellStart"/>
      <w:r w:rsidRPr="00C57AA7">
        <w:rPr>
          <w:rFonts w:ascii="Times New Roman" w:hAnsi="Times New Roman" w:cs="Times New Roman"/>
          <w:sz w:val="28"/>
          <w:szCs w:val="28"/>
        </w:rPr>
        <w:t>Ordonator</w:t>
      </w:r>
      <w:proofErr w:type="spellEnd"/>
      <w:r w:rsidRPr="00C57AA7">
        <w:rPr>
          <w:rFonts w:ascii="Times New Roman" w:hAnsi="Times New Roman" w:cs="Times New Roman"/>
          <w:sz w:val="28"/>
          <w:szCs w:val="28"/>
        </w:rPr>
        <w:t xml:space="preserve"> de </w:t>
      </w:r>
      <w:proofErr w:type="spellStart"/>
      <w:r w:rsidRPr="00C57AA7">
        <w:rPr>
          <w:rFonts w:ascii="Times New Roman" w:hAnsi="Times New Roman" w:cs="Times New Roman"/>
          <w:sz w:val="28"/>
          <w:szCs w:val="28"/>
        </w:rPr>
        <w:t>credite</w:t>
      </w:r>
      <w:proofErr w:type="spellEnd"/>
      <w:r w:rsidRPr="00C57AA7">
        <w:rPr>
          <w:rFonts w:ascii="Times New Roman" w:hAnsi="Times New Roman" w:cs="Times New Roman"/>
          <w:sz w:val="28"/>
          <w:szCs w:val="28"/>
        </w:rPr>
        <w:t xml:space="preserve"> (</w:t>
      </w:r>
      <w:proofErr w:type="spellStart"/>
      <w:r w:rsidRPr="00C57AA7">
        <w:rPr>
          <w:rFonts w:ascii="Times New Roman" w:hAnsi="Times New Roman" w:cs="Times New Roman"/>
          <w:sz w:val="28"/>
          <w:szCs w:val="28"/>
        </w:rPr>
        <w:t>secundar</w:t>
      </w:r>
      <w:proofErr w:type="spellEnd"/>
      <w:r w:rsidRPr="00C57AA7">
        <w:rPr>
          <w:rFonts w:ascii="Times New Roman" w:hAnsi="Times New Roman" w:cs="Times New Roman"/>
          <w:sz w:val="28"/>
          <w:szCs w:val="28"/>
        </w:rPr>
        <w:t>/</w:t>
      </w:r>
      <w:proofErr w:type="spellStart"/>
      <w:r w:rsidRPr="00C57AA7">
        <w:rPr>
          <w:rFonts w:ascii="Times New Roman" w:hAnsi="Times New Roman" w:cs="Times New Roman"/>
          <w:sz w:val="28"/>
          <w:szCs w:val="28"/>
        </w:rPr>
        <w:t>terțiar</w:t>
      </w:r>
      <w:proofErr w:type="spellEnd"/>
      <w:r w:rsidRPr="00C57AA7">
        <w:rPr>
          <w:rFonts w:ascii="Times New Roman" w:hAnsi="Times New Roman" w:cs="Times New Roman"/>
          <w:sz w:val="28"/>
          <w:szCs w:val="28"/>
        </w:rPr>
        <w:t>)</w:t>
      </w:r>
    </w:p>
    <w:p w14:paraId="2267CF61" w14:textId="77777777" w:rsidR="00A57563" w:rsidRPr="00C57AA7" w:rsidRDefault="00E8585D">
      <w:pPr>
        <w:ind w:firstLine="0"/>
        <w:rPr>
          <w:rFonts w:cs="Times New Roman"/>
          <w:sz w:val="28"/>
          <w:szCs w:val="28"/>
        </w:rPr>
      </w:pPr>
      <w:proofErr w:type="spellStart"/>
      <w:r w:rsidRPr="00C57AA7">
        <w:rPr>
          <w:rFonts w:eastAsia="Times New Roman" w:cs="Times New Roman"/>
          <w:sz w:val="28"/>
          <w:szCs w:val="28"/>
        </w:rPr>
        <w:t>Clubul</w:t>
      </w:r>
      <w:proofErr w:type="spellEnd"/>
      <w:r w:rsidRPr="00C57AA7">
        <w:rPr>
          <w:rFonts w:eastAsia="Times New Roman" w:cs="Times New Roman"/>
          <w:sz w:val="28"/>
          <w:szCs w:val="28"/>
        </w:rPr>
        <w:t xml:space="preserve"> </w:t>
      </w:r>
      <w:proofErr w:type="spellStart"/>
      <w:r w:rsidRPr="00C57AA7">
        <w:rPr>
          <w:rFonts w:eastAsia="Times New Roman" w:cs="Times New Roman"/>
          <w:sz w:val="28"/>
          <w:szCs w:val="28"/>
        </w:rPr>
        <w:t>Sportiv</w:t>
      </w:r>
      <w:proofErr w:type="spellEnd"/>
      <w:r w:rsidRPr="00C57AA7">
        <w:rPr>
          <w:rFonts w:eastAsia="Times New Roman" w:cs="Times New Roman"/>
          <w:sz w:val="28"/>
          <w:szCs w:val="28"/>
        </w:rPr>
        <w:t xml:space="preserve"> </w:t>
      </w:r>
      <w:proofErr w:type="spellStart"/>
      <w:r w:rsidRPr="00C57AA7">
        <w:rPr>
          <w:rFonts w:eastAsia="Times New Roman" w:cs="Times New Roman"/>
          <w:sz w:val="28"/>
          <w:szCs w:val="28"/>
        </w:rPr>
        <w:t>Județean</w:t>
      </w:r>
      <w:proofErr w:type="spellEnd"/>
      <w:r w:rsidRPr="00C57AA7">
        <w:rPr>
          <w:rFonts w:eastAsia="Times New Roman" w:cs="Times New Roman"/>
          <w:sz w:val="28"/>
          <w:szCs w:val="28"/>
        </w:rPr>
        <w:t xml:space="preserve"> </w:t>
      </w:r>
      <w:proofErr w:type="spellStart"/>
      <w:r w:rsidRPr="00C57AA7">
        <w:rPr>
          <w:rFonts w:eastAsia="Times New Roman" w:cs="Times New Roman"/>
          <w:sz w:val="28"/>
          <w:szCs w:val="28"/>
        </w:rPr>
        <w:t>Vrancea</w:t>
      </w:r>
      <w:proofErr w:type="spellEnd"/>
      <w:r w:rsidRPr="00C57AA7">
        <w:rPr>
          <w:rFonts w:eastAsia="Times New Roman" w:cs="Times New Roman"/>
          <w:sz w:val="28"/>
          <w:szCs w:val="28"/>
        </w:rPr>
        <w:t xml:space="preserve">, </w:t>
      </w:r>
      <w:proofErr w:type="spellStart"/>
      <w:r w:rsidRPr="00C57AA7">
        <w:rPr>
          <w:rFonts w:eastAsia="Times New Roman" w:cs="Times New Roman"/>
          <w:sz w:val="28"/>
          <w:szCs w:val="28"/>
        </w:rPr>
        <w:t>prin</w:t>
      </w:r>
      <w:proofErr w:type="spellEnd"/>
      <w:r w:rsidRPr="00C57AA7">
        <w:rPr>
          <w:rFonts w:eastAsia="Times New Roman" w:cs="Times New Roman"/>
          <w:sz w:val="28"/>
          <w:szCs w:val="28"/>
        </w:rPr>
        <w:t xml:space="preserve"> director, </w:t>
      </w:r>
      <w:proofErr w:type="spellStart"/>
      <w:r w:rsidRPr="00C57AA7">
        <w:rPr>
          <w:rFonts w:eastAsia="Times New Roman" w:cs="Times New Roman"/>
          <w:sz w:val="28"/>
          <w:szCs w:val="28"/>
        </w:rPr>
        <w:t>în</w:t>
      </w:r>
      <w:proofErr w:type="spellEnd"/>
      <w:r w:rsidRPr="00C57AA7">
        <w:rPr>
          <w:rFonts w:eastAsia="Times New Roman" w:cs="Times New Roman"/>
          <w:sz w:val="28"/>
          <w:szCs w:val="28"/>
        </w:rPr>
        <w:t xml:space="preserve"> </w:t>
      </w:r>
      <w:proofErr w:type="spellStart"/>
      <w:r w:rsidRPr="00C57AA7">
        <w:rPr>
          <w:rFonts w:eastAsia="Times New Roman" w:cs="Times New Roman"/>
          <w:sz w:val="28"/>
          <w:szCs w:val="28"/>
        </w:rPr>
        <w:t>calitatea</w:t>
      </w:r>
      <w:proofErr w:type="spellEnd"/>
      <w:r w:rsidRPr="00C57AA7">
        <w:rPr>
          <w:rFonts w:eastAsia="Times New Roman" w:cs="Times New Roman"/>
          <w:sz w:val="28"/>
          <w:szCs w:val="28"/>
        </w:rPr>
        <w:t xml:space="preserve"> </w:t>
      </w:r>
      <w:proofErr w:type="spellStart"/>
      <w:r w:rsidRPr="00C57AA7">
        <w:rPr>
          <w:rFonts w:eastAsia="Times New Roman" w:cs="Times New Roman"/>
          <w:sz w:val="28"/>
          <w:szCs w:val="28"/>
        </w:rPr>
        <w:t>stabilită</w:t>
      </w:r>
      <w:proofErr w:type="spellEnd"/>
      <w:r w:rsidRPr="00C57AA7">
        <w:rPr>
          <w:rFonts w:eastAsia="Times New Roman" w:cs="Times New Roman"/>
          <w:sz w:val="28"/>
          <w:szCs w:val="28"/>
        </w:rPr>
        <w:t xml:space="preserve"> </w:t>
      </w:r>
      <w:proofErr w:type="spellStart"/>
      <w:r w:rsidRPr="00C57AA7">
        <w:rPr>
          <w:rFonts w:eastAsia="Times New Roman" w:cs="Times New Roman"/>
          <w:sz w:val="28"/>
          <w:szCs w:val="28"/>
        </w:rPr>
        <w:t>prin</w:t>
      </w:r>
      <w:proofErr w:type="spellEnd"/>
      <w:r w:rsidRPr="00C57AA7">
        <w:rPr>
          <w:rFonts w:eastAsia="Times New Roman" w:cs="Times New Roman"/>
          <w:sz w:val="28"/>
          <w:szCs w:val="28"/>
        </w:rPr>
        <w:t xml:space="preserve"> </w:t>
      </w:r>
      <w:proofErr w:type="spellStart"/>
      <w:r w:rsidRPr="00C57AA7">
        <w:rPr>
          <w:rFonts w:eastAsia="Times New Roman" w:cs="Times New Roman"/>
          <w:sz w:val="28"/>
          <w:szCs w:val="28"/>
        </w:rPr>
        <w:t>actele</w:t>
      </w:r>
      <w:proofErr w:type="spellEnd"/>
      <w:r w:rsidRPr="00C57AA7">
        <w:rPr>
          <w:rFonts w:eastAsia="Times New Roman" w:cs="Times New Roman"/>
          <w:sz w:val="28"/>
          <w:szCs w:val="28"/>
        </w:rPr>
        <w:t xml:space="preserve"> de </w:t>
      </w:r>
      <w:proofErr w:type="spellStart"/>
      <w:r w:rsidRPr="00C57AA7">
        <w:rPr>
          <w:rFonts w:eastAsia="Times New Roman" w:cs="Times New Roman"/>
          <w:sz w:val="28"/>
          <w:szCs w:val="28"/>
        </w:rPr>
        <w:t>organizare</w:t>
      </w:r>
      <w:proofErr w:type="spellEnd"/>
      <w:r w:rsidRPr="00C57AA7">
        <w:rPr>
          <w:rFonts w:eastAsia="Times New Roman" w:cs="Times New Roman"/>
          <w:sz w:val="28"/>
          <w:szCs w:val="28"/>
        </w:rPr>
        <w:t xml:space="preserve"> </w:t>
      </w:r>
      <w:proofErr w:type="spellStart"/>
      <w:r w:rsidRPr="00C57AA7">
        <w:rPr>
          <w:rFonts w:eastAsia="Times New Roman" w:cs="Times New Roman"/>
          <w:sz w:val="28"/>
          <w:szCs w:val="28"/>
        </w:rPr>
        <w:t>și</w:t>
      </w:r>
      <w:proofErr w:type="spellEnd"/>
      <w:r w:rsidRPr="00C57AA7">
        <w:rPr>
          <w:rFonts w:eastAsia="Times New Roman" w:cs="Times New Roman"/>
          <w:sz w:val="28"/>
          <w:szCs w:val="28"/>
        </w:rPr>
        <w:t xml:space="preserve"> </w:t>
      </w:r>
      <w:proofErr w:type="spellStart"/>
      <w:r w:rsidRPr="00C57AA7">
        <w:rPr>
          <w:rFonts w:eastAsia="Times New Roman" w:cs="Times New Roman"/>
          <w:sz w:val="28"/>
          <w:szCs w:val="28"/>
        </w:rPr>
        <w:t>prin</w:t>
      </w:r>
      <w:proofErr w:type="spellEnd"/>
      <w:r w:rsidRPr="00C57AA7">
        <w:rPr>
          <w:rFonts w:eastAsia="Times New Roman" w:cs="Times New Roman"/>
          <w:sz w:val="28"/>
          <w:szCs w:val="28"/>
        </w:rPr>
        <w:t xml:space="preserve"> </w:t>
      </w:r>
      <w:proofErr w:type="spellStart"/>
      <w:r w:rsidRPr="00C57AA7">
        <w:rPr>
          <w:rFonts w:eastAsia="Times New Roman" w:cs="Times New Roman"/>
          <w:sz w:val="28"/>
          <w:szCs w:val="28"/>
        </w:rPr>
        <w:t>bugetul</w:t>
      </w:r>
      <w:proofErr w:type="spellEnd"/>
      <w:r w:rsidRPr="00C57AA7">
        <w:rPr>
          <w:rFonts w:eastAsia="Times New Roman" w:cs="Times New Roman"/>
          <w:sz w:val="28"/>
          <w:szCs w:val="28"/>
        </w:rPr>
        <w:t xml:space="preserve"> </w:t>
      </w:r>
      <w:proofErr w:type="spellStart"/>
      <w:r w:rsidRPr="00C57AA7">
        <w:rPr>
          <w:rFonts w:eastAsia="Times New Roman" w:cs="Times New Roman"/>
          <w:sz w:val="28"/>
          <w:szCs w:val="28"/>
        </w:rPr>
        <w:t>aprobat</w:t>
      </w:r>
      <w:proofErr w:type="spellEnd"/>
      <w:r w:rsidRPr="00C57AA7">
        <w:rPr>
          <w:rFonts w:eastAsia="Times New Roman" w:cs="Times New Roman"/>
          <w:sz w:val="28"/>
          <w:szCs w:val="28"/>
        </w:rPr>
        <w:t>.</w:t>
      </w:r>
    </w:p>
    <w:p w14:paraId="038B8AB1" w14:textId="77777777" w:rsidR="00A57563" w:rsidRPr="00C57AA7" w:rsidRDefault="00E8585D">
      <w:pPr>
        <w:pStyle w:val="Titlu2"/>
        <w:rPr>
          <w:rFonts w:ascii="Times New Roman" w:hAnsi="Times New Roman" w:cs="Times New Roman"/>
          <w:sz w:val="28"/>
          <w:szCs w:val="28"/>
        </w:rPr>
      </w:pPr>
      <w:r w:rsidRPr="00C57AA7">
        <w:rPr>
          <w:rFonts w:ascii="Times New Roman" w:hAnsi="Times New Roman" w:cs="Times New Roman"/>
          <w:sz w:val="28"/>
          <w:szCs w:val="28"/>
        </w:rPr>
        <w:t xml:space="preserve">1.4. </w:t>
      </w:r>
      <w:proofErr w:type="spellStart"/>
      <w:r w:rsidRPr="00C57AA7">
        <w:rPr>
          <w:rFonts w:ascii="Times New Roman" w:hAnsi="Times New Roman" w:cs="Times New Roman"/>
          <w:sz w:val="28"/>
          <w:szCs w:val="28"/>
        </w:rPr>
        <w:t>Beneficiarul</w:t>
      </w:r>
      <w:proofErr w:type="spellEnd"/>
      <w:r w:rsidRPr="00C57AA7">
        <w:rPr>
          <w:rFonts w:ascii="Times New Roman" w:hAnsi="Times New Roman" w:cs="Times New Roman"/>
          <w:sz w:val="28"/>
          <w:szCs w:val="28"/>
        </w:rPr>
        <w:t xml:space="preserve"> </w:t>
      </w:r>
      <w:proofErr w:type="spellStart"/>
      <w:r w:rsidRPr="00C57AA7">
        <w:rPr>
          <w:rFonts w:ascii="Times New Roman" w:hAnsi="Times New Roman" w:cs="Times New Roman"/>
          <w:sz w:val="28"/>
          <w:szCs w:val="28"/>
        </w:rPr>
        <w:t>investiției</w:t>
      </w:r>
      <w:proofErr w:type="spellEnd"/>
    </w:p>
    <w:p w14:paraId="1B546299" w14:textId="77777777" w:rsidR="00A57563" w:rsidRPr="00C57AA7" w:rsidRDefault="00E8585D">
      <w:pPr>
        <w:ind w:firstLine="0"/>
        <w:jc w:val="left"/>
        <w:rPr>
          <w:rFonts w:cs="Times New Roman"/>
          <w:sz w:val="28"/>
          <w:szCs w:val="28"/>
        </w:rPr>
      </w:pPr>
      <w:proofErr w:type="spellStart"/>
      <w:r w:rsidRPr="00C57AA7">
        <w:rPr>
          <w:rFonts w:eastAsia="Times New Roman" w:cs="Times New Roman"/>
          <w:sz w:val="28"/>
          <w:szCs w:val="28"/>
        </w:rPr>
        <w:t>Clubul</w:t>
      </w:r>
      <w:proofErr w:type="spellEnd"/>
      <w:r w:rsidRPr="00C57AA7">
        <w:rPr>
          <w:rFonts w:eastAsia="Times New Roman" w:cs="Times New Roman"/>
          <w:sz w:val="28"/>
          <w:szCs w:val="28"/>
        </w:rPr>
        <w:t xml:space="preserve"> </w:t>
      </w:r>
      <w:proofErr w:type="spellStart"/>
      <w:r w:rsidRPr="00C57AA7">
        <w:rPr>
          <w:rFonts w:eastAsia="Times New Roman" w:cs="Times New Roman"/>
          <w:sz w:val="28"/>
          <w:szCs w:val="28"/>
        </w:rPr>
        <w:t>Sportiv</w:t>
      </w:r>
      <w:proofErr w:type="spellEnd"/>
      <w:r w:rsidRPr="00C57AA7">
        <w:rPr>
          <w:rFonts w:eastAsia="Times New Roman" w:cs="Times New Roman"/>
          <w:sz w:val="28"/>
          <w:szCs w:val="28"/>
        </w:rPr>
        <w:t xml:space="preserve"> </w:t>
      </w:r>
      <w:proofErr w:type="spellStart"/>
      <w:r w:rsidRPr="00C57AA7">
        <w:rPr>
          <w:rFonts w:eastAsia="Times New Roman" w:cs="Times New Roman"/>
          <w:sz w:val="28"/>
          <w:szCs w:val="28"/>
        </w:rPr>
        <w:t>Județean</w:t>
      </w:r>
      <w:proofErr w:type="spellEnd"/>
      <w:r w:rsidRPr="00C57AA7">
        <w:rPr>
          <w:rFonts w:eastAsia="Times New Roman" w:cs="Times New Roman"/>
          <w:sz w:val="28"/>
          <w:szCs w:val="28"/>
        </w:rPr>
        <w:t xml:space="preserve"> </w:t>
      </w:r>
      <w:proofErr w:type="spellStart"/>
      <w:r w:rsidRPr="00C57AA7">
        <w:rPr>
          <w:rFonts w:eastAsia="Times New Roman" w:cs="Times New Roman"/>
          <w:sz w:val="28"/>
          <w:szCs w:val="28"/>
        </w:rPr>
        <w:t>Vrancea</w:t>
      </w:r>
      <w:proofErr w:type="spellEnd"/>
    </w:p>
    <w:p w14:paraId="22532B2C" w14:textId="77777777" w:rsidR="00A57563" w:rsidRPr="00C57AA7" w:rsidRDefault="00E8585D">
      <w:pPr>
        <w:pStyle w:val="Titlu1"/>
        <w:rPr>
          <w:rFonts w:ascii="Times New Roman" w:hAnsi="Times New Roman" w:cs="Times New Roman"/>
          <w:sz w:val="28"/>
        </w:rPr>
      </w:pPr>
      <w:r w:rsidRPr="00C57AA7">
        <w:rPr>
          <w:rFonts w:ascii="Times New Roman" w:hAnsi="Times New Roman" w:cs="Times New Roman"/>
          <w:sz w:val="28"/>
        </w:rPr>
        <w:t xml:space="preserve">2. </w:t>
      </w:r>
      <w:proofErr w:type="spellStart"/>
      <w:r w:rsidRPr="00C57AA7">
        <w:rPr>
          <w:rFonts w:ascii="Times New Roman" w:hAnsi="Times New Roman" w:cs="Times New Roman"/>
          <w:sz w:val="28"/>
        </w:rPr>
        <w:t>Necesitatea</w:t>
      </w:r>
      <w:proofErr w:type="spellEnd"/>
      <w:r w:rsidRPr="00C57AA7">
        <w:rPr>
          <w:rFonts w:ascii="Times New Roman" w:hAnsi="Times New Roman" w:cs="Times New Roman"/>
          <w:sz w:val="28"/>
        </w:rPr>
        <w:t xml:space="preserve"> </w:t>
      </w:r>
      <w:proofErr w:type="spellStart"/>
      <w:r w:rsidRPr="00C57AA7">
        <w:rPr>
          <w:rFonts w:ascii="Times New Roman" w:hAnsi="Times New Roman" w:cs="Times New Roman"/>
          <w:sz w:val="28"/>
        </w:rPr>
        <w:t>și</w:t>
      </w:r>
      <w:proofErr w:type="spellEnd"/>
      <w:r w:rsidRPr="00C57AA7">
        <w:rPr>
          <w:rFonts w:ascii="Times New Roman" w:hAnsi="Times New Roman" w:cs="Times New Roman"/>
          <w:sz w:val="28"/>
        </w:rPr>
        <w:t xml:space="preserve"> </w:t>
      </w:r>
      <w:proofErr w:type="spellStart"/>
      <w:r w:rsidRPr="00C57AA7">
        <w:rPr>
          <w:rFonts w:ascii="Times New Roman" w:hAnsi="Times New Roman" w:cs="Times New Roman"/>
          <w:sz w:val="28"/>
        </w:rPr>
        <w:t>oportunitatea</w:t>
      </w:r>
      <w:proofErr w:type="spellEnd"/>
      <w:r w:rsidRPr="00C57AA7">
        <w:rPr>
          <w:rFonts w:ascii="Times New Roman" w:hAnsi="Times New Roman" w:cs="Times New Roman"/>
          <w:sz w:val="28"/>
        </w:rPr>
        <w:t xml:space="preserve"> </w:t>
      </w:r>
      <w:proofErr w:type="spellStart"/>
      <w:r w:rsidRPr="00C57AA7">
        <w:rPr>
          <w:rFonts w:ascii="Times New Roman" w:hAnsi="Times New Roman" w:cs="Times New Roman"/>
          <w:sz w:val="28"/>
        </w:rPr>
        <w:t>obiectivului</w:t>
      </w:r>
      <w:proofErr w:type="spellEnd"/>
      <w:r w:rsidRPr="00C57AA7">
        <w:rPr>
          <w:rFonts w:ascii="Times New Roman" w:hAnsi="Times New Roman" w:cs="Times New Roman"/>
          <w:sz w:val="28"/>
        </w:rPr>
        <w:t xml:space="preserve"> de </w:t>
      </w:r>
      <w:proofErr w:type="spellStart"/>
      <w:r w:rsidRPr="00C57AA7">
        <w:rPr>
          <w:rFonts w:ascii="Times New Roman" w:hAnsi="Times New Roman" w:cs="Times New Roman"/>
          <w:sz w:val="28"/>
        </w:rPr>
        <w:t>investiții</w:t>
      </w:r>
      <w:proofErr w:type="spellEnd"/>
      <w:r w:rsidRPr="00C57AA7">
        <w:rPr>
          <w:rFonts w:ascii="Times New Roman" w:hAnsi="Times New Roman" w:cs="Times New Roman"/>
          <w:sz w:val="28"/>
        </w:rPr>
        <w:t xml:space="preserve"> </w:t>
      </w:r>
      <w:proofErr w:type="spellStart"/>
      <w:r w:rsidRPr="00C57AA7">
        <w:rPr>
          <w:rFonts w:ascii="Times New Roman" w:hAnsi="Times New Roman" w:cs="Times New Roman"/>
          <w:sz w:val="28"/>
        </w:rPr>
        <w:t>propus</w:t>
      </w:r>
      <w:proofErr w:type="spellEnd"/>
    </w:p>
    <w:p w14:paraId="6BAC00F0" w14:textId="77777777" w:rsidR="00A57563" w:rsidRPr="00C57AA7" w:rsidRDefault="00E8585D">
      <w:pPr>
        <w:pStyle w:val="Titlu2"/>
        <w:rPr>
          <w:rFonts w:ascii="Times New Roman" w:hAnsi="Times New Roman" w:cs="Times New Roman"/>
          <w:sz w:val="28"/>
          <w:szCs w:val="28"/>
        </w:rPr>
      </w:pPr>
      <w:r w:rsidRPr="00C57AA7">
        <w:rPr>
          <w:rFonts w:ascii="Times New Roman" w:hAnsi="Times New Roman" w:cs="Times New Roman"/>
          <w:sz w:val="28"/>
          <w:szCs w:val="28"/>
        </w:rPr>
        <w:t xml:space="preserve">2.1. </w:t>
      </w:r>
      <w:proofErr w:type="spellStart"/>
      <w:r w:rsidRPr="00C57AA7">
        <w:rPr>
          <w:rFonts w:ascii="Times New Roman" w:hAnsi="Times New Roman" w:cs="Times New Roman"/>
          <w:sz w:val="28"/>
          <w:szCs w:val="28"/>
        </w:rPr>
        <w:t>Scurtă</w:t>
      </w:r>
      <w:proofErr w:type="spellEnd"/>
      <w:r w:rsidRPr="00C57AA7">
        <w:rPr>
          <w:rFonts w:ascii="Times New Roman" w:hAnsi="Times New Roman" w:cs="Times New Roman"/>
          <w:sz w:val="28"/>
          <w:szCs w:val="28"/>
        </w:rPr>
        <w:t xml:space="preserve"> </w:t>
      </w:r>
      <w:proofErr w:type="spellStart"/>
      <w:r w:rsidRPr="00C57AA7">
        <w:rPr>
          <w:rFonts w:ascii="Times New Roman" w:hAnsi="Times New Roman" w:cs="Times New Roman"/>
          <w:sz w:val="28"/>
          <w:szCs w:val="28"/>
        </w:rPr>
        <w:t>prezentare</w:t>
      </w:r>
      <w:proofErr w:type="spellEnd"/>
      <w:r w:rsidRPr="00C57AA7">
        <w:rPr>
          <w:rFonts w:ascii="Times New Roman" w:hAnsi="Times New Roman" w:cs="Times New Roman"/>
          <w:sz w:val="28"/>
          <w:szCs w:val="28"/>
        </w:rPr>
        <w:t xml:space="preserve"> </w:t>
      </w:r>
      <w:proofErr w:type="spellStart"/>
      <w:r w:rsidRPr="00C57AA7">
        <w:rPr>
          <w:rFonts w:ascii="Times New Roman" w:hAnsi="Times New Roman" w:cs="Times New Roman"/>
          <w:sz w:val="28"/>
          <w:szCs w:val="28"/>
        </w:rPr>
        <w:t>privind</w:t>
      </w:r>
      <w:proofErr w:type="spellEnd"/>
      <w:r w:rsidRPr="00C57AA7">
        <w:rPr>
          <w:rFonts w:ascii="Times New Roman" w:hAnsi="Times New Roman" w:cs="Times New Roman"/>
          <w:sz w:val="28"/>
          <w:szCs w:val="28"/>
        </w:rPr>
        <w:t>:</w:t>
      </w:r>
    </w:p>
    <w:p w14:paraId="40ACDBBE" w14:textId="77777777" w:rsidR="00A57563" w:rsidRPr="00C57AA7" w:rsidRDefault="00E8585D">
      <w:pPr>
        <w:pStyle w:val="Titlu3"/>
        <w:rPr>
          <w:rFonts w:ascii="Times New Roman" w:hAnsi="Times New Roman" w:cs="Times New Roman"/>
          <w:sz w:val="28"/>
          <w:szCs w:val="28"/>
        </w:rPr>
      </w:pPr>
      <w:r w:rsidRPr="00C57AA7">
        <w:rPr>
          <w:rFonts w:ascii="Times New Roman" w:hAnsi="Times New Roman" w:cs="Times New Roman"/>
          <w:sz w:val="28"/>
          <w:szCs w:val="28"/>
        </w:rPr>
        <w:t xml:space="preserve">a) </w:t>
      </w:r>
      <w:proofErr w:type="spellStart"/>
      <w:r w:rsidRPr="00C57AA7">
        <w:rPr>
          <w:rFonts w:ascii="Times New Roman" w:hAnsi="Times New Roman" w:cs="Times New Roman"/>
          <w:sz w:val="28"/>
          <w:szCs w:val="28"/>
        </w:rPr>
        <w:t>Deficiențe</w:t>
      </w:r>
      <w:proofErr w:type="spellEnd"/>
      <w:r w:rsidRPr="00C57AA7">
        <w:rPr>
          <w:rFonts w:ascii="Times New Roman" w:hAnsi="Times New Roman" w:cs="Times New Roman"/>
          <w:sz w:val="28"/>
          <w:szCs w:val="28"/>
        </w:rPr>
        <w:t xml:space="preserve"> ale </w:t>
      </w:r>
      <w:proofErr w:type="spellStart"/>
      <w:r w:rsidRPr="00C57AA7">
        <w:rPr>
          <w:rFonts w:ascii="Times New Roman" w:hAnsi="Times New Roman" w:cs="Times New Roman"/>
          <w:sz w:val="28"/>
          <w:szCs w:val="28"/>
        </w:rPr>
        <w:t>situației</w:t>
      </w:r>
      <w:proofErr w:type="spellEnd"/>
      <w:r w:rsidRPr="00C57AA7">
        <w:rPr>
          <w:rFonts w:ascii="Times New Roman" w:hAnsi="Times New Roman" w:cs="Times New Roman"/>
          <w:sz w:val="28"/>
          <w:szCs w:val="28"/>
        </w:rPr>
        <w:t xml:space="preserve"> </w:t>
      </w:r>
      <w:proofErr w:type="spellStart"/>
      <w:r w:rsidRPr="00C57AA7">
        <w:rPr>
          <w:rFonts w:ascii="Times New Roman" w:hAnsi="Times New Roman" w:cs="Times New Roman"/>
          <w:sz w:val="28"/>
          <w:szCs w:val="28"/>
        </w:rPr>
        <w:t>actuale</w:t>
      </w:r>
      <w:proofErr w:type="spellEnd"/>
    </w:p>
    <w:p w14:paraId="4276D8DF" w14:textId="77777777" w:rsidR="00A57563" w:rsidRPr="00C57AA7" w:rsidRDefault="00E8585D">
      <w:pPr>
        <w:rPr>
          <w:rFonts w:cs="Times New Roman"/>
          <w:sz w:val="28"/>
          <w:szCs w:val="28"/>
        </w:rPr>
      </w:pPr>
      <w:r>
        <w:rPr>
          <w:rFonts w:eastAsia="Times New Roman" w:cs="Times New Roman"/>
          <w:sz w:val="28"/>
          <w:szCs w:val="28"/>
        </w:rPr>
        <w:t>Terenurile cu gazon natural din cadrul imobilului Complex sportiv - Stadionul „Milcov” necesită o sursă de apă predictibilă pentru irigare, în special în perioadele secetoase și de utilizare intensă. La această etapă nu sunt confirmate prin studiu hidrogeologic amplasamentul optim, adâncimea stratului acvifer, debitul exploatabil, calitatea apei, influența asupra corpurilor de apă subterană și compatibilitatea cu infrastructura existentă.</w:t>
      </w:r>
    </w:p>
    <w:p w14:paraId="646ABC79" w14:textId="77777777" w:rsidR="00A57563" w:rsidRPr="00C57AA7" w:rsidRDefault="00E8585D">
      <w:pPr>
        <w:rPr>
          <w:rFonts w:cs="Times New Roman"/>
          <w:sz w:val="28"/>
          <w:szCs w:val="28"/>
        </w:rPr>
      </w:pPr>
      <w:r>
        <w:rPr>
          <w:rFonts w:eastAsia="Times New Roman" w:cs="Times New Roman"/>
          <w:sz w:val="28"/>
          <w:szCs w:val="28"/>
        </w:rPr>
        <w:lastRenderedPageBreak/>
        <w:t>Obiectivul vizează realizarea unei captări de apă subterană pentru irigarea terenurilor naturale. Pentru ca investiția să fie justificată, sigură și funcțională, documentația va trata ansamblul lucrărilor necesare: studiile și avizele, execuția forajului, tubarea și filtrarea, dezvoltarea, pomparea experimentală, analizele, protecția capului puțului și documentația tehnică, precum și echiparea și racordarea la rețeaua de irigații în măsura fundamentată prin studiul de fezabilitate și încadrată în buget.</w:t>
      </w:r>
    </w:p>
    <w:p w14:paraId="6DCD6983" w14:textId="77777777" w:rsidR="00A57563" w:rsidRPr="00C57AA7" w:rsidRDefault="00E8585D">
      <w:pPr>
        <w:pStyle w:val="Titlu3"/>
        <w:rPr>
          <w:rFonts w:ascii="Times New Roman" w:hAnsi="Times New Roman" w:cs="Times New Roman"/>
          <w:sz w:val="28"/>
          <w:szCs w:val="28"/>
        </w:rPr>
      </w:pPr>
      <w:r w:rsidRPr="00C57AA7">
        <w:rPr>
          <w:rFonts w:ascii="Times New Roman" w:hAnsi="Times New Roman" w:cs="Times New Roman"/>
          <w:sz w:val="28"/>
          <w:szCs w:val="28"/>
        </w:rPr>
        <w:t xml:space="preserve">b) </w:t>
      </w:r>
      <w:proofErr w:type="spellStart"/>
      <w:r w:rsidRPr="00C57AA7">
        <w:rPr>
          <w:rFonts w:ascii="Times New Roman" w:hAnsi="Times New Roman" w:cs="Times New Roman"/>
          <w:sz w:val="28"/>
          <w:szCs w:val="28"/>
        </w:rPr>
        <w:t>Efectul</w:t>
      </w:r>
      <w:proofErr w:type="spellEnd"/>
      <w:r w:rsidRPr="00C57AA7">
        <w:rPr>
          <w:rFonts w:ascii="Times New Roman" w:hAnsi="Times New Roman" w:cs="Times New Roman"/>
          <w:sz w:val="28"/>
          <w:szCs w:val="28"/>
        </w:rPr>
        <w:t xml:space="preserve"> </w:t>
      </w:r>
      <w:proofErr w:type="spellStart"/>
      <w:r w:rsidRPr="00C57AA7">
        <w:rPr>
          <w:rFonts w:ascii="Times New Roman" w:hAnsi="Times New Roman" w:cs="Times New Roman"/>
          <w:sz w:val="28"/>
          <w:szCs w:val="28"/>
        </w:rPr>
        <w:t>pozitiv</w:t>
      </w:r>
      <w:proofErr w:type="spellEnd"/>
      <w:r w:rsidRPr="00C57AA7">
        <w:rPr>
          <w:rFonts w:ascii="Times New Roman" w:hAnsi="Times New Roman" w:cs="Times New Roman"/>
          <w:sz w:val="28"/>
          <w:szCs w:val="28"/>
        </w:rPr>
        <w:t xml:space="preserve"> </w:t>
      </w:r>
      <w:proofErr w:type="spellStart"/>
      <w:r w:rsidRPr="00C57AA7">
        <w:rPr>
          <w:rFonts w:ascii="Times New Roman" w:hAnsi="Times New Roman" w:cs="Times New Roman"/>
          <w:sz w:val="28"/>
          <w:szCs w:val="28"/>
        </w:rPr>
        <w:t>previzionat</w:t>
      </w:r>
      <w:proofErr w:type="spellEnd"/>
      <w:r w:rsidRPr="00C57AA7">
        <w:rPr>
          <w:rFonts w:ascii="Times New Roman" w:hAnsi="Times New Roman" w:cs="Times New Roman"/>
          <w:sz w:val="28"/>
          <w:szCs w:val="28"/>
        </w:rPr>
        <w:t xml:space="preserve"> </w:t>
      </w:r>
      <w:proofErr w:type="spellStart"/>
      <w:r w:rsidRPr="00C57AA7">
        <w:rPr>
          <w:rFonts w:ascii="Times New Roman" w:hAnsi="Times New Roman" w:cs="Times New Roman"/>
          <w:sz w:val="28"/>
          <w:szCs w:val="28"/>
        </w:rPr>
        <w:t>prin</w:t>
      </w:r>
      <w:proofErr w:type="spellEnd"/>
      <w:r w:rsidRPr="00C57AA7">
        <w:rPr>
          <w:rFonts w:ascii="Times New Roman" w:hAnsi="Times New Roman" w:cs="Times New Roman"/>
          <w:sz w:val="28"/>
          <w:szCs w:val="28"/>
        </w:rPr>
        <w:t xml:space="preserve"> </w:t>
      </w:r>
      <w:proofErr w:type="spellStart"/>
      <w:r w:rsidRPr="00C57AA7">
        <w:rPr>
          <w:rFonts w:ascii="Times New Roman" w:hAnsi="Times New Roman" w:cs="Times New Roman"/>
          <w:sz w:val="28"/>
          <w:szCs w:val="28"/>
        </w:rPr>
        <w:t>realizarea</w:t>
      </w:r>
      <w:proofErr w:type="spellEnd"/>
      <w:r w:rsidRPr="00C57AA7">
        <w:rPr>
          <w:rFonts w:ascii="Times New Roman" w:hAnsi="Times New Roman" w:cs="Times New Roman"/>
          <w:sz w:val="28"/>
          <w:szCs w:val="28"/>
        </w:rPr>
        <w:t xml:space="preserve"> </w:t>
      </w:r>
      <w:proofErr w:type="spellStart"/>
      <w:r w:rsidRPr="00C57AA7">
        <w:rPr>
          <w:rFonts w:ascii="Times New Roman" w:hAnsi="Times New Roman" w:cs="Times New Roman"/>
          <w:sz w:val="28"/>
          <w:szCs w:val="28"/>
        </w:rPr>
        <w:t>obiectivului</w:t>
      </w:r>
      <w:proofErr w:type="spellEnd"/>
      <w:r w:rsidRPr="00C57AA7">
        <w:rPr>
          <w:rFonts w:ascii="Times New Roman" w:hAnsi="Times New Roman" w:cs="Times New Roman"/>
          <w:sz w:val="28"/>
          <w:szCs w:val="28"/>
        </w:rPr>
        <w:t xml:space="preserve"> de </w:t>
      </w:r>
      <w:proofErr w:type="spellStart"/>
      <w:r w:rsidRPr="00C57AA7">
        <w:rPr>
          <w:rFonts w:ascii="Times New Roman" w:hAnsi="Times New Roman" w:cs="Times New Roman"/>
          <w:sz w:val="28"/>
          <w:szCs w:val="28"/>
        </w:rPr>
        <w:t>investiții</w:t>
      </w:r>
      <w:proofErr w:type="spellEnd"/>
    </w:p>
    <w:p w14:paraId="7C55B495" w14:textId="77777777" w:rsidR="00A57563" w:rsidRPr="00C57AA7" w:rsidRDefault="00E8585D">
      <w:pPr>
        <w:rPr>
          <w:rFonts w:cs="Times New Roman"/>
          <w:sz w:val="28"/>
          <w:szCs w:val="28"/>
        </w:rPr>
      </w:pPr>
      <w:r>
        <w:rPr>
          <w:rFonts w:eastAsia="Times New Roman" w:cs="Times New Roman"/>
          <w:sz w:val="28"/>
          <w:szCs w:val="28"/>
        </w:rPr>
        <w:t>Investiția va permite verificarea efectivă a resursei subterane și, dacă rezultatele sunt favorabile, realizarea unei captări pregătite pentru exploatarea legală și integrarea în sistemul de irigare.</w:t>
      </w:r>
    </w:p>
    <w:p w14:paraId="7EFDAAD7" w14:textId="77777777" w:rsidR="00A57563" w:rsidRPr="00C57AA7" w:rsidRDefault="00E8585D">
      <w:pPr>
        <w:pStyle w:val="Listcumarcatori"/>
        <w:keepLines/>
        <w:rPr>
          <w:rFonts w:cs="Times New Roman"/>
          <w:sz w:val="28"/>
          <w:szCs w:val="28"/>
        </w:rPr>
      </w:pPr>
      <w:proofErr w:type="spellStart"/>
      <w:r w:rsidRPr="00C57AA7">
        <w:rPr>
          <w:rFonts w:eastAsia="Times New Roman" w:cs="Times New Roman"/>
          <w:sz w:val="28"/>
          <w:szCs w:val="28"/>
        </w:rPr>
        <w:t>fundamentarea</w:t>
      </w:r>
      <w:proofErr w:type="spellEnd"/>
      <w:r w:rsidRPr="00C57AA7">
        <w:rPr>
          <w:rFonts w:eastAsia="Times New Roman" w:cs="Times New Roman"/>
          <w:sz w:val="28"/>
          <w:szCs w:val="28"/>
        </w:rPr>
        <w:t xml:space="preserve"> </w:t>
      </w:r>
      <w:proofErr w:type="spellStart"/>
      <w:r w:rsidRPr="00C57AA7">
        <w:rPr>
          <w:rFonts w:eastAsia="Times New Roman" w:cs="Times New Roman"/>
          <w:sz w:val="28"/>
          <w:szCs w:val="28"/>
        </w:rPr>
        <w:t>hidrogeologică</w:t>
      </w:r>
      <w:proofErr w:type="spellEnd"/>
      <w:r w:rsidRPr="00C57AA7">
        <w:rPr>
          <w:rFonts w:eastAsia="Times New Roman" w:cs="Times New Roman"/>
          <w:sz w:val="28"/>
          <w:szCs w:val="28"/>
        </w:rPr>
        <w:t xml:space="preserve"> a </w:t>
      </w:r>
      <w:proofErr w:type="spellStart"/>
      <w:r w:rsidRPr="00C57AA7">
        <w:rPr>
          <w:rFonts w:eastAsia="Times New Roman" w:cs="Times New Roman"/>
          <w:sz w:val="28"/>
          <w:szCs w:val="28"/>
        </w:rPr>
        <w:t>soluției</w:t>
      </w:r>
      <w:proofErr w:type="spellEnd"/>
      <w:r w:rsidRPr="00C57AA7">
        <w:rPr>
          <w:rFonts w:eastAsia="Times New Roman" w:cs="Times New Roman"/>
          <w:sz w:val="28"/>
          <w:szCs w:val="28"/>
        </w:rPr>
        <w:t xml:space="preserve"> </w:t>
      </w:r>
      <w:proofErr w:type="spellStart"/>
      <w:r w:rsidRPr="00C57AA7">
        <w:rPr>
          <w:rFonts w:eastAsia="Times New Roman" w:cs="Times New Roman"/>
          <w:sz w:val="28"/>
          <w:szCs w:val="28"/>
        </w:rPr>
        <w:t>și</w:t>
      </w:r>
      <w:proofErr w:type="spellEnd"/>
      <w:r w:rsidRPr="00C57AA7">
        <w:rPr>
          <w:rFonts w:eastAsia="Times New Roman" w:cs="Times New Roman"/>
          <w:sz w:val="28"/>
          <w:szCs w:val="28"/>
        </w:rPr>
        <w:t xml:space="preserve"> </w:t>
      </w:r>
      <w:proofErr w:type="spellStart"/>
      <w:r w:rsidRPr="00C57AA7">
        <w:rPr>
          <w:rFonts w:eastAsia="Times New Roman" w:cs="Times New Roman"/>
          <w:sz w:val="28"/>
          <w:szCs w:val="28"/>
        </w:rPr>
        <w:t>alegerea</w:t>
      </w:r>
      <w:proofErr w:type="spellEnd"/>
      <w:r w:rsidRPr="00C57AA7">
        <w:rPr>
          <w:rFonts w:eastAsia="Times New Roman" w:cs="Times New Roman"/>
          <w:sz w:val="28"/>
          <w:szCs w:val="28"/>
        </w:rPr>
        <w:t xml:space="preserve"> </w:t>
      </w:r>
      <w:proofErr w:type="spellStart"/>
      <w:r w:rsidRPr="00C57AA7">
        <w:rPr>
          <w:rFonts w:eastAsia="Times New Roman" w:cs="Times New Roman"/>
          <w:sz w:val="28"/>
          <w:szCs w:val="28"/>
        </w:rPr>
        <w:t>amplasamentului</w:t>
      </w:r>
      <w:proofErr w:type="spellEnd"/>
      <w:r w:rsidRPr="00C57AA7">
        <w:rPr>
          <w:rFonts w:eastAsia="Times New Roman" w:cs="Times New Roman"/>
          <w:sz w:val="28"/>
          <w:szCs w:val="28"/>
        </w:rPr>
        <w:t>;</w:t>
      </w:r>
    </w:p>
    <w:p w14:paraId="648FFDE7" w14:textId="77777777" w:rsidR="00A57563" w:rsidRPr="00C57AA7" w:rsidRDefault="00E8585D">
      <w:pPr>
        <w:pStyle w:val="Listcumarcatori"/>
        <w:keepLines/>
        <w:rPr>
          <w:rFonts w:cs="Times New Roman"/>
          <w:sz w:val="28"/>
          <w:szCs w:val="28"/>
        </w:rPr>
      </w:pPr>
      <w:proofErr w:type="spellStart"/>
      <w:r w:rsidRPr="00C57AA7">
        <w:rPr>
          <w:rFonts w:eastAsia="Times New Roman" w:cs="Times New Roman"/>
          <w:sz w:val="28"/>
          <w:szCs w:val="28"/>
        </w:rPr>
        <w:t>determinarea</w:t>
      </w:r>
      <w:proofErr w:type="spellEnd"/>
      <w:r w:rsidRPr="00C57AA7">
        <w:rPr>
          <w:rFonts w:eastAsia="Times New Roman" w:cs="Times New Roman"/>
          <w:sz w:val="28"/>
          <w:szCs w:val="28"/>
        </w:rPr>
        <w:t xml:space="preserve"> </w:t>
      </w:r>
      <w:proofErr w:type="spellStart"/>
      <w:r w:rsidRPr="00C57AA7">
        <w:rPr>
          <w:rFonts w:eastAsia="Times New Roman" w:cs="Times New Roman"/>
          <w:sz w:val="28"/>
          <w:szCs w:val="28"/>
        </w:rPr>
        <w:t>debitului</w:t>
      </w:r>
      <w:proofErr w:type="spellEnd"/>
      <w:r w:rsidRPr="00C57AA7">
        <w:rPr>
          <w:rFonts w:eastAsia="Times New Roman" w:cs="Times New Roman"/>
          <w:sz w:val="28"/>
          <w:szCs w:val="28"/>
        </w:rPr>
        <w:t xml:space="preserve">, </w:t>
      </w:r>
      <w:proofErr w:type="spellStart"/>
      <w:r w:rsidRPr="00C57AA7">
        <w:rPr>
          <w:rFonts w:eastAsia="Times New Roman" w:cs="Times New Roman"/>
          <w:sz w:val="28"/>
          <w:szCs w:val="28"/>
        </w:rPr>
        <w:t>nivelurilor</w:t>
      </w:r>
      <w:proofErr w:type="spellEnd"/>
      <w:r w:rsidRPr="00C57AA7">
        <w:rPr>
          <w:rFonts w:eastAsia="Times New Roman" w:cs="Times New Roman"/>
          <w:sz w:val="28"/>
          <w:szCs w:val="28"/>
        </w:rPr>
        <w:t xml:space="preserve"> </w:t>
      </w:r>
      <w:proofErr w:type="spellStart"/>
      <w:r w:rsidRPr="00C57AA7">
        <w:rPr>
          <w:rFonts w:eastAsia="Times New Roman" w:cs="Times New Roman"/>
          <w:sz w:val="28"/>
          <w:szCs w:val="28"/>
        </w:rPr>
        <w:t>și</w:t>
      </w:r>
      <w:proofErr w:type="spellEnd"/>
      <w:r w:rsidRPr="00C57AA7">
        <w:rPr>
          <w:rFonts w:eastAsia="Times New Roman" w:cs="Times New Roman"/>
          <w:sz w:val="28"/>
          <w:szCs w:val="28"/>
        </w:rPr>
        <w:t xml:space="preserve"> </w:t>
      </w:r>
      <w:proofErr w:type="spellStart"/>
      <w:r w:rsidRPr="00C57AA7">
        <w:rPr>
          <w:rFonts w:eastAsia="Times New Roman" w:cs="Times New Roman"/>
          <w:sz w:val="28"/>
          <w:szCs w:val="28"/>
        </w:rPr>
        <w:t>calității</w:t>
      </w:r>
      <w:proofErr w:type="spellEnd"/>
      <w:r w:rsidRPr="00C57AA7">
        <w:rPr>
          <w:rFonts w:eastAsia="Times New Roman" w:cs="Times New Roman"/>
          <w:sz w:val="28"/>
          <w:szCs w:val="28"/>
        </w:rPr>
        <w:t xml:space="preserve"> </w:t>
      </w:r>
      <w:proofErr w:type="spellStart"/>
      <w:r w:rsidRPr="00C57AA7">
        <w:rPr>
          <w:rFonts w:eastAsia="Times New Roman" w:cs="Times New Roman"/>
          <w:sz w:val="28"/>
          <w:szCs w:val="28"/>
        </w:rPr>
        <w:t>apei</w:t>
      </w:r>
      <w:proofErr w:type="spellEnd"/>
      <w:r w:rsidRPr="00C57AA7">
        <w:rPr>
          <w:rFonts w:eastAsia="Times New Roman" w:cs="Times New Roman"/>
          <w:sz w:val="28"/>
          <w:szCs w:val="28"/>
        </w:rPr>
        <w:t xml:space="preserve"> </w:t>
      </w:r>
      <w:proofErr w:type="spellStart"/>
      <w:r w:rsidRPr="00C57AA7">
        <w:rPr>
          <w:rFonts w:eastAsia="Times New Roman" w:cs="Times New Roman"/>
          <w:sz w:val="28"/>
          <w:szCs w:val="28"/>
        </w:rPr>
        <w:t>prin</w:t>
      </w:r>
      <w:proofErr w:type="spellEnd"/>
      <w:r w:rsidRPr="00C57AA7">
        <w:rPr>
          <w:rFonts w:eastAsia="Times New Roman" w:cs="Times New Roman"/>
          <w:sz w:val="28"/>
          <w:szCs w:val="28"/>
        </w:rPr>
        <w:t xml:space="preserve"> probe </w:t>
      </w:r>
      <w:proofErr w:type="spellStart"/>
      <w:r w:rsidRPr="00C57AA7">
        <w:rPr>
          <w:rFonts w:eastAsia="Times New Roman" w:cs="Times New Roman"/>
          <w:sz w:val="28"/>
          <w:szCs w:val="28"/>
        </w:rPr>
        <w:t>și</w:t>
      </w:r>
      <w:proofErr w:type="spellEnd"/>
      <w:r w:rsidRPr="00C57AA7">
        <w:rPr>
          <w:rFonts w:eastAsia="Times New Roman" w:cs="Times New Roman"/>
          <w:sz w:val="28"/>
          <w:szCs w:val="28"/>
        </w:rPr>
        <w:t xml:space="preserve"> </w:t>
      </w:r>
      <w:proofErr w:type="spellStart"/>
      <w:r w:rsidRPr="00C57AA7">
        <w:rPr>
          <w:rFonts w:eastAsia="Times New Roman" w:cs="Times New Roman"/>
          <w:sz w:val="28"/>
          <w:szCs w:val="28"/>
        </w:rPr>
        <w:t>analize</w:t>
      </w:r>
      <w:proofErr w:type="spellEnd"/>
      <w:r w:rsidRPr="00C57AA7">
        <w:rPr>
          <w:rFonts w:eastAsia="Times New Roman" w:cs="Times New Roman"/>
          <w:sz w:val="28"/>
          <w:szCs w:val="28"/>
        </w:rPr>
        <w:t>;</w:t>
      </w:r>
    </w:p>
    <w:p w14:paraId="030C743E" w14:textId="77777777" w:rsidR="00A57563" w:rsidRPr="00C57AA7" w:rsidRDefault="00E8585D">
      <w:pPr>
        <w:pStyle w:val="Listcumarcatori"/>
        <w:keepLines/>
        <w:rPr>
          <w:rFonts w:cs="Times New Roman"/>
          <w:sz w:val="28"/>
          <w:szCs w:val="28"/>
        </w:rPr>
      </w:pPr>
      <w:proofErr w:type="spellStart"/>
      <w:r w:rsidRPr="00C57AA7">
        <w:rPr>
          <w:rFonts w:eastAsia="Times New Roman" w:cs="Times New Roman"/>
          <w:sz w:val="28"/>
          <w:szCs w:val="28"/>
        </w:rPr>
        <w:t>reducerea</w:t>
      </w:r>
      <w:proofErr w:type="spellEnd"/>
      <w:r w:rsidRPr="00C57AA7">
        <w:rPr>
          <w:rFonts w:eastAsia="Times New Roman" w:cs="Times New Roman"/>
          <w:sz w:val="28"/>
          <w:szCs w:val="28"/>
        </w:rPr>
        <w:t xml:space="preserve"> </w:t>
      </w:r>
      <w:proofErr w:type="spellStart"/>
      <w:r w:rsidRPr="00C57AA7">
        <w:rPr>
          <w:rFonts w:eastAsia="Times New Roman" w:cs="Times New Roman"/>
          <w:sz w:val="28"/>
          <w:szCs w:val="28"/>
        </w:rPr>
        <w:t>riscului</w:t>
      </w:r>
      <w:proofErr w:type="spellEnd"/>
      <w:r w:rsidRPr="00C57AA7">
        <w:rPr>
          <w:rFonts w:eastAsia="Times New Roman" w:cs="Times New Roman"/>
          <w:sz w:val="28"/>
          <w:szCs w:val="28"/>
        </w:rPr>
        <w:t xml:space="preserve"> de </w:t>
      </w:r>
      <w:proofErr w:type="spellStart"/>
      <w:r w:rsidRPr="00C57AA7">
        <w:rPr>
          <w:rFonts w:eastAsia="Times New Roman" w:cs="Times New Roman"/>
          <w:sz w:val="28"/>
          <w:szCs w:val="28"/>
        </w:rPr>
        <w:t>executare</w:t>
      </w:r>
      <w:proofErr w:type="spellEnd"/>
      <w:r w:rsidRPr="00C57AA7">
        <w:rPr>
          <w:rFonts w:eastAsia="Times New Roman" w:cs="Times New Roman"/>
          <w:sz w:val="28"/>
          <w:szCs w:val="28"/>
        </w:rPr>
        <w:t xml:space="preserve"> a </w:t>
      </w:r>
      <w:proofErr w:type="spellStart"/>
      <w:r w:rsidRPr="00C57AA7">
        <w:rPr>
          <w:rFonts w:eastAsia="Times New Roman" w:cs="Times New Roman"/>
          <w:sz w:val="28"/>
          <w:szCs w:val="28"/>
        </w:rPr>
        <w:t>unui</w:t>
      </w:r>
      <w:proofErr w:type="spellEnd"/>
      <w:r w:rsidRPr="00C57AA7">
        <w:rPr>
          <w:rFonts w:eastAsia="Times New Roman" w:cs="Times New Roman"/>
          <w:sz w:val="28"/>
          <w:szCs w:val="28"/>
        </w:rPr>
        <w:t xml:space="preserve"> </w:t>
      </w:r>
      <w:proofErr w:type="spellStart"/>
      <w:r w:rsidRPr="00C57AA7">
        <w:rPr>
          <w:rFonts w:eastAsia="Times New Roman" w:cs="Times New Roman"/>
          <w:sz w:val="28"/>
          <w:szCs w:val="28"/>
        </w:rPr>
        <w:t>foraj</w:t>
      </w:r>
      <w:proofErr w:type="spellEnd"/>
      <w:r w:rsidRPr="00C57AA7">
        <w:rPr>
          <w:rFonts w:eastAsia="Times New Roman" w:cs="Times New Roman"/>
          <w:sz w:val="28"/>
          <w:szCs w:val="28"/>
        </w:rPr>
        <w:t xml:space="preserve"> </w:t>
      </w:r>
      <w:proofErr w:type="spellStart"/>
      <w:r w:rsidRPr="00C57AA7">
        <w:rPr>
          <w:rFonts w:eastAsia="Times New Roman" w:cs="Times New Roman"/>
          <w:sz w:val="28"/>
          <w:szCs w:val="28"/>
        </w:rPr>
        <w:t>necorespunzător</w:t>
      </w:r>
      <w:proofErr w:type="spellEnd"/>
      <w:r w:rsidRPr="00C57AA7">
        <w:rPr>
          <w:rFonts w:eastAsia="Times New Roman" w:cs="Times New Roman"/>
          <w:sz w:val="28"/>
          <w:szCs w:val="28"/>
        </w:rPr>
        <w:t xml:space="preserve"> </w:t>
      </w:r>
      <w:proofErr w:type="spellStart"/>
      <w:r w:rsidRPr="00C57AA7">
        <w:rPr>
          <w:rFonts w:eastAsia="Times New Roman" w:cs="Times New Roman"/>
          <w:sz w:val="28"/>
          <w:szCs w:val="28"/>
        </w:rPr>
        <w:t>sau</w:t>
      </w:r>
      <w:proofErr w:type="spellEnd"/>
      <w:r w:rsidRPr="00C57AA7">
        <w:rPr>
          <w:rFonts w:eastAsia="Times New Roman" w:cs="Times New Roman"/>
          <w:sz w:val="28"/>
          <w:szCs w:val="28"/>
        </w:rPr>
        <w:t xml:space="preserve"> </w:t>
      </w:r>
      <w:proofErr w:type="spellStart"/>
      <w:r w:rsidRPr="00C57AA7">
        <w:rPr>
          <w:rFonts w:eastAsia="Times New Roman" w:cs="Times New Roman"/>
          <w:sz w:val="28"/>
          <w:szCs w:val="28"/>
        </w:rPr>
        <w:t>neautorizabil</w:t>
      </w:r>
      <w:proofErr w:type="spellEnd"/>
      <w:r w:rsidRPr="00C57AA7">
        <w:rPr>
          <w:rFonts w:eastAsia="Times New Roman" w:cs="Times New Roman"/>
          <w:sz w:val="28"/>
          <w:szCs w:val="28"/>
        </w:rPr>
        <w:t>;</w:t>
      </w:r>
    </w:p>
    <w:p w14:paraId="0FD42287" w14:textId="77777777" w:rsidR="00A57563" w:rsidRPr="00C57AA7" w:rsidRDefault="00E8585D">
      <w:pPr>
        <w:pStyle w:val="Listcumarcatori"/>
        <w:keepLines/>
        <w:rPr>
          <w:rFonts w:cs="Times New Roman"/>
          <w:sz w:val="28"/>
          <w:szCs w:val="28"/>
        </w:rPr>
      </w:pPr>
      <w:proofErr w:type="spellStart"/>
      <w:r w:rsidRPr="00C57AA7">
        <w:rPr>
          <w:rFonts w:eastAsia="Times New Roman" w:cs="Times New Roman"/>
          <w:sz w:val="28"/>
          <w:szCs w:val="28"/>
        </w:rPr>
        <w:t>protejarea</w:t>
      </w:r>
      <w:proofErr w:type="spellEnd"/>
      <w:r w:rsidRPr="00C57AA7">
        <w:rPr>
          <w:rFonts w:eastAsia="Times New Roman" w:cs="Times New Roman"/>
          <w:sz w:val="28"/>
          <w:szCs w:val="28"/>
        </w:rPr>
        <w:t xml:space="preserve"> </w:t>
      </w:r>
      <w:proofErr w:type="spellStart"/>
      <w:r w:rsidRPr="00C57AA7">
        <w:rPr>
          <w:rFonts w:eastAsia="Times New Roman" w:cs="Times New Roman"/>
          <w:sz w:val="28"/>
          <w:szCs w:val="28"/>
        </w:rPr>
        <w:t>acviferului</w:t>
      </w:r>
      <w:proofErr w:type="spellEnd"/>
      <w:r w:rsidRPr="00C57AA7">
        <w:rPr>
          <w:rFonts w:eastAsia="Times New Roman" w:cs="Times New Roman"/>
          <w:sz w:val="28"/>
          <w:szCs w:val="28"/>
        </w:rPr>
        <w:t xml:space="preserve"> </w:t>
      </w:r>
      <w:proofErr w:type="spellStart"/>
      <w:r w:rsidRPr="00C57AA7">
        <w:rPr>
          <w:rFonts w:eastAsia="Times New Roman" w:cs="Times New Roman"/>
          <w:sz w:val="28"/>
          <w:szCs w:val="28"/>
        </w:rPr>
        <w:t>împotriva</w:t>
      </w:r>
      <w:proofErr w:type="spellEnd"/>
      <w:r w:rsidRPr="00C57AA7">
        <w:rPr>
          <w:rFonts w:eastAsia="Times New Roman" w:cs="Times New Roman"/>
          <w:sz w:val="28"/>
          <w:szCs w:val="28"/>
        </w:rPr>
        <w:t xml:space="preserve"> </w:t>
      </w:r>
      <w:proofErr w:type="spellStart"/>
      <w:r w:rsidRPr="00C57AA7">
        <w:rPr>
          <w:rFonts w:eastAsia="Times New Roman" w:cs="Times New Roman"/>
          <w:sz w:val="28"/>
          <w:szCs w:val="28"/>
        </w:rPr>
        <w:t>contaminării</w:t>
      </w:r>
      <w:proofErr w:type="spellEnd"/>
      <w:r w:rsidRPr="00C57AA7">
        <w:rPr>
          <w:rFonts w:eastAsia="Times New Roman" w:cs="Times New Roman"/>
          <w:sz w:val="28"/>
          <w:szCs w:val="28"/>
        </w:rPr>
        <w:t xml:space="preserve"> </w:t>
      </w:r>
      <w:proofErr w:type="spellStart"/>
      <w:r w:rsidRPr="00C57AA7">
        <w:rPr>
          <w:rFonts w:eastAsia="Times New Roman" w:cs="Times New Roman"/>
          <w:sz w:val="28"/>
          <w:szCs w:val="28"/>
        </w:rPr>
        <w:t>și</w:t>
      </w:r>
      <w:proofErr w:type="spellEnd"/>
      <w:r w:rsidRPr="00C57AA7">
        <w:rPr>
          <w:rFonts w:eastAsia="Times New Roman" w:cs="Times New Roman"/>
          <w:sz w:val="28"/>
          <w:szCs w:val="28"/>
        </w:rPr>
        <w:t xml:space="preserve"> </w:t>
      </w:r>
      <w:proofErr w:type="gramStart"/>
      <w:r w:rsidRPr="00C57AA7">
        <w:rPr>
          <w:rFonts w:eastAsia="Times New Roman" w:cs="Times New Roman"/>
          <w:sz w:val="28"/>
          <w:szCs w:val="28"/>
        </w:rPr>
        <w:t>a</w:t>
      </w:r>
      <w:proofErr w:type="gramEnd"/>
      <w:r w:rsidRPr="00C57AA7">
        <w:rPr>
          <w:rFonts w:eastAsia="Times New Roman" w:cs="Times New Roman"/>
          <w:sz w:val="28"/>
          <w:szCs w:val="28"/>
        </w:rPr>
        <w:t xml:space="preserve"> </w:t>
      </w:r>
      <w:proofErr w:type="spellStart"/>
      <w:r w:rsidRPr="00C57AA7">
        <w:rPr>
          <w:rFonts w:eastAsia="Times New Roman" w:cs="Times New Roman"/>
          <w:sz w:val="28"/>
          <w:szCs w:val="28"/>
        </w:rPr>
        <w:t>exploatării</w:t>
      </w:r>
      <w:proofErr w:type="spellEnd"/>
      <w:r w:rsidRPr="00C57AA7">
        <w:rPr>
          <w:rFonts w:eastAsia="Times New Roman" w:cs="Times New Roman"/>
          <w:sz w:val="28"/>
          <w:szCs w:val="28"/>
        </w:rPr>
        <w:t xml:space="preserve"> </w:t>
      </w:r>
      <w:proofErr w:type="spellStart"/>
      <w:r w:rsidRPr="00C57AA7">
        <w:rPr>
          <w:rFonts w:eastAsia="Times New Roman" w:cs="Times New Roman"/>
          <w:sz w:val="28"/>
          <w:szCs w:val="28"/>
        </w:rPr>
        <w:t>necontrolate</w:t>
      </w:r>
      <w:proofErr w:type="spellEnd"/>
      <w:r w:rsidRPr="00C57AA7">
        <w:rPr>
          <w:rFonts w:eastAsia="Times New Roman" w:cs="Times New Roman"/>
          <w:sz w:val="28"/>
          <w:szCs w:val="28"/>
        </w:rPr>
        <w:t>;</w:t>
      </w:r>
    </w:p>
    <w:p w14:paraId="583D4AC5" w14:textId="77777777" w:rsidR="00A57563" w:rsidRPr="00C57AA7" w:rsidRDefault="00E8585D">
      <w:pPr>
        <w:pStyle w:val="Listcumarcatori"/>
        <w:keepLines/>
        <w:rPr>
          <w:rFonts w:cs="Times New Roman"/>
          <w:sz w:val="28"/>
          <w:szCs w:val="28"/>
        </w:rPr>
      </w:pPr>
      <w:proofErr w:type="spellStart"/>
      <w:r w:rsidRPr="00C57AA7">
        <w:rPr>
          <w:rFonts w:eastAsia="Times New Roman" w:cs="Times New Roman"/>
          <w:sz w:val="28"/>
          <w:szCs w:val="28"/>
        </w:rPr>
        <w:t>crearea</w:t>
      </w:r>
      <w:proofErr w:type="spellEnd"/>
      <w:r w:rsidRPr="00C57AA7">
        <w:rPr>
          <w:rFonts w:eastAsia="Times New Roman" w:cs="Times New Roman"/>
          <w:sz w:val="28"/>
          <w:szCs w:val="28"/>
        </w:rPr>
        <w:t xml:space="preserve"> </w:t>
      </w:r>
      <w:proofErr w:type="spellStart"/>
      <w:r w:rsidRPr="00C57AA7">
        <w:rPr>
          <w:rFonts w:eastAsia="Times New Roman" w:cs="Times New Roman"/>
          <w:sz w:val="28"/>
          <w:szCs w:val="28"/>
        </w:rPr>
        <w:t>bazei</w:t>
      </w:r>
      <w:proofErr w:type="spellEnd"/>
      <w:r w:rsidRPr="00C57AA7">
        <w:rPr>
          <w:rFonts w:eastAsia="Times New Roman" w:cs="Times New Roman"/>
          <w:sz w:val="28"/>
          <w:szCs w:val="28"/>
        </w:rPr>
        <w:t xml:space="preserve"> </w:t>
      </w:r>
      <w:proofErr w:type="spellStart"/>
      <w:r w:rsidRPr="00C57AA7">
        <w:rPr>
          <w:rFonts w:eastAsia="Times New Roman" w:cs="Times New Roman"/>
          <w:sz w:val="28"/>
          <w:szCs w:val="28"/>
        </w:rPr>
        <w:t>tehnice</w:t>
      </w:r>
      <w:proofErr w:type="spellEnd"/>
      <w:r w:rsidRPr="00C57AA7">
        <w:rPr>
          <w:rFonts w:eastAsia="Times New Roman" w:cs="Times New Roman"/>
          <w:sz w:val="28"/>
          <w:szCs w:val="28"/>
        </w:rPr>
        <w:t xml:space="preserve"> </w:t>
      </w:r>
      <w:proofErr w:type="spellStart"/>
      <w:r w:rsidRPr="00C57AA7">
        <w:rPr>
          <w:rFonts w:eastAsia="Times New Roman" w:cs="Times New Roman"/>
          <w:sz w:val="28"/>
          <w:szCs w:val="28"/>
        </w:rPr>
        <w:t>pentru</w:t>
      </w:r>
      <w:proofErr w:type="spellEnd"/>
      <w:r w:rsidRPr="00C57AA7">
        <w:rPr>
          <w:rFonts w:eastAsia="Times New Roman" w:cs="Times New Roman"/>
          <w:sz w:val="28"/>
          <w:szCs w:val="28"/>
        </w:rPr>
        <w:t xml:space="preserve"> </w:t>
      </w:r>
      <w:proofErr w:type="spellStart"/>
      <w:r w:rsidRPr="00C57AA7">
        <w:rPr>
          <w:rFonts w:eastAsia="Times New Roman" w:cs="Times New Roman"/>
          <w:sz w:val="28"/>
          <w:szCs w:val="28"/>
        </w:rPr>
        <w:t>irigarea</w:t>
      </w:r>
      <w:proofErr w:type="spellEnd"/>
      <w:r w:rsidRPr="00C57AA7">
        <w:rPr>
          <w:rFonts w:eastAsia="Times New Roman" w:cs="Times New Roman"/>
          <w:sz w:val="28"/>
          <w:szCs w:val="28"/>
        </w:rPr>
        <w:t xml:space="preserve"> </w:t>
      </w:r>
      <w:proofErr w:type="spellStart"/>
      <w:r w:rsidRPr="00C57AA7">
        <w:rPr>
          <w:rFonts w:eastAsia="Times New Roman" w:cs="Times New Roman"/>
          <w:sz w:val="28"/>
          <w:szCs w:val="28"/>
        </w:rPr>
        <w:t>durabilă</w:t>
      </w:r>
      <w:proofErr w:type="spellEnd"/>
      <w:r w:rsidRPr="00C57AA7">
        <w:rPr>
          <w:rFonts w:eastAsia="Times New Roman" w:cs="Times New Roman"/>
          <w:sz w:val="28"/>
          <w:szCs w:val="28"/>
        </w:rPr>
        <w:t xml:space="preserve"> a </w:t>
      </w:r>
      <w:proofErr w:type="spellStart"/>
      <w:r w:rsidRPr="00C57AA7">
        <w:rPr>
          <w:rFonts w:eastAsia="Times New Roman" w:cs="Times New Roman"/>
          <w:sz w:val="28"/>
          <w:szCs w:val="28"/>
        </w:rPr>
        <w:t>terenurilor</w:t>
      </w:r>
      <w:proofErr w:type="spellEnd"/>
      <w:r w:rsidRPr="00C57AA7">
        <w:rPr>
          <w:rFonts w:eastAsia="Times New Roman" w:cs="Times New Roman"/>
          <w:sz w:val="28"/>
          <w:szCs w:val="28"/>
        </w:rPr>
        <w:t xml:space="preserve"> </w:t>
      </w:r>
      <w:proofErr w:type="spellStart"/>
      <w:r w:rsidRPr="00C57AA7">
        <w:rPr>
          <w:rFonts w:eastAsia="Times New Roman" w:cs="Times New Roman"/>
          <w:sz w:val="28"/>
          <w:szCs w:val="28"/>
        </w:rPr>
        <w:t>naturale</w:t>
      </w:r>
      <w:proofErr w:type="spellEnd"/>
      <w:r w:rsidRPr="00C57AA7">
        <w:rPr>
          <w:rFonts w:eastAsia="Times New Roman" w:cs="Times New Roman"/>
          <w:sz w:val="28"/>
          <w:szCs w:val="28"/>
        </w:rPr>
        <w:t>.</w:t>
      </w:r>
    </w:p>
    <w:p w14:paraId="426A3B1D" w14:textId="77777777" w:rsidR="00A57563" w:rsidRPr="00C57AA7" w:rsidRDefault="00E8585D">
      <w:pPr>
        <w:pStyle w:val="Titlu3"/>
        <w:rPr>
          <w:rFonts w:ascii="Times New Roman" w:hAnsi="Times New Roman" w:cs="Times New Roman"/>
          <w:sz w:val="28"/>
          <w:szCs w:val="28"/>
        </w:rPr>
      </w:pPr>
      <w:r w:rsidRPr="00C57AA7">
        <w:rPr>
          <w:rFonts w:ascii="Times New Roman" w:hAnsi="Times New Roman" w:cs="Times New Roman"/>
          <w:sz w:val="28"/>
          <w:szCs w:val="28"/>
        </w:rPr>
        <w:t xml:space="preserve">c) </w:t>
      </w:r>
      <w:proofErr w:type="spellStart"/>
      <w:r w:rsidRPr="00C57AA7">
        <w:rPr>
          <w:rFonts w:ascii="Times New Roman" w:hAnsi="Times New Roman" w:cs="Times New Roman"/>
          <w:sz w:val="28"/>
          <w:szCs w:val="28"/>
        </w:rPr>
        <w:t>Impactul</w:t>
      </w:r>
      <w:proofErr w:type="spellEnd"/>
      <w:r w:rsidRPr="00C57AA7">
        <w:rPr>
          <w:rFonts w:ascii="Times New Roman" w:hAnsi="Times New Roman" w:cs="Times New Roman"/>
          <w:sz w:val="28"/>
          <w:szCs w:val="28"/>
        </w:rPr>
        <w:t xml:space="preserve"> </w:t>
      </w:r>
      <w:proofErr w:type="spellStart"/>
      <w:r w:rsidRPr="00C57AA7">
        <w:rPr>
          <w:rFonts w:ascii="Times New Roman" w:hAnsi="Times New Roman" w:cs="Times New Roman"/>
          <w:sz w:val="28"/>
          <w:szCs w:val="28"/>
        </w:rPr>
        <w:t>negativ</w:t>
      </w:r>
      <w:proofErr w:type="spellEnd"/>
      <w:r w:rsidRPr="00C57AA7">
        <w:rPr>
          <w:rFonts w:ascii="Times New Roman" w:hAnsi="Times New Roman" w:cs="Times New Roman"/>
          <w:sz w:val="28"/>
          <w:szCs w:val="28"/>
        </w:rPr>
        <w:t xml:space="preserve"> </w:t>
      </w:r>
      <w:proofErr w:type="spellStart"/>
      <w:r w:rsidRPr="00C57AA7">
        <w:rPr>
          <w:rFonts w:ascii="Times New Roman" w:hAnsi="Times New Roman" w:cs="Times New Roman"/>
          <w:sz w:val="28"/>
          <w:szCs w:val="28"/>
        </w:rPr>
        <w:t>previzionat</w:t>
      </w:r>
      <w:proofErr w:type="spellEnd"/>
      <w:r w:rsidRPr="00C57AA7">
        <w:rPr>
          <w:rFonts w:ascii="Times New Roman" w:hAnsi="Times New Roman" w:cs="Times New Roman"/>
          <w:sz w:val="28"/>
          <w:szCs w:val="28"/>
        </w:rPr>
        <w:t xml:space="preserve"> </w:t>
      </w:r>
      <w:proofErr w:type="spellStart"/>
      <w:r w:rsidRPr="00C57AA7">
        <w:rPr>
          <w:rFonts w:ascii="Times New Roman" w:hAnsi="Times New Roman" w:cs="Times New Roman"/>
          <w:sz w:val="28"/>
          <w:szCs w:val="28"/>
        </w:rPr>
        <w:t>în</w:t>
      </w:r>
      <w:proofErr w:type="spellEnd"/>
      <w:r w:rsidRPr="00C57AA7">
        <w:rPr>
          <w:rFonts w:ascii="Times New Roman" w:hAnsi="Times New Roman" w:cs="Times New Roman"/>
          <w:sz w:val="28"/>
          <w:szCs w:val="28"/>
        </w:rPr>
        <w:t xml:space="preserve"> </w:t>
      </w:r>
      <w:proofErr w:type="spellStart"/>
      <w:r w:rsidRPr="00C57AA7">
        <w:rPr>
          <w:rFonts w:ascii="Times New Roman" w:hAnsi="Times New Roman" w:cs="Times New Roman"/>
          <w:sz w:val="28"/>
          <w:szCs w:val="28"/>
        </w:rPr>
        <w:t>cazul</w:t>
      </w:r>
      <w:proofErr w:type="spellEnd"/>
      <w:r w:rsidRPr="00C57AA7">
        <w:rPr>
          <w:rFonts w:ascii="Times New Roman" w:hAnsi="Times New Roman" w:cs="Times New Roman"/>
          <w:sz w:val="28"/>
          <w:szCs w:val="28"/>
        </w:rPr>
        <w:t xml:space="preserve"> </w:t>
      </w:r>
      <w:proofErr w:type="spellStart"/>
      <w:r w:rsidRPr="00C57AA7">
        <w:rPr>
          <w:rFonts w:ascii="Times New Roman" w:hAnsi="Times New Roman" w:cs="Times New Roman"/>
          <w:sz w:val="28"/>
          <w:szCs w:val="28"/>
        </w:rPr>
        <w:t>nerealizării</w:t>
      </w:r>
      <w:proofErr w:type="spellEnd"/>
      <w:r w:rsidRPr="00C57AA7">
        <w:rPr>
          <w:rFonts w:ascii="Times New Roman" w:hAnsi="Times New Roman" w:cs="Times New Roman"/>
          <w:sz w:val="28"/>
          <w:szCs w:val="28"/>
        </w:rPr>
        <w:t xml:space="preserve"> </w:t>
      </w:r>
      <w:proofErr w:type="spellStart"/>
      <w:r w:rsidRPr="00C57AA7">
        <w:rPr>
          <w:rFonts w:ascii="Times New Roman" w:hAnsi="Times New Roman" w:cs="Times New Roman"/>
          <w:sz w:val="28"/>
          <w:szCs w:val="28"/>
        </w:rPr>
        <w:t>obiectivului</w:t>
      </w:r>
      <w:proofErr w:type="spellEnd"/>
      <w:r w:rsidRPr="00C57AA7">
        <w:rPr>
          <w:rFonts w:ascii="Times New Roman" w:hAnsi="Times New Roman" w:cs="Times New Roman"/>
          <w:sz w:val="28"/>
          <w:szCs w:val="28"/>
        </w:rPr>
        <w:t xml:space="preserve"> de </w:t>
      </w:r>
      <w:proofErr w:type="spellStart"/>
      <w:r w:rsidRPr="00C57AA7">
        <w:rPr>
          <w:rFonts w:ascii="Times New Roman" w:hAnsi="Times New Roman" w:cs="Times New Roman"/>
          <w:sz w:val="28"/>
          <w:szCs w:val="28"/>
        </w:rPr>
        <w:t>investiții</w:t>
      </w:r>
      <w:proofErr w:type="spellEnd"/>
    </w:p>
    <w:p w14:paraId="006A8F52" w14:textId="77777777" w:rsidR="00A57563" w:rsidRPr="00C57AA7" w:rsidRDefault="00E8585D">
      <w:pPr>
        <w:rPr>
          <w:rFonts w:cs="Times New Roman"/>
          <w:sz w:val="28"/>
          <w:szCs w:val="28"/>
        </w:rPr>
      </w:pPr>
      <w:proofErr w:type="spellStart"/>
      <w:r w:rsidRPr="00C57AA7">
        <w:rPr>
          <w:rFonts w:eastAsia="Times New Roman" w:cs="Times New Roman"/>
          <w:sz w:val="28"/>
          <w:szCs w:val="28"/>
        </w:rPr>
        <w:t>Nerealizarea</w:t>
      </w:r>
      <w:proofErr w:type="spellEnd"/>
      <w:r w:rsidRPr="00C57AA7">
        <w:rPr>
          <w:rFonts w:eastAsia="Times New Roman" w:cs="Times New Roman"/>
          <w:sz w:val="28"/>
          <w:szCs w:val="28"/>
        </w:rPr>
        <w:t xml:space="preserve"> </w:t>
      </w:r>
      <w:proofErr w:type="spellStart"/>
      <w:r w:rsidRPr="00C57AA7">
        <w:rPr>
          <w:rFonts w:eastAsia="Times New Roman" w:cs="Times New Roman"/>
          <w:sz w:val="28"/>
          <w:szCs w:val="28"/>
        </w:rPr>
        <w:t>investiției</w:t>
      </w:r>
      <w:proofErr w:type="spellEnd"/>
      <w:r w:rsidRPr="00C57AA7">
        <w:rPr>
          <w:rFonts w:eastAsia="Times New Roman" w:cs="Times New Roman"/>
          <w:sz w:val="28"/>
          <w:szCs w:val="28"/>
        </w:rPr>
        <w:t xml:space="preserve"> </w:t>
      </w:r>
      <w:proofErr w:type="spellStart"/>
      <w:r w:rsidRPr="00C57AA7">
        <w:rPr>
          <w:rFonts w:eastAsia="Times New Roman" w:cs="Times New Roman"/>
          <w:sz w:val="28"/>
          <w:szCs w:val="28"/>
        </w:rPr>
        <w:t>menține</w:t>
      </w:r>
      <w:proofErr w:type="spellEnd"/>
      <w:r w:rsidRPr="00C57AA7">
        <w:rPr>
          <w:rFonts w:eastAsia="Times New Roman" w:cs="Times New Roman"/>
          <w:sz w:val="28"/>
          <w:szCs w:val="28"/>
        </w:rPr>
        <w:t xml:space="preserve"> </w:t>
      </w:r>
      <w:proofErr w:type="spellStart"/>
      <w:r w:rsidRPr="00C57AA7">
        <w:rPr>
          <w:rFonts w:eastAsia="Times New Roman" w:cs="Times New Roman"/>
          <w:sz w:val="28"/>
          <w:szCs w:val="28"/>
        </w:rPr>
        <w:t>vulnerabilitatea</w:t>
      </w:r>
      <w:proofErr w:type="spellEnd"/>
      <w:r w:rsidRPr="00C57AA7">
        <w:rPr>
          <w:rFonts w:eastAsia="Times New Roman" w:cs="Times New Roman"/>
          <w:sz w:val="28"/>
          <w:szCs w:val="28"/>
        </w:rPr>
        <w:t xml:space="preserve"> </w:t>
      </w:r>
      <w:proofErr w:type="spellStart"/>
      <w:r w:rsidRPr="00C57AA7">
        <w:rPr>
          <w:rFonts w:eastAsia="Times New Roman" w:cs="Times New Roman"/>
          <w:sz w:val="28"/>
          <w:szCs w:val="28"/>
        </w:rPr>
        <w:t>terenurilor</w:t>
      </w:r>
      <w:proofErr w:type="spellEnd"/>
      <w:r w:rsidRPr="00C57AA7">
        <w:rPr>
          <w:rFonts w:eastAsia="Times New Roman" w:cs="Times New Roman"/>
          <w:sz w:val="28"/>
          <w:szCs w:val="28"/>
        </w:rPr>
        <w:t xml:space="preserve"> </w:t>
      </w:r>
      <w:proofErr w:type="spellStart"/>
      <w:r w:rsidRPr="00C57AA7">
        <w:rPr>
          <w:rFonts w:eastAsia="Times New Roman" w:cs="Times New Roman"/>
          <w:sz w:val="28"/>
          <w:szCs w:val="28"/>
        </w:rPr>
        <w:t>naturale</w:t>
      </w:r>
      <w:proofErr w:type="spellEnd"/>
      <w:r w:rsidRPr="00C57AA7">
        <w:rPr>
          <w:rFonts w:eastAsia="Times New Roman" w:cs="Times New Roman"/>
          <w:sz w:val="28"/>
          <w:szCs w:val="28"/>
        </w:rPr>
        <w:t xml:space="preserve"> la </w:t>
      </w:r>
      <w:proofErr w:type="spellStart"/>
      <w:r w:rsidRPr="00C57AA7">
        <w:rPr>
          <w:rFonts w:eastAsia="Times New Roman" w:cs="Times New Roman"/>
          <w:sz w:val="28"/>
          <w:szCs w:val="28"/>
        </w:rPr>
        <w:t>perioadele</w:t>
      </w:r>
      <w:proofErr w:type="spellEnd"/>
      <w:r w:rsidRPr="00C57AA7">
        <w:rPr>
          <w:rFonts w:eastAsia="Times New Roman" w:cs="Times New Roman"/>
          <w:sz w:val="28"/>
          <w:szCs w:val="28"/>
        </w:rPr>
        <w:t xml:space="preserve"> </w:t>
      </w:r>
      <w:proofErr w:type="spellStart"/>
      <w:r w:rsidRPr="00C57AA7">
        <w:rPr>
          <w:rFonts w:eastAsia="Times New Roman" w:cs="Times New Roman"/>
          <w:sz w:val="28"/>
          <w:szCs w:val="28"/>
        </w:rPr>
        <w:t>secetoase</w:t>
      </w:r>
      <w:proofErr w:type="spellEnd"/>
      <w:r w:rsidRPr="00C57AA7">
        <w:rPr>
          <w:rFonts w:eastAsia="Times New Roman" w:cs="Times New Roman"/>
          <w:sz w:val="28"/>
          <w:szCs w:val="28"/>
        </w:rPr>
        <w:t xml:space="preserve"> </w:t>
      </w:r>
      <w:proofErr w:type="spellStart"/>
      <w:r w:rsidRPr="00C57AA7">
        <w:rPr>
          <w:rFonts w:eastAsia="Times New Roman" w:cs="Times New Roman"/>
          <w:sz w:val="28"/>
          <w:szCs w:val="28"/>
        </w:rPr>
        <w:t>și</w:t>
      </w:r>
      <w:proofErr w:type="spellEnd"/>
      <w:r w:rsidRPr="00C57AA7">
        <w:rPr>
          <w:rFonts w:eastAsia="Times New Roman" w:cs="Times New Roman"/>
          <w:sz w:val="28"/>
          <w:szCs w:val="28"/>
        </w:rPr>
        <w:t xml:space="preserve"> </w:t>
      </w:r>
      <w:proofErr w:type="spellStart"/>
      <w:r w:rsidRPr="00C57AA7">
        <w:rPr>
          <w:rFonts w:eastAsia="Times New Roman" w:cs="Times New Roman"/>
          <w:sz w:val="28"/>
          <w:szCs w:val="28"/>
        </w:rPr>
        <w:t>poate</w:t>
      </w:r>
      <w:proofErr w:type="spellEnd"/>
      <w:r w:rsidRPr="00C57AA7">
        <w:rPr>
          <w:rFonts w:eastAsia="Times New Roman" w:cs="Times New Roman"/>
          <w:sz w:val="28"/>
          <w:szCs w:val="28"/>
        </w:rPr>
        <w:t xml:space="preserve"> conduce la </w:t>
      </w:r>
      <w:proofErr w:type="spellStart"/>
      <w:r w:rsidRPr="00C57AA7">
        <w:rPr>
          <w:rFonts w:eastAsia="Times New Roman" w:cs="Times New Roman"/>
          <w:sz w:val="28"/>
          <w:szCs w:val="28"/>
        </w:rPr>
        <w:t>degradarea</w:t>
      </w:r>
      <w:proofErr w:type="spellEnd"/>
      <w:r w:rsidRPr="00C57AA7">
        <w:rPr>
          <w:rFonts w:eastAsia="Times New Roman" w:cs="Times New Roman"/>
          <w:sz w:val="28"/>
          <w:szCs w:val="28"/>
        </w:rPr>
        <w:t xml:space="preserve"> </w:t>
      </w:r>
      <w:proofErr w:type="spellStart"/>
      <w:r w:rsidRPr="00C57AA7">
        <w:rPr>
          <w:rFonts w:eastAsia="Times New Roman" w:cs="Times New Roman"/>
          <w:sz w:val="28"/>
          <w:szCs w:val="28"/>
        </w:rPr>
        <w:t>gazonului</w:t>
      </w:r>
      <w:proofErr w:type="spellEnd"/>
      <w:r w:rsidRPr="00C57AA7">
        <w:rPr>
          <w:rFonts w:eastAsia="Times New Roman" w:cs="Times New Roman"/>
          <w:sz w:val="28"/>
          <w:szCs w:val="28"/>
        </w:rPr>
        <w:t xml:space="preserve"> </w:t>
      </w:r>
      <w:proofErr w:type="spellStart"/>
      <w:r w:rsidRPr="00C57AA7">
        <w:rPr>
          <w:rFonts w:eastAsia="Times New Roman" w:cs="Times New Roman"/>
          <w:sz w:val="28"/>
          <w:szCs w:val="28"/>
        </w:rPr>
        <w:t>și</w:t>
      </w:r>
      <w:proofErr w:type="spellEnd"/>
      <w:r w:rsidRPr="00C57AA7">
        <w:rPr>
          <w:rFonts w:eastAsia="Times New Roman" w:cs="Times New Roman"/>
          <w:sz w:val="28"/>
          <w:szCs w:val="28"/>
        </w:rPr>
        <w:t xml:space="preserve"> la </w:t>
      </w:r>
      <w:proofErr w:type="spellStart"/>
      <w:r w:rsidRPr="00C57AA7">
        <w:rPr>
          <w:rFonts w:eastAsia="Times New Roman" w:cs="Times New Roman"/>
          <w:sz w:val="28"/>
          <w:szCs w:val="28"/>
        </w:rPr>
        <w:t>costuri</w:t>
      </w:r>
      <w:proofErr w:type="spellEnd"/>
      <w:r w:rsidRPr="00C57AA7">
        <w:rPr>
          <w:rFonts w:eastAsia="Times New Roman" w:cs="Times New Roman"/>
          <w:sz w:val="28"/>
          <w:szCs w:val="28"/>
        </w:rPr>
        <w:t xml:space="preserve"> </w:t>
      </w:r>
      <w:proofErr w:type="spellStart"/>
      <w:r w:rsidRPr="00C57AA7">
        <w:rPr>
          <w:rFonts w:eastAsia="Times New Roman" w:cs="Times New Roman"/>
          <w:sz w:val="28"/>
          <w:szCs w:val="28"/>
        </w:rPr>
        <w:t>mai</w:t>
      </w:r>
      <w:proofErr w:type="spellEnd"/>
      <w:r w:rsidRPr="00C57AA7">
        <w:rPr>
          <w:rFonts w:eastAsia="Times New Roman" w:cs="Times New Roman"/>
          <w:sz w:val="28"/>
          <w:szCs w:val="28"/>
        </w:rPr>
        <w:t xml:space="preserve"> </w:t>
      </w:r>
      <w:proofErr w:type="spellStart"/>
      <w:r w:rsidRPr="00C57AA7">
        <w:rPr>
          <w:rFonts w:eastAsia="Times New Roman" w:cs="Times New Roman"/>
          <w:sz w:val="28"/>
          <w:szCs w:val="28"/>
        </w:rPr>
        <w:t>mari</w:t>
      </w:r>
      <w:proofErr w:type="spellEnd"/>
      <w:r w:rsidRPr="00C57AA7">
        <w:rPr>
          <w:rFonts w:eastAsia="Times New Roman" w:cs="Times New Roman"/>
          <w:sz w:val="28"/>
          <w:szCs w:val="28"/>
        </w:rPr>
        <w:t xml:space="preserve"> de </w:t>
      </w:r>
      <w:proofErr w:type="spellStart"/>
      <w:r w:rsidRPr="00C57AA7">
        <w:rPr>
          <w:rFonts w:eastAsia="Times New Roman" w:cs="Times New Roman"/>
          <w:sz w:val="28"/>
          <w:szCs w:val="28"/>
        </w:rPr>
        <w:t>întreținere</w:t>
      </w:r>
      <w:proofErr w:type="spellEnd"/>
      <w:r w:rsidRPr="00C57AA7">
        <w:rPr>
          <w:rFonts w:eastAsia="Times New Roman" w:cs="Times New Roman"/>
          <w:sz w:val="28"/>
          <w:szCs w:val="28"/>
        </w:rPr>
        <w:t xml:space="preserve"> </w:t>
      </w:r>
      <w:proofErr w:type="spellStart"/>
      <w:r w:rsidRPr="00C57AA7">
        <w:rPr>
          <w:rFonts w:eastAsia="Times New Roman" w:cs="Times New Roman"/>
          <w:sz w:val="28"/>
          <w:szCs w:val="28"/>
        </w:rPr>
        <w:t>și</w:t>
      </w:r>
      <w:proofErr w:type="spellEnd"/>
      <w:r w:rsidRPr="00C57AA7">
        <w:rPr>
          <w:rFonts w:eastAsia="Times New Roman" w:cs="Times New Roman"/>
          <w:sz w:val="28"/>
          <w:szCs w:val="28"/>
        </w:rPr>
        <w:t xml:space="preserve"> </w:t>
      </w:r>
      <w:proofErr w:type="spellStart"/>
      <w:r w:rsidRPr="00C57AA7">
        <w:rPr>
          <w:rFonts w:eastAsia="Times New Roman" w:cs="Times New Roman"/>
          <w:sz w:val="28"/>
          <w:szCs w:val="28"/>
        </w:rPr>
        <w:t>refacere</w:t>
      </w:r>
      <w:proofErr w:type="spellEnd"/>
      <w:r w:rsidRPr="00C57AA7">
        <w:rPr>
          <w:rFonts w:eastAsia="Times New Roman" w:cs="Times New Roman"/>
          <w:sz w:val="28"/>
          <w:szCs w:val="28"/>
        </w:rPr>
        <w:t xml:space="preserve">. </w:t>
      </w:r>
      <w:proofErr w:type="spellStart"/>
      <w:r w:rsidRPr="00C57AA7">
        <w:rPr>
          <w:rFonts w:eastAsia="Times New Roman" w:cs="Times New Roman"/>
          <w:sz w:val="28"/>
          <w:szCs w:val="28"/>
        </w:rPr>
        <w:t>Executarea</w:t>
      </w:r>
      <w:proofErr w:type="spellEnd"/>
      <w:r w:rsidRPr="00C57AA7">
        <w:rPr>
          <w:rFonts w:eastAsia="Times New Roman" w:cs="Times New Roman"/>
          <w:sz w:val="28"/>
          <w:szCs w:val="28"/>
        </w:rPr>
        <w:t xml:space="preserve"> </w:t>
      </w:r>
      <w:proofErr w:type="spellStart"/>
      <w:r w:rsidRPr="00C57AA7">
        <w:rPr>
          <w:rFonts w:eastAsia="Times New Roman" w:cs="Times New Roman"/>
          <w:sz w:val="28"/>
          <w:szCs w:val="28"/>
        </w:rPr>
        <w:t>fără</w:t>
      </w:r>
      <w:proofErr w:type="spellEnd"/>
      <w:r w:rsidRPr="00C57AA7">
        <w:rPr>
          <w:rFonts w:eastAsia="Times New Roman" w:cs="Times New Roman"/>
          <w:sz w:val="28"/>
          <w:szCs w:val="28"/>
        </w:rPr>
        <w:t xml:space="preserve"> </w:t>
      </w:r>
      <w:proofErr w:type="spellStart"/>
      <w:r w:rsidRPr="00C57AA7">
        <w:rPr>
          <w:rFonts w:eastAsia="Times New Roman" w:cs="Times New Roman"/>
          <w:sz w:val="28"/>
          <w:szCs w:val="28"/>
        </w:rPr>
        <w:t>studii</w:t>
      </w:r>
      <w:proofErr w:type="spellEnd"/>
      <w:r w:rsidRPr="00C57AA7">
        <w:rPr>
          <w:rFonts w:eastAsia="Times New Roman" w:cs="Times New Roman"/>
          <w:sz w:val="28"/>
          <w:szCs w:val="28"/>
        </w:rPr>
        <w:t xml:space="preserve"> </w:t>
      </w:r>
      <w:proofErr w:type="spellStart"/>
      <w:r w:rsidRPr="00C57AA7">
        <w:rPr>
          <w:rFonts w:eastAsia="Times New Roman" w:cs="Times New Roman"/>
          <w:sz w:val="28"/>
          <w:szCs w:val="28"/>
        </w:rPr>
        <w:t>și</w:t>
      </w:r>
      <w:proofErr w:type="spellEnd"/>
      <w:r w:rsidRPr="00C57AA7">
        <w:rPr>
          <w:rFonts w:eastAsia="Times New Roman" w:cs="Times New Roman"/>
          <w:sz w:val="28"/>
          <w:szCs w:val="28"/>
        </w:rPr>
        <w:t xml:space="preserve"> </w:t>
      </w:r>
      <w:proofErr w:type="spellStart"/>
      <w:r w:rsidRPr="00C57AA7">
        <w:rPr>
          <w:rFonts w:eastAsia="Times New Roman" w:cs="Times New Roman"/>
          <w:sz w:val="28"/>
          <w:szCs w:val="28"/>
        </w:rPr>
        <w:t>avize</w:t>
      </w:r>
      <w:proofErr w:type="spellEnd"/>
      <w:r w:rsidRPr="00C57AA7">
        <w:rPr>
          <w:rFonts w:eastAsia="Times New Roman" w:cs="Times New Roman"/>
          <w:sz w:val="28"/>
          <w:szCs w:val="28"/>
        </w:rPr>
        <w:t xml:space="preserve"> </w:t>
      </w:r>
      <w:proofErr w:type="spellStart"/>
      <w:r w:rsidRPr="00C57AA7">
        <w:rPr>
          <w:rFonts w:eastAsia="Times New Roman" w:cs="Times New Roman"/>
          <w:sz w:val="28"/>
          <w:szCs w:val="28"/>
        </w:rPr>
        <w:t>ar</w:t>
      </w:r>
      <w:proofErr w:type="spellEnd"/>
      <w:r w:rsidRPr="00C57AA7">
        <w:rPr>
          <w:rFonts w:eastAsia="Times New Roman" w:cs="Times New Roman"/>
          <w:sz w:val="28"/>
          <w:szCs w:val="28"/>
        </w:rPr>
        <w:t xml:space="preserve"> </w:t>
      </w:r>
      <w:proofErr w:type="spellStart"/>
      <w:r w:rsidRPr="00C57AA7">
        <w:rPr>
          <w:rFonts w:eastAsia="Times New Roman" w:cs="Times New Roman"/>
          <w:sz w:val="28"/>
          <w:szCs w:val="28"/>
        </w:rPr>
        <w:t>putea</w:t>
      </w:r>
      <w:proofErr w:type="spellEnd"/>
      <w:r w:rsidRPr="00C57AA7">
        <w:rPr>
          <w:rFonts w:eastAsia="Times New Roman" w:cs="Times New Roman"/>
          <w:sz w:val="28"/>
          <w:szCs w:val="28"/>
        </w:rPr>
        <w:t xml:space="preserve"> produce un </w:t>
      </w:r>
      <w:proofErr w:type="spellStart"/>
      <w:r w:rsidRPr="00C57AA7">
        <w:rPr>
          <w:rFonts w:eastAsia="Times New Roman" w:cs="Times New Roman"/>
          <w:sz w:val="28"/>
          <w:szCs w:val="28"/>
        </w:rPr>
        <w:t>foraj</w:t>
      </w:r>
      <w:proofErr w:type="spellEnd"/>
      <w:r w:rsidRPr="00C57AA7">
        <w:rPr>
          <w:rFonts w:eastAsia="Times New Roman" w:cs="Times New Roman"/>
          <w:sz w:val="28"/>
          <w:szCs w:val="28"/>
        </w:rPr>
        <w:t xml:space="preserve"> </w:t>
      </w:r>
      <w:proofErr w:type="spellStart"/>
      <w:r w:rsidRPr="00C57AA7">
        <w:rPr>
          <w:rFonts w:eastAsia="Times New Roman" w:cs="Times New Roman"/>
          <w:sz w:val="28"/>
          <w:szCs w:val="28"/>
        </w:rPr>
        <w:t>neproductiv</w:t>
      </w:r>
      <w:proofErr w:type="spellEnd"/>
      <w:r w:rsidRPr="00C57AA7">
        <w:rPr>
          <w:rFonts w:eastAsia="Times New Roman" w:cs="Times New Roman"/>
          <w:sz w:val="28"/>
          <w:szCs w:val="28"/>
        </w:rPr>
        <w:t xml:space="preserve">, </w:t>
      </w:r>
      <w:proofErr w:type="spellStart"/>
      <w:r w:rsidRPr="00C57AA7">
        <w:rPr>
          <w:rFonts w:eastAsia="Times New Roman" w:cs="Times New Roman"/>
          <w:sz w:val="28"/>
          <w:szCs w:val="28"/>
        </w:rPr>
        <w:t>contaminarea</w:t>
      </w:r>
      <w:proofErr w:type="spellEnd"/>
      <w:r w:rsidRPr="00C57AA7">
        <w:rPr>
          <w:rFonts w:eastAsia="Times New Roman" w:cs="Times New Roman"/>
          <w:sz w:val="28"/>
          <w:szCs w:val="28"/>
        </w:rPr>
        <w:t xml:space="preserve"> </w:t>
      </w:r>
      <w:proofErr w:type="spellStart"/>
      <w:r w:rsidRPr="00C57AA7">
        <w:rPr>
          <w:rFonts w:eastAsia="Times New Roman" w:cs="Times New Roman"/>
          <w:sz w:val="28"/>
          <w:szCs w:val="28"/>
        </w:rPr>
        <w:t>stratelor</w:t>
      </w:r>
      <w:proofErr w:type="spellEnd"/>
      <w:r w:rsidRPr="00C57AA7">
        <w:rPr>
          <w:rFonts w:eastAsia="Times New Roman" w:cs="Times New Roman"/>
          <w:sz w:val="28"/>
          <w:szCs w:val="28"/>
        </w:rPr>
        <w:t xml:space="preserve"> </w:t>
      </w:r>
      <w:proofErr w:type="spellStart"/>
      <w:r w:rsidRPr="00C57AA7">
        <w:rPr>
          <w:rFonts w:eastAsia="Times New Roman" w:cs="Times New Roman"/>
          <w:sz w:val="28"/>
          <w:szCs w:val="28"/>
        </w:rPr>
        <w:t>acvifere</w:t>
      </w:r>
      <w:proofErr w:type="spellEnd"/>
      <w:r w:rsidRPr="00C57AA7">
        <w:rPr>
          <w:rFonts w:eastAsia="Times New Roman" w:cs="Times New Roman"/>
          <w:sz w:val="28"/>
          <w:szCs w:val="28"/>
        </w:rPr>
        <w:t xml:space="preserve">, </w:t>
      </w:r>
      <w:proofErr w:type="spellStart"/>
      <w:r w:rsidRPr="00C57AA7">
        <w:rPr>
          <w:rFonts w:eastAsia="Times New Roman" w:cs="Times New Roman"/>
          <w:sz w:val="28"/>
          <w:szCs w:val="28"/>
        </w:rPr>
        <w:t>imposibilitatea</w:t>
      </w:r>
      <w:proofErr w:type="spellEnd"/>
      <w:r w:rsidRPr="00C57AA7">
        <w:rPr>
          <w:rFonts w:eastAsia="Times New Roman" w:cs="Times New Roman"/>
          <w:sz w:val="28"/>
          <w:szCs w:val="28"/>
        </w:rPr>
        <w:t xml:space="preserve"> </w:t>
      </w:r>
      <w:proofErr w:type="spellStart"/>
      <w:r w:rsidRPr="00C57AA7">
        <w:rPr>
          <w:rFonts w:eastAsia="Times New Roman" w:cs="Times New Roman"/>
          <w:sz w:val="28"/>
          <w:szCs w:val="28"/>
        </w:rPr>
        <w:t>autorizării</w:t>
      </w:r>
      <w:proofErr w:type="spellEnd"/>
      <w:r w:rsidRPr="00C57AA7">
        <w:rPr>
          <w:rFonts w:eastAsia="Times New Roman" w:cs="Times New Roman"/>
          <w:sz w:val="28"/>
          <w:szCs w:val="28"/>
        </w:rPr>
        <w:t xml:space="preserve"> </w:t>
      </w:r>
      <w:proofErr w:type="spellStart"/>
      <w:r w:rsidRPr="00C57AA7">
        <w:rPr>
          <w:rFonts w:eastAsia="Times New Roman" w:cs="Times New Roman"/>
          <w:sz w:val="28"/>
          <w:szCs w:val="28"/>
        </w:rPr>
        <w:t>ori</w:t>
      </w:r>
      <w:proofErr w:type="spellEnd"/>
      <w:r w:rsidRPr="00C57AA7">
        <w:rPr>
          <w:rFonts w:eastAsia="Times New Roman" w:cs="Times New Roman"/>
          <w:sz w:val="28"/>
          <w:szCs w:val="28"/>
        </w:rPr>
        <w:t xml:space="preserve"> </w:t>
      </w:r>
      <w:proofErr w:type="spellStart"/>
      <w:r w:rsidRPr="00C57AA7">
        <w:rPr>
          <w:rFonts w:eastAsia="Times New Roman" w:cs="Times New Roman"/>
          <w:sz w:val="28"/>
          <w:szCs w:val="28"/>
        </w:rPr>
        <w:t>cheltuieli</w:t>
      </w:r>
      <w:proofErr w:type="spellEnd"/>
      <w:r w:rsidRPr="00C57AA7">
        <w:rPr>
          <w:rFonts w:eastAsia="Times New Roman" w:cs="Times New Roman"/>
          <w:sz w:val="28"/>
          <w:szCs w:val="28"/>
        </w:rPr>
        <w:t xml:space="preserve"> care nu pot fi </w:t>
      </w:r>
      <w:proofErr w:type="spellStart"/>
      <w:r w:rsidRPr="00C57AA7">
        <w:rPr>
          <w:rFonts w:eastAsia="Times New Roman" w:cs="Times New Roman"/>
          <w:sz w:val="28"/>
          <w:szCs w:val="28"/>
        </w:rPr>
        <w:t>valorificate</w:t>
      </w:r>
      <w:proofErr w:type="spellEnd"/>
      <w:r w:rsidRPr="00C57AA7">
        <w:rPr>
          <w:rFonts w:eastAsia="Times New Roman" w:cs="Times New Roman"/>
          <w:sz w:val="28"/>
          <w:szCs w:val="28"/>
        </w:rPr>
        <w:t>.</w:t>
      </w:r>
    </w:p>
    <w:p w14:paraId="1308F0B8" w14:textId="77777777" w:rsidR="00A57563" w:rsidRPr="00C57AA7" w:rsidRDefault="00E8585D">
      <w:pPr>
        <w:pStyle w:val="Titlu2"/>
        <w:rPr>
          <w:rFonts w:ascii="Times New Roman" w:hAnsi="Times New Roman" w:cs="Times New Roman"/>
          <w:sz w:val="28"/>
          <w:szCs w:val="28"/>
        </w:rPr>
      </w:pPr>
      <w:r w:rsidRPr="00C57AA7">
        <w:rPr>
          <w:rFonts w:ascii="Times New Roman" w:hAnsi="Times New Roman" w:cs="Times New Roman"/>
          <w:sz w:val="28"/>
          <w:szCs w:val="28"/>
        </w:rPr>
        <w:t xml:space="preserve">2.2. </w:t>
      </w:r>
      <w:proofErr w:type="spellStart"/>
      <w:r w:rsidRPr="00C57AA7">
        <w:rPr>
          <w:rFonts w:ascii="Times New Roman" w:hAnsi="Times New Roman" w:cs="Times New Roman"/>
          <w:sz w:val="28"/>
          <w:szCs w:val="28"/>
        </w:rPr>
        <w:t>Prezentarea</w:t>
      </w:r>
      <w:proofErr w:type="spellEnd"/>
      <w:r w:rsidRPr="00C57AA7">
        <w:rPr>
          <w:rFonts w:ascii="Times New Roman" w:hAnsi="Times New Roman" w:cs="Times New Roman"/>
          <w:sz w:val="28"/>
          <w:szCs w:val="28"/>
        </w:rPr>
        <w:t xml:space="preserve">, </w:t>
      </w:r>
      <w:proofErr w:type="spellStart"/>
      <w:r w:rsidRPr="00C57AA7">
        <w:rPr>
          <w:rFonts w:ascii="Times New Roman" w:hAnsi="Times New Roman" w:cs="Times New Roman"/>
          <w:sz w:val="28"/>
          <w:szCs w:val="28"/>
        </w:rPr>
        <w:t>după</w:t>
      </w:r>
      <w:proofErr w:type="spellEnd"/>
      <w:r w:rsidRPr="00C57AA7">
        <w:rPr>
          <w:rFonts w:ascii="Times New Roman" w:hAnsi="Times New Roman" w:cs="Times New Roman"/>
          <w:sz w:val="28"/>
          <w:szCs w:val="28"/>
        </w:rPr>
        <w:t xml:space="preserve"> </w:t>
      </w:r>
      <w:proofErr w:type="spellStart"/>
      <w:r w:rsidRPr="00C57AA7">
        <w:rPr>
          <w:rFonts w:ascii="Times New Roman" w:hAnsi="Times New Roman" w:cs="Times New Roman"/>
          <w:sz w:val="28"/>
          <w:szCs w:val="28"/>
        </w:rPr>
        <w:t>caz</w:t>
      </w:r>
      <w:proofErr w:type="spellEnd"/>
      <w:r w:rsidRPr="00C57AA7">
        <w:rPr>
          <w:rFonts w:ascii="Times New Roman" w:hAnsi="Times New Roman" w:cs="Times New Roman"/>
          <w:sz w:val="28"/>
          <w:szCs w:val="28"/>
        </w:rPr>
        <w:t xml:space="preserve">, </w:t>
      </w:r>
      <w:proofErr w:type="gramStart"/>
      <w:r w:rsidRPr="00C57AA7">
        <w:rPr>
          <w:rFonts w:ascii="Times New Roman" w:hAnsi="Times New Roman" w:cs="Times New Roman"/>
          <w:sz w:val="28"/>
          <w:szCs w:val="28"/>
        </w:rPr>
        <w:t>a</w:t>
      </w:r>
      <w:proofErr w:type="gramEnd"/>
      <w:r w:rsidRPr="00C57AA7">
        <w:rPr>
          <w:rFonts w:ascii="Times New Roman" w:hAnsi="Times New Roman" w:cs="Times New Roman"/>
          <w:sz w:val="28"/>
          <w:szCs w:val="28"/>
        </w:rPr>
        <w:t xml:space="preserve"> </w:t>
      </w:r>
      <w:proofErr w:type="spellStart"/>
      <w:r w:rsidRPr="00C57AA7">
        <w:rPr>
          <w:rFonts w:ascii="Times New Roman" w:hAnsi="Times New Roman" w:cs="Times New Roman"/>
          <w:sz w:val="28"/>
          <w:szCs w:val="28"/>
        </w:rPr>
        <w:t>obiectivelor</w:t>
      </w:r>
      <w:proofErr w:type="spellEnd"/>
      <w:r w:rsidRPr="00C57AA7">
        <w:rPr>
          <w:rFonts w:ascii="Times New Roman" w:hAnsi="Times New Roman" w:cs="Times New Roman"/>
          <w:sz w:val="28"/>
          <w:szCs w:val="28"/>
        </w:rPr>
        <w:t xml:space="preserve"> de </w:t>
      </w:r>
      <w:proofErr w:type="spellStart"/>
      <w:r w:rsidRPr="00C57AA7">
        <w:rPr>
          <w:rFonts w:ascii="Times New Roman" w:hAnsi="Times New Roman" w:cs="Times New Roman"/>
          <w:sz w:val="28"/>
          <w:szCs w:val="28"/>
        </w:rPr>
        <w:t>investiții</w:t>
      </w:r>
      <w:proofErr w:type="spellEnd"/>
      <w:r w:rsidRPr="00C57AA7">
        <w:rPr>
          <w:rFonts w:ascii="Times New Roman" w:hAnsi="Times New Roman" w:cs="Times New Roman"/>
          <w:sz w:val="28"/>
          <w:szCs w:val="28"/>
        </w:rPr>
        <w:t xml:space="preserve"> cu </w:t>
      </w:r>
      <w:proofErr w:type="spellStart"/>
      <w:r w:rsidRPr="00C57AA7">
        <w:rPr>
          <w:rFonts w:ascii="Times New Roman" w:hAnsi="Times New Roman" w:cs="Times New Roman"/>
          <w:sz w:val="28"/>
          <w:szCs w:val="28"/>
        </w:rPr>
        <w:t>aceleași</w:t>
      </w:r>
      <w:proofErr w:type="spellEnd"/>
      <w:r w:rsidRPr="00C57AA7">
        <w:rPr>
          <w:rFonts w:ascii="Times New Roman" w:hAnsi="Times New Roman" w:cs="Times New Roman"/>
          <w:sz w:val="28"/>
          <w:szCs w:val="28"/>
        </w:rPr>
        <w:t xml:space="preserve"> </w:t>
      </w:r>
      <w:proofErr w:type="spellStart"/>
      <w:r w:rsidRPr="00C57AA7">
        <w:rPr>
          <w:rFonts w:ascii="Times New Roman" w:hAnsi="Times New Roman" w:cs="Times New Roman"/>
          <w:sz w:val="28"/>
          <w:szCs w:val="28"/>
        </w:rPr>
        <w:t>funcțiuni</w:t>
      </w:r>
      <w:proofErr w:type="spellEnd"/>
      <w:r w:rsidRPr="00C57AA7">
        <w:rPr>
          <w:rFonts w:ascii="Times New Roman" w:hAnsi="Times New Roman" w:cs="Times New Roman"/>
          <w:sz w:val="28"/>
          <w:szCs w:val="28"/>
        </w:rPr>
        <w:t xml:space="preserve"> </w:t>
      </w:r>
      <w:proofErr w:type="spellStart"/>
      <w:r w:rsidRPr="00C57AA7">
        <w:rPr>
          <w:rFonts w:ascii="Times New Roman" w:hAnsi="Times New Roman" w:cs="Times New Roman"/>
          <w:sz w:val="28"/>
          <w:szCs w:val="28"/>
        </w:rPr>
        <w:t>sau</w:t>
      </w:r>
      <w:proofErr w:type="spellEnd"/>
      <w:r w:rsidRPr="00C57AA7">
        <w:rPr>
          <w:rFonts w:ascii="Times New Roman" w:hAnsi="Times New Roman" w:cs="Times New Roman"/>
          <w:sz w:val="28"/>
          <w:szCs w:val="28"/>
        </w:rPr>
        <w:t xml:space="preserve"> </w:t>
      </w:r>
      <w:proofErr w:type="spellStart"/>
      <w:r w:rsidRPr="00C57AA7">
        <w:rPr>
          <w:rFonts w:ascii="Times New Roman" w:hAnsi="Times New Roman" w:cs="Times New Roman"/>
          <w:sz w:val="28"/>
          <w:szCs w:val="28"/>
        </w:rPr>
        <w:t>funcțiuni</w:t>
      </w:r>
      <w:proofErr w:type="spellEnd"/>
      <w:r w:rsidRPr="00C57AA7">
        <w:rPr>
          <w:rFonts w:ascii="Times New Roman" w:hAnsi="Times New Roman" w:cs="Times New Roman"/>
          <w:sz w:val="28"/>
          <w:szCs w:val="28"/>
        </w:rPr>
        <w:t xml:space="preserve"> </w:t>
      </w:r>
      <w:proofErr w:type="spellStart"/>
      <w:r w:rsidRPr="00C57AA7">
        <w:rPr>
          <w:rFonts w:ascii="Times New Roman" w:hAnsi="Times New Roman" w:cs="Times New Roman"/>
          <w:sz w:val="28"/>
          <w:szCs w:val="28"/>
        </w:rPr>
        <w:t>similare</w:t>
      </w:r>
      <w:proofErr w:type="spellEnd"/>
      <w:r w:rsidRPr="00C57AA7">
        <w:rPr>
          <w:rFonts w:ascii="Times New Roman" w:hAnsi="Times New Roman" w:cs="Times New Roman"/>
          <w:sz w:val="28"/>
          <w:szCs w:val="28"/>
        </w:rPr>
        <w:t xml:space="preserve"> cu </w:t>
      </w:r>
      <w:proofErr w:type="spellStart"/>
      <w:r w:rsidRPr="00C57AA7">
        <w:rPr>
          <w:rFonts w:ascii="Times New Roman" w:hAnsi="Times New Roman" w:cs="Times New Roman"/>
          <w:sz w:val="28"/>
          <w:szCs w:val="28"/>
        </w:rPr>
        <w:t>obiectivul</w:t>
      </w:r>
      <w:proofErr w:type="spellEnd"/>
      <w:r w:rsidRPr="00C57AA7">
        <w:rPr>
          <w:rFonts w:ascii="Times New Roman" w:hAnsi="Times New Roman" w:cs="Times New Roman"/>
          <w:sz w:val="28"/>
          <w:szCs w:val="28"/>
        </w:rPr>
        <w:t xml:space="preserve"> de </w:t>
      </w:r>
      <w:proofErr w:type="spellStart"/>
      <w:r w:rsidRPr="00C57AA7">
        <w:rPr>
          <w:rFonts w:ascii="Times New Roman" w:hAnsi="Times New Roman" w:cs="Times New Roman"/>
          <w:sz w:val="28"/>
          <w:szCs w:val="28"/>
        </w:rPr>
        <w:t>investiții</w:t>
      </w:r>
      <w:proofErr w:type="spellEnd"/>
      <w:r w:rsidRPr="00C57AA7">
        <w:rPr>
          <w:rFonts w:ascii="Times New Roman" w:hAnsi="Times New Roman" w:cs="Times New Roman"/>
          <w:sz w:val="28"/>
          <w:szCs w:val="28"/>
        </w:rPr>
        <w:t xml:space="preserve"> </w:t>
      </w:r>
      <w:proofErr w:type="spellStart"/>
      <w:r w:rsidRPr="00C57AA7">
        <w:rPr>
          <w:rFonts w:ascii="Times New Roman" w:hAnsi="Times New Roman" w:cs="Times New Roman"/>
          <w:sz w:val="28"/>
          <w:szCs w:val="28"/>
        </w:rPr>
        <w:t>propus</w:t>
      </w:r>
      <w:proofErr w:type="spellEnd"/>
      <w:r w:rsidRPr="00C57AA7">
        <w:rPr>
          <w:rFonts w:ascii="Times New Roman" w:hAnsi="Times New Roman" w:cs="Times New Roman"/>
          <w:sz w:val="28"/>
          <w:szCs w:val="28"/>
        </w:rPr>
        <w:t xml:space="preserve">, </w:t>
      </w:r>
      <w:proofErr w:type="spellStart"/>
      <w:r w:rsidRPr="00C57AA7">
        <w:rPr>
          <w:rFonts w:ascii="Times New Roman" w:hAnsi="Times New Roman" w:cs="Times New Roman"/>
          <w:sz w:val="28"/>
          <w:szCs w:val="28"/>
        </w:rPr>
        <w:t>existente</w:t>
      </w:r>
      <w:proofErr w:type="spellEnd"/>
      <w:r w:rsidRPr="00C57AA7">
        <w:rPr>
          <w:rFonts w:ascii="Times New Roman" w:hAnsi="Times New Roman" w:cs="Times New Roman"/>
          <w:sz w:val="28"/>
          <w:szCs w:val="28"/>
        </w:rPr>
        <w:t xml:space="preserve"> </w:t>
      </w:r>
      <w:proofErr w:type="spellStart"/>
      <w:r w:rsidRPr="00C57AA7">
        <w:rPr>
          <w:rFonts w:ascii="Times New Roman" w:hAnsi="Times New Roman" w:cs="Times New Roman"/>
          <w:sz w:val="28"/>
          <w:szCs w:val="28"/>
        </w:rPr>
        <w:t>în</w:t>
      </w:r>
      <w:proofErr w:type="spellEnd"/>
      <w:r w:rsidRPr="00C57AA7">
        <w:rPr>
          <w:rFonts w:ascii="Times New Roman" w:hAnsi="Times New Roman" w:cs="Times New Roman"/>
          <w:sz w:val="28"/>
          <w:szCs w:val="28"/>
        </w:rPr>
        <w:t xml:space="preserve"> </w:t>
      </w:r>
      <w:proofErr w:type="spellStart"/>
      <w:r w:rsidRPr="00C57AA7">
        <w:rPr>
          <w:rFonts w:ascii="Times New Roman" w:hAnsi="Times New Roman" w:cs="Times New Roman"/>
          <w:sz w:val="28"/>
          <w:szCs w:val="28"/>
        </w:rPr>
        <w:t>zonă</w:t>
      </w:r>
      <w:proofErr w:type="spellEnd"/>
      <w:r w:rsidRPr="00C57AA7">
        <w:rPr>
          <w:rFonts w:ascii="Times New Roman" w:hAnsi="Times New Roman" w:cs="Times New Roman"/>
          <w:sz w:val="28"/>
          <w:szCs w:val="28"/>
        </w:rPr>
        <w:t xml:space="preserve">, </w:t>
      </w:r>
      <w:proofErr w:type="spellStart"/>
      <w:r w:rsidRPr="00C57AA7">
        <w:rPr>
          <w:rFonts w:ascii="Times New Roman" w:hAnsi="Times New Roman" w:cs="Times New Roman"/>
          <w:sz w:val="28"/>
          <w:szCs w:val="28"/>
        </w:rPr>
        <w:t>în</w:t>
      </w:r>
      <w:proofErr w:type="spellEnd"/>
      <w:r w:rsidRPr="00C57AA7">
        <w:rPr>
          <w:rFonts w:ascii="Times New Roman" w:hAnsi="Times New Roman" w:cs="Times New Roman"/>
          <w:sz w:val="28"/>
          <w:szCs w:val="28"/>
        </w:rPr>
        <w:t xml:space="preserve"> </w:t>
      </w:r>
      <w:proofErr w:type="spellStart"/>
      <w:r w:rsidRPr="00C57AA7">
        <w:rPr>
          <w:rFonts w:ascii="Times New Roman" w:hAnsi="Times New Roman" w:cs="Times New Roman"/>
          <w:sz w:val="28"/>
          <w:szCs w:val="28"/>
        </w:rPr>
        <w:t>vederea</w:t>
      </w:r>
      <w:proofErr w:type="spellEnd"/>
      <w:r w:rsidRPr="00C57AA7">
        <w:rPr>
          <w:rFonts w:ascii="Times New Roman" w:hAnsi="Times New Roman" w:cs="Times New Roman"/>
          <w:sz w:val="28"/>
          <w:szCs w:val="28"/>
        </w:rPr>
        <w:t xml:space="preserve"> </w:t>
      </w:r>
      <w:proofErr w:type="spellStart"/>
      <w:r w:rsidRPr="00C57AA7">
        <w:rPr>
          <w:rFonts w:ascii="Times New Roman" w:hAnsi="Times New Roman" w:cs="Times New Roman"/>
          <w:sz w:val="28"/>
          <w:szCs w:val="28"/>
        </w:rPr>
        <w:t>justificării</w:t>
      </w:r>
      <w:proofErr w:type="spellEnd"/>
      <w:r w:rsidRPr="00C57AA7">
        <w:rPr>
          <w:rFonts w:ascii="Times New Roman" w:hAnsi="Times New Roman" w:cs="Times New Roman"/>
          <w:sz w:val="28"/>
          <w:szCs w:val="28"/>
        </w:rPr>
        <w:t xml:space="preserve"> </w:t>
      </w:r>
      <w:proofErr w:type="spellStart"/>
      <w:r w:rsidRPr="00C57AA7">
        <w:rPr>
          <w:rFonts w:ascii="Times New Roman" w:hAnsi="Times New Roman" w:cs="Times New Roman"/>
          <w:sz w:val="28"/>
          <w:szCs w:val="28"/>
        </w:rPr>
        <w:t>necesității</w:t>
      </w:r>
      <w:proofErr w:type="spellEnd"/>
      <w:r w:rsidRPr="00C57AA7">
        <w:rPr>
          <w:rFonts w:ascii="Times New Roman" w:hAnsi="Times New Roman" w:cs="Times New Roman"/>
          <w:sz w:val="28"/>
          <w:szCs w:val="28"/>
        </w:rPr>
        <w:t xml:space="preserve"> </w:t>
      </w:r>
      <w:proofErr w:type="spellStart"/>
      <w:r w:rsidRPr="00C57AA7">
        <w:rPr>
          <w:rFonts w:ascii="Times New Roman" w:hAnsi="Times New Roman" w:cs="Times New Roman"/>
          <w:sz w:val="28"/>
          <w:szCs w:val="28"/>
        </w:rPr>
        <w:t>realizării</w:t>
      </w:r>
      <w:proofErr w:type="spellEnd"/>
      <w:r w:rsidRPr="00C57AA7">
        <w:rPr>
          <w:rFonts w:ascii="Times New Roman" w:hAnsi="Times New Roman" w:cs="Times New Roman"/>
          <w:sz w:val="28"/>
          <w:szCs w:val="28"/>
        </w:rPr>
        <w:t xml:space="preserve"> </w:t>
      </w:r>
      <w:proofErr w:type="spellStart"/>
      <w:r w:rsidRPr="00C57AA7">
        <w:rPr>
          <w:rFonts w:ascii="Times New Roman" w:hAnsi="Times New Roman" w:cs="Times New Roman"/>
          <w:sz w:val="28"/>
          <w:szCs w:val="28"/>
        </w:rPr>
        <w:t>obiectivului</w:t>
      </w:r>
      <w:proofErr w:type="spellEnd"/>
      <w:r w:rsidRPr="00C57AA7">
        <w:rPr>
          <w:rFonts w:ascii="Times New Roman" w:hAnsi="Times New Roman" w:cs="Times New Roman"/>
          <w:sz w:val="28"/>
          <w:szCs w:val="28"/>
        </w:rPr>
        <w:t xml:space="preserve"> de </w:t>
      </w:r>
      <w:proofErr w:type="spellStart"/>
      <w:r w:rsidRPr="00C57AA7">
        <w:rPr>
          <w:rFonts w:ascii="Times New Roman" w:hAnsi="Times New Roman" w:cs="Times New Roman"/>
          <w:sz w:val="28"/>
          <w:szCs w:val="28"/>
        </w:rPr>
        <w:t>investiții</w:t>
      </w:r>
      <w:proofErr w:type="spellEnd"/>
      <w:r w:rsidRPr="00C57AA7">
        <w:rPr>
          <w:rFonts w:ascii="Times New Roman" w:hAnsi="Times New Roman" w:cs="Times New Roman"/>
          <w:sz w:val="28"/>
          <w:szCs w:val="28"/>
        </w:rPr>
        <w:t xml:space="preserve"> </w:t>
      </w:r>
      <w:proofErr w:type="spellStart"/>
      <w:r w:rsidRPr="00C57AA7">
        <w:rPr>
          <w:rFonts w:ascii="Times New Roman" w:hAnsi="Times New Roman" w:cs="Times New Roman"/>
          <w:sz w:val="28"/>
          <w:szCs w:val="28"/>
        </w:rPr>
        <w:t>propus</w:t>
      </w:r>
      <w:proofErr w:type="spellEnd"/>
    </w:p>
    <w:p w14:paraId="59077199" w14:textId="77777777" w:rsidR="00A57563" w:rsidRPr="00C57AA7" w:rsidRDefault="00E8585D">
      <w:pPr>
        <w:rPr>
          <w:rFonts w:cs="Times New Roman"/>
          <w:sz w:val="28"/>
          <w:szCs w:val="28"/>
        </w:rPr>
      </w:pPr>
      <w:r w:rsidRPr="00C57AA7">
        <w:rPr>
          <w:rFonts w:eastAsia="Times New Roman" w:cs="Times New Roman"/>
          <w:sz w:val="28"/>
          <w:szCs w:val="28"/>
        </w:rPr>
        <w:t xml:space="preserve">La </w:t>
      </w:r>
      <w:proofErr w:type="spellStart"/>
      <w:r w:rsidRPr="00C57AA7">
        <w:rPr>
          <w:rFonts w:eastAsia="Times New Roman" w:cs="Times New Roman"/>
          <w:sz w:val="28"/>
          <w:szCs w:val="28"/>
        </w:rPr>
        <w:t>nivelul</w:t>
      </w:r>
      <w:proofErr w:type="spellEnd"/>
      <w:r w:rsidRPr="00C57AA7">
        <w:rPr>
          <w:rFonts w:eastAsia="Times New Roman" w:cs="Times New Roman"/>
          <w:sz w:val="28"/>
          <w:szCs w:val="28"/>
        </w:rPr>
        <w:t xml:space="preserve"> </w:t>
      </w:r>
      <w:proofErr w:type="spellStart"/>
      <w:r w:rsidRPr="00C57AA7">
        <w:rPr>
          <w:rFonts w:eastAsia="Times New Roman" w:cs="Times New Roman"/>
          <w:sz w:val="28"/>
          <w:szCs w:val="28"/>
        </w:rPr>
        <w:t>documentelor</w:t>
      </w:r>
      <w:proofErr w:type="spellEnd"/>
      <w:r w:rsidRPr="00C57AA7">
        <w:rPr>
          <w:rFonts w:eastAsia="Times New Roman" w:cs="Times New Roman"/>
          <w:sz w:val="28"/>
          <w:szCs w:val="28"/>
        </w:rPr>
        <w:t xml:space="preserve"> </w:t>
      </w:r>
      <w:proofErr w:type="spellStart"/>
      <w:r w:rsidRPr="00C57AA7">
        <w:rPr>
          <w:rFonts w:eastAsia="Times New Roman" w:cs="Times New Roman"/>
          <w:sz w:val="28"/>
          <w:szCs w:val="28"/>
        </w:rPr>
        <w:t>preliminare</w:t>
      </w:r>
      <w:proofErr w:type="spellEnd"/>
      <w:r w:rsidRPr="00C57AA7">
        <w:rPr>
          <w:rFonts w:eastAsia="Times New Roman" w:cs="Times New Roman"/>
          <w:sz w:val="28"/>
          <w:szCs w:val="28"/>
        </w:rPr>
        <w:t xml:space="preserve"> nu sunt </w:t>
      </w:r>
      <w:proofErr w:type="spellStart"/>
      <w:r w:rsidRPr="00C57AA7">
        <w:rPr>
          <w:rFonts w:eastAsia="Times New Roman" w:cs="Times New Roman"/>
          <w:sz w:val="28"/>
          <w:szCs w:val="28"/>
        </w:rPr>
        <w:t>disponibile</w:t>
      </w:r>
      <w:proofErr w:type="spellEnd"/>
      <w:r w:rsidRPr="00C57AA7">
        <w:rPr>
          <w:rFonts w:eastAsia="Times New Roman" w:cs="Times New Roman"/>
          <w:sz w:val="28"/>
          <w:szCs w:val="28"/>
        </w:rPr>
        <w:t xml:space="preserve"> date </w:t>
      </w:r>
      <w:proofErr w:type="spellStart"/>
      <w:r w:rsidRPr="00C57AA7">
        <w:rPr>
          <w:rFonts w:eastAsia="Times New Roman" w:cs="Times New Roman"/>
          <w:sz w:val="28"/>
          <w:szCs w:val="28"/>
        </w:rPr>
        <w:t>verificate</w:t>
      </w:r>
      <w:proofErr w:type="spellEnd"/>
      <w:r w:rsidRPr="00C57AA7">
        <w:rPr>
          <w:rFonts w:eastAsia="Times New Roman" w:cs="Times New Roman"/>
          <w:sz w:val="28"/>
          <w:szCs w:val="28"/>
        </w:rPr>
        <w:t xml:space="preserve"> </w:t>
      </w:r>
      <w:proofErr w:type="spellStart"/>
      <w:r w:rsidRPr="00C57AA7">
        <w:rPr>
          <w:rFonts w:eastAsia="Times New Roman" w:cs="Times New Roman"/>
          <w:sz w:val="28"/>
          <w:szCs w:val="28"/>
        </w:rPr>
        <w:t>privind</w:t>
      </w:r>
      <w:proofErr w:type="spellEnd"/>
      <w:r w:rsidRPr="00C57AA7">
        <w:rPr>
          <w:rFonts w:eastAsia="Times New Roman" w:cs="Times New Roman"/>
          <w:sz w:val="28"/>
          <w:szCs w:val="28"/>
        </w:rPr>
        <w:t xml:space="preserve"> </w:t>
      </w:r>
      <w:proofErr w:type="spellStart"/>
      <w:r w:rsidRPr="00C57AA7">
        <w:rPr>
          <w:rFonts w:eastAsia="Times New Roman" w:cs="Times New Roman"/>
          <w:sz w:val="28"/>
          <w:szCs w:val="28"/>
        </w:rPr>
        <w:t>alte</w:t>
      </w:r>
      <w:proofErr w:type="spellEnd"/>
      <w:r w:rsidRPr="00C57AA7">
        <w:rPr>
          <w:rFonts w:eastAsia="Times New Roman" w:cs="Times New Roman"/>
          <w:sz w:val="28"/>
          <w:szCs w:val="28"/>
        </w:rPr>
        <w:t xml:space="preserve"> </w:t>
      </w:r>
      <w:proofErr w:type="spellStart"/>
      <w:r w:rsidRPr="00C57AA7">
        <w:rPr>
          <w:rFonts w:eastAsia="Times New Roman" w:cs="Times New Roman"/>
          <w:sz w:val="28"/>
          <w:szCs w:val="28"/>
        </w:rPr>
        <w:t>captări</w:t>
      </w:r>
      <w:proofErr w:type="spellEnd"/>
      <w:r w:rsidRPr="00C57AA7">
        <w:rPr>
          <w:rFonts w:eastAsia="Times New Roman" w:cs="Times New Roman"/>
          <w:sz w:val="28"/>
          <w:szCs w:val="28"/>
        </w:rPr>
        <w:t xml:space="preserve"> </w:t>
      </w:r>
      <w:proofErr w:type="spellStart"/>
      <w:r w:rsidRPr="00C57AA7">
        <w:rPr>
          <w:rFonts w:eastAsia="Times New Roman" w:cs="Times New Roman"/>
          <w:sz w:val="28"/>
          <w:szCs w:val="28"/>
        </w:rPr>
        <w:t>subterane</w:t>
      </w:r>
      <w:proofErr w:type="spellEnd"/>
      <w:r w:rsidRPr="00C57AA7">
        <w:rPr>
          <w:rFonts w:eastAsia="Times New Roman" w:cs="Times New Roman"/>
          <w:sz w:val="28"/>
          <w:szCs w:val="28"/>
        </w:rPr>
        <w:t xml:space="preserve"> care pot </w:t>
      </w:r>
      <w:proofErr w:type="spellStart"/>
      <w:r w:rsidRPr="00C57AA7">
        <w:rPr>
          <w:rFonts w:eastAsia="Times New Roman" w:cs="Times New Roman"/>
          <w:sz w:val="28"/>
          <w:szCs w:val="28"/>
        </w:rPr>
        <w:t>asigura</w:t>
      </w:r>
      <w:proofErr w:type="spellEnd"/>
      <w:r w:rsidRPr="00C57AA7">
        <w:rPr>
          <w:rFonts w:eastAsia="Times New Roman" w:cs="Times New Roman"/>
          <w:sz w:val="28"/>
          <w:szCs w:val="28"/>
        </w:rPr>
        <w:t xml:space="preserve"> </w:t>
      </w:r>
      <w:proofErr w:type="spellStart"/>
      <w:r w:rsidRPr="00C57AA7">
        <w:rPr>
          <w:rFonts w:eastAsia="Times New Roman" w:cs="Times New Roman"/>
          <w:sz w:val="28"/>
          <w:szCs w:val="28"/>
        </w:rPr>
        <w:t>necesarul</w:t>
      </w:r>
      <w:proofErr w:type="spellEnd"/>
      <w:r w:rsidRPr="00C57AA7">
        <w:rPr>
          <w:rFonts w:eastAsia="Times New Roman" w:cs="Times New Roman"/>
          <w:sz w:val="28"/>
          <w:szCs w:val="28"/>
        </w:rPr>
        <w:t xml:space="preserve"> </w:t>
      </w:r>
      <w:proofErr w:type="spellStart"/>
      <w:r w:rsidRPr="00C57AA7">
        <w:rPr>
          <w:rFonts w:eastAsia="Times New Roman" w:cs="Times New Roman"/>
          <w:sz w:val="28"/>
          <w:szCs w:val="28"/>
        </w:rPr>
        <w:t>obiectivului</w:t>
      </w:r>
      <w:proofErr w:type="spellEnd"/>
      <w:r w:rsidRPr="00C57AA7">
        <w:rPr>
          <w:rFonts w:eastAsia="Times New Roman" w:cs="Times New Roman"/>
          <w:sz w:val="28"/>
          <w:szCs w:val="28"/>
        </w:rPr>
        <w:t xml:space="preserve">. SF </w:t>
      </w:r>
      <w:proofErr w:type="spellStart"/>
      <w:r w:rsidRPr="00C57AA7">
        <w:rPr>
          <w:rFonts w:eastAsia="Times New Roman" w:cs="Times New Roman"/>
          <w:sz w:val="28"/>
          <w:szCs w:val="28"/>
        </w:rPr>
        <w:t>și</w:t>
      </w:r>
      <w:proofErr w:type="spellEnd"/>
      <w:r w:rsidRPr="00C57AA7">
        <w:rPr>
          <w:rFonts w:eastAsia="Times New Roman" w:cs="Times New Roman"/>
          <w:sz w:val="28"/>
          <w:szCs w:val="28"/>
        </w:rPr>
        <w:t xml:space="preserve"> </w:t>
      </w:r>
      <w:proofErr w:type="spellStart"/>
      <w:r w:rsidRPr="00C57AA7">
        <w:rPr>
          <w:rFonts w:eastAsia="Times New Roman" w:cs="Times New Roman"/>
          <w:sz w:val="28"/>
          <w:szCs w:val="28"/>
        </w:rPr>
        <w:t>studiul</w:t>
      </w:r>
      <w:proofErr w:type="spellEnd"/>
      <w:r w:rsidRPr="00C57AA7">
        <w:rPr>
          <w:rFonts w:eastAsia="Times New Roman" w:cs="Times New Roman"/>
          <w:sz w:val="28"/>
          <w:szCs w:val="28"/>
        </w:rPr>
        <w:t xml:space="preserve"> </w:t>
      </w:r>
      <w:proofErr w:type="spellStart"/>
      <w:r w:rsidRPr="00C57AA7">
        <w:rPr>
          <w:rFonts w:eastAsia="Times New Roman" w:cs="Times New Roman"/>
          <w:sz w:val="28"/>
          <w:szCs w:val="28"/>
        </w:rPr>
        <w:t>hidrogeologic</w:t>
      </w:r>
      <w:proofErr w:type="spellEnd"/>
      <w:r w:rsidRPr="00C57AA7">
        <w:rPr>
          <w:rFonts w:eastAsia="Times New Roman" w:cs="Times New Roman"/>
          <w:sz w:val="28"/>
          <w:szCs w:val="28"/>
        </w:rPr>
        <w:t xml:space="preserve"> </w:t>
      </w:r>
      <w:proofErr w:type="spellStart"/>
      <w:r w:rsidRPr="00C57AA7">
        <w:rPr>
          <w:rFonts w:eastAsia="Times New Roman" w:cs="Times New Roman"/>
          <w:sz w:val="28"/>
          <w:szCs w:val="28"/>
        </w:rPr>
        <w:t>vor</w:t>
      </w:r>
      <w:proofErr w:type="spellEnd"/>
      <w:r w:rsidRPr="00C57AA7">
        <w:rPr>
          <w:rFonts w:eastAsia="Times New Roman" w:cs="Times New Roman"/>
          <w:sz w:val="28"/>
          <w:szCs w:val="28"/>
        </w:rPr>
        <w:t xml:space="preserve"> </w:t>
      </w:r>
      <w:proofErr w:type="spellStart"/>
      <w:r w:rsidRPr="00C57AA7">
        <w:rPr>
          <w:rFonts w:eastAsia="Times New Roman" w:cs="Times New Roman"/>
          <w:sz w:val="28"/>
          <w:szCs w:val="28"/>
        </w:rPr>
        <w:t>inventaria</w:t>
      </w:r>
      <w:proofErr w:type="spellEnd"/>
      <w:r w:rsidRPr="00C57AA7">
        <w:rPr>
          <w:rFonts w:eastAsia="Times New Roman" w:cs="Times New Roman"/>
          <w:sz w:val="28"/>
          <w:szCs w:val="28"/>
        </w:rPr>
        <w:t xml:space="preserve"> </w:t>
      </w:r>
      <w:proofErr w:type="spellStart"/>
      <w:r w:rsidRPr="00C57AA7">
        <w:rPr>
          <w:rFonts w:eastAsia="Times New Roman" w:cs="Times New Roman"/>
          <w:sz w:val="28"/>
          <w:szCs w:val="28"/>
        </w:rPr>
        <w:t>forajele</w:t>
      </w:r>
      <w:proofErr w:type="spellEnd"/>
      <w:r w:rsidRPr="00C57AA7">
        <w:rPr>
          <w:rFonts w:eastAsia="Times New Roman" w:cs="Times New Roman"/>
          <w:sz w:val="28"/>
          <w:szCs w:val="28"/>
        </w:rPr>
        <w:t xml:space="preserve"> </w:t>
      </w:r>
      <w:proofErr w:type="spellStart"/>
      <w:r w:rsidRPr="00C57AA7">
        <w:rPr>
          <w:rFonts w:eastAsia="Times New Roman" w:cs="Times New Roman"/>
          <w:sz w:val="28"/>
          <w:szCs w:val="28"/>
        </w:rPr>
        <w:t>cunoscute</w:t>
      </w:r>
      <w:proofErr w:type="spellEnd"/>
      <w:r w:rsidRPr="00C57AA7">
        <w:rPr>
          <w:rFonts w:eastAsia="Times New Roman" w:cs="Times New Roman"/>
          <w:sz w:val="28"/>
          <w:szCs w:val="28"/>
        </w:rPr>
        <w:t xml:space="preserve"> </w:t>
      </w:r>
      <w:proofErr w:type="spellStart"/>
      <w:r w:rsidRPr="00C57AA7">
        <w:rPr>
          <w:rFonts w:eastAsia="Times New Roman" w:cs="Times New Roman"/>
          <w:sz w:val="28"/>
          <w:szCs w:val="28"/>
        </w:rPr>
        <w:t>în</w:t>
      </w:r>
      <w:proofErr w:type="spellEnd"/>
      <w:r w:rsidRPr="00C57AA7">
        <w:rPr>
          <w:rFonts w:eastAsia="Times New Roman" w:cs="Times New Roman"/>
          <w:sz w:val="28"/>
          <w:szCs w:val="28"/>
        </w:rPr>
        <w:t xml:space="preserve"> </w:t>
      </w:r>
      <w:proofErr w:type="spellStart"/>
      <w:r w:rsidRPr="00C57AA7">
        <w:rPr>
          <w:rFonts w:eastAsia="Times New Roman" w:cs="Times New Roman"/>
          <w:sz w:val="28"/>
          <w:szCs w:val="28"/>
        </w:rPr>
        <w:t>zonă</w:t>
      </w:r>
      <w:proofErr w:type="spellEnd"/>
      <w:r w:rsidRPr="00C57AA7">
        <w:rPr>
          <w:rFonts w:eastAsia="Times New Roman" w:cs="Times New Roman"/>
          <w:sz w:val="28"/>
          <w:szCs w:val="28"/>
        </w:rPr>
        <w:t xml:space="preserve">, </w:t>
      </w:r>
      <w:proofErr w:type="spellStart"/>
      <w:r w:rsidRPr="00C57AA7">
        <w:rPr>
          <w:rFonts w:eastAsia="Times New Roman" w:cs="Times New Roman"/>
          <w:sz w:val="28"/>
          <w:szCs w:val="28"/>
        </w:rPr>
        <w:t>datele</w:t>
      </w:r>
      <w:proofErr w:type="spellEnd"/>
      <w:r w:rsidRPr="00C57AA7">
        <w:rPr>
          <w:rFonts w:eastAsia="Times New Roman" w:cs="Times New Roman"/>
          <w:sz w:val="28"/>
          <w:szCs w:val="28"/>
        </w:rPr>
        <w:t xml:space="preserve"> </w:t>
      </w:r>
      <w:proofErr w:type="spellStart"/>
      <w:r w:rsidRPr="00C57AA7">
        <w:rPr>
          <w:rFonts w:eastAsia="Times New Roman" w:cs="Times New Roman"/>
          <w:sz w:val="28"/>
          <w:szCs w:val="28"/>
        </w:rPr>
        <w:t>disponibile</w:t>
      </w:r>
      <w:proofErr w:type="spellEnd"/>
      <w:r w:rsidRPr="00C57AA7">
        <w:rPr>
          <w:rFonts w:eastAsia="Times New Roman" w:cs="Times New Roman"/>
          <w:sz w:val="28"/>
          <w:szCs w:val="28"/>
        </w:rPr>
        <w:t xml:space="preserve"> de la </w:t>
      </w:r>
      <w:proofErr w:type="spellStart"/>
      <w:r w:rsidRPr="00C57AA7">
        <w:rPr>
          <w:rFonts w:eastAsia="Times New Roman" w:cs="Times New Roman"/>
          <w:sz w:val="28"/>
          <w:szCs w:val="28"/>
        </w:rPr>
        <w:t>autorități</w:t>
      </w:r>
      <w:proofErr w:type="spellEnd"/>
      <w:r w:rsidRPr="00C57AA7">
        <w:rPr>
          <w:rFonts w:eastAsia="Times New Roman" w:cs="Times New Roman"/>
          <w:sz w:val="28"/>
          <w:szCs w:val="28"/>
        </w:rPr>
        <w:t xml:space="preserve"> </w:t>
      </w:r>
      <w:proofErr w:type="spellStart"/>
      <w:r w:rsidRPr="00C57AA7">
        <w:rPr>
          <w:rFonts w:eastAsia="Times New Roman" w:cs="Times New Roman"/>
          <w:sz w:val="28"/>
          <w:szCs w:val="28"/>
        </w:rPr>
        <w:t>și</w:t>
      </w:r>
      <w:proofErr w:type="spellEnd"/>
      <w:r w:rsidRPr="00C57AA7">
        <w:rPr>
          <w:rFonts w:eastAsia="Times New Roman" w:cs="Times New Roman"/>
          <w:sz w:val="28"/>
          <w:szCs w:val="28"/>
        </w:rPr>
        <w:t xml:space="preserve"> </w:t>
      </w:r>
      <w:proofErr w:type="spellStart"/>
      <w:r w:rsidRPr="00C57AA7">
        <w:rPr>
          <w:rFonts w:eastAsia="Times New Roman" w:cs="Times New Roman"/>
          <w:sz w:val="28"/>
          <w:szCs w:val="28"/>
        </w:rPr>
        <w:t>rezultatele</w:t>
      </w:r>
      <w:proofErr w:type="spellEnd"/>
      <w:r w:rsidRPr="00C57AA7">
        <w:rPr>
          <w:rFonts w:eastAsia="Times New Roman" w:cs="Times New Roman"/>
          <w:sz w:val="28"/>
          <w:szCs w:val="28"/>
        </w:rPr>
        <w:t xml:space="preserve"> </w:t>
      </w:r>
      <w:proofErr w:type="spellStart"/>
      <w:r w:rsidRPr="00C57AA7">
        <w:rPr>
          <w:rFonts w:eastAsia="Times New Roman" w:cs="Times New Roman"/>
          <w:sz w:val="28"/>
          <w:szCs w:val="28"/>
        </w:rPr>
        <w:t>relevante</w:t>
      </w:r>
      <w:proofErr w:type="spellEnd"/>
      <w:r w:rsidRPr="00C57AA7">
        <w:rPr>
          <w:rFonts w:eastAsia="Times New Roman" w:cs="Times New Roman"/>
          <w:sz w:val="28"/>
          <w:szCs w:val="28"/>
        </w:rPr>
        <w:t xml:space="preserve"> </w:t>
      </w:r>
      <w:proofErr w:type="spellStart"/>
      <w:r w:rsidRPr="00C57AA7">
        <w:rPr>
          <w:rFonts w:eastAsia="Times New Roman" w:cs="Times New Roman"/>
          <w:sz w:val="28"/>
          <w:szCs w:val="28"/>
        </w:rPr>
        <w:t>pentru</w:t>
      </w:r>
      <w:proofErr w:type="spellEnd"/>
      <w:r w:rsidRPr="00C57AA7">
        <w:rPr>
          <w:rFonts w:eastAsia="Times New Roman" w:cs="Times New Roman"/>
          <w:sz w:val="28"/>
          <w:szCs w:val="28"/>
        </w:rPr>
        <w:t xml:space="preserve"> </w:t>
      </w:r>
      <w:proofErr w:type="spellStart"/>
      <w:r w:rsidRPr="00C57AA7">
        <w:rPr>
          <w:rFonts w:eastAsia="Times New Roman" w:cs="Times New Roman"/>
          <w:sz w:val="28"/>
          <w:szCs w:val="28"/>
        </w:rPr>
        <w:t>amplasament</w:t>
      </w:r>
      <w:proofErr w:type="spellEnd"/>
      <w:r w:rsidRPr="00C57AA7">
        <w:rPr>
          <w:rFonts w:eastAsia="Times New Roman" w:cs="Times New Roman"/>
          <w:sz w:val="28"/>
          <w:szCs w:val="28"/>
        </w:rPr>
        <w:t xml:space="preserve">, </w:t>
      </w:r>
      <w:proofErr w:type="spellStart"/>
      <w:r w:rsidRPr="00C57AA7">
        <w:rPr>
          <w:rFonts w:eastAsia="Times New Roman" w:cs="Times New Roman"/>
          <w:sz w:val="28"/>
          <w:szCs w:val="28"/>
        </w:rPr>
        <w:t>fără</w:t>
      </w:r>
      <w:proofErr w:type="spellEnd"/>
      <w:r w:rsidRPr="00C57AA7">
        <w:rPr>
          <w:rFonts w:eastAsia="Times New Roman" w:cs="Times New Roman"/>
          <w:sz w:val="28"/>
          <w:szCs w:val="28"/>
        </w:rPr>
        <w:t xml:space="preserve"> </w:t>
      </w:r>
      <w:proofErr w:type="spellStart"/>
      <w:r w:rsidRPr="00C57AA7">
        <w:rPr>
          <w:rFonts w:eastAsia="Times New Roman" w:cs="Times New Roman"/>
          <w:sz w:val="28"/>
          <w:szCs w:val="28"/>
        </w:rPr>
        <w:t>extrapolarea</w:t>
      </w:r>
      <w:proofErr w:type="spellEnd"/>
      <w:r w:rsidRPr="00C57AA7">
        <w:rPr>
          <w:rFonts w:eastAsia="Times New Roman" w:cs="Times New Roman"/>
          <w:sz w:val="28"/>
          <w:szCs w:val="28"/>
        </w:rPr>
        <w:t xml:space="preserve"> </w:t>
      </w:r>
      <w:proofErr w:type="spellStart"/>
      <w:r w:rsidRPr="00C57AA7">
        <w:rPr>
          <w:rFonts w:eastAsia="Times New Roman" w:cs="Times New Roman"/>
          <w:sz w:val="28"/>
          <w:szCs w:val="28"/>
        </w:rPr>
        <w:t>nejustificată</w:t>
      </w:r>
      <w:proofErr w:type="spellEnd"/>
      <w:r w:rsidRPr="00C57AA7">
        <w:rPr>
          <w:rFonts w:eastAsia="Times New Roman" w:cs="Times New Roman"/>
          <w:sz w:val="28"/>
          <w:szCs w:val="28"/>
        </w:rPr>
        <w:t xml:space="preserve"> a </w:t>
      </w:r>
      <w:proofErr w:type="spellStart"/>
      <w:r w:rsidRPr="00C57AA7">
        <w:rPr>
          <w:rFonts w:eastAsia="Times New Roman" w:cs="Times New Roman"/>
          <w:sz w:val="28"/>
          <w:szCs w:val="28"/>
        </w:rPr>
        <w:t>debitelor</w:t>
      </w:r>
      <w:proofErr w:type="spellEnd"/>
      <w:r w:rsidRPr="00C57AA7">
        <w:rPr>
          <w:rFonts w:eastAsia="Times New Roman" w:cs="Times New Roman"/>
          <w:sz w:val="28"/>
          <w:szCs w:val="28"/>
        </w:rPr>
        <w:t>.</w:t>
      </w:r>
    </w:p>
    <w:p w14:paraId="0D9DED1D" w14:textId="77777777" w:rsidR="00A57563" w:rsidRPr="00C57AA7" w:rsidRDefault="00E8585D">
      <w:pPr>
        <w:pStyle w:val="Titlu2"/>
        <w:rPr>
          <w:rFonts w:ascii="Times New Roman" w:hAnsi="Times New Roman" w:cs="Times New Roman"/>
          <w:sz w:val="28"/>
          <w:szCs w:val="28"/>
        </w:rPr>
      </w:pPr>
      <w:r w:rsidRPr="00C57AA7">
        <w:rPr>
          <w:rFonts w:ascii="Times New Roman" w:hAnsi="Times New Roman" w:cs="Times New Roman"/>
          <w:sz w:val="28"/>
          <w:szCs w:val="28"/>
        </w:rPr>
        <w:t xml:space="preserve">2.3. </w:t>
      </w:r>
      <w:proofErr w:type="spellStart"/>
      <w:r w:rsidRPr="00C57AA7">
        <w:rPr>
          <w:rFonts w:ascii="Times New Roman" w:hAnsi="Times New Roman" w:cs="Times New Roman"/>
          <w:sz w:val="28"/>
          <w:szCs w:val="28"/>
        </w:rPr>
        <w:t>Existența</w:t>
      </w:r>
      <w:proofErr w:type="spellEnd"/>
      <w:r w:rsidRPr="00C57AA7">
        <w:rPr>
          <w:rFonts w:ascii="Times New Roman" w:hAnsi="Times New Roman" w:cs="Times New Roman"/>
          <w:sz w:val="28"/>
          <w:szCs w:val="28"/>
        </w:rPr>
        <w:t xml:space="preserve">, </w:t>
      </w:r>
      <w:proofErr w:type="spellStart"/>
      <w:r w:rsidRPr="00C57AA7">
        <w:rPr>
          <w:rFonts w:ascii="Times New Roman" w:hAnsi="Times New Roman" w:cs="Times New Roman"/>
          <w:sz w:val="28"/>
          <w:szCs w:val="28"/>
        </w:rPr>
        <w:t>după</w:t>
      </w:r>
      <w:proofErr w:type="spellEnd"/>
      <w:r w:rsidRPr="00C57AA7">
        <w:rPr>
          <w:rFonts w:ascii="Times New Roman" w:hAnsi="Times New Roman" w:cs="Times New Roman"/>
          <w:sz w:val="28"/>
          <w:szCs w:val="28"/>
        </w:rPr>
        <w:t xml:space="preserve"> </w:t>
      </w:r>
      <w:proofErr w:type="spellStart"/>
      <w:r w:rsidRPr="00C57AA7">
        <w:rPr>
          <w:rFonts w:ascii="Times New Roman" w:hAnsi="Times New Roman" w:cs="Times New Roman"/>
          <w:sz w:val="28"/>
          <w:szCs w:val="28"/>
        </w:rPr>
        <w:t>caz</w:t>
      </w:r>
      <w:proofErr w:type="spellEnd"/>
      <w:r w:rsidRPr="00C57AA7">
        <w:rPr>
          <w:rFonts w:ascii="Times New Roman" w:hAnsi="Times New Roman" w:cs="Times New Roman"/>
          <w:sz w:val="28"/>
          <w:szCs w:val="28"/>
        </w:rPr>
        <w:t xml:space="preserve">, a </w:t>
      </w:r>
      <w:proofErr w:type="spellStart"/>
      <w:r w:rsidRPr="00C57AA7">
        <w:rPr>
          <w:rFonts w:ascii="Times New Roman" w:hAnsi="Times New Roman" w:cs="Times New Roman"/>
          <w:sz w:val="28"/>
          <w:szCs w:val="28"/>
        </w:rPr>
        <w:t>unei</w:t>
      </w:r>
      <w:proofErr w:type="spellEnd"/>
      <w:r w:rsidRPr="00C57AA7">
        <w:rPr>
          <w:rFonts w:ascii="Times New Roman" w:hAnsi="Times New Roman" w:cs="Times New Roman"/>
          <w:sz w:val="28"/>
          <w:szCs w:val="28"/>
        </w:rPr>
        <w:t xml:space="preserve"> </w:t>
      </w:r>
      <w:proofErr w:type="spellStart"/>
      <w:r w:rsidRPr="00C57AA7">
        <w:rPr>
          <w:rFonts w:ascii="Times New Roman" w:hAnsi="Times New Roman" w:cs="Times New Roman"/>
          <w:sz w:val="28"/>
          <w:szCs w:val="28"/>
        </w:rPr>
        <w:t>strategii</w:t>
      </w:r>
      <w:proofErr w:type="spellEnd"/>
      <w:r w:rsidRPr="00C57AA7">
        <w:rPr>
          <w:rFonts w:ascii="Times New Roman" w:hAnsi="Times New Roman" w:cs="Times New Roman"/>
          <w:sz w:val="28"/>
          <w:szCs w:val="28"/>
        </w:rPr>
        <w:t xml:space="preserve">, a </w:t>
      </w:r>
      <w:proofErr w:type="spellStart"/>
      <w:r w:rsidRPr="00C57AA7">
        <w:rPr>
          <w:rFonts w:ascii="Times New Roman" w:hAnsi="Times New Roman" w:cs="Times New Roman"/>
          <w:sz w:val="28"/>
          <w:szCs w:val="28"/>
        </w:rPr>
        <w:t>unui</w:t>
      </w:r>
      <w:proofErr w:type="spellEnd"/>
      <w:r w:rsidRPr="00C57AA7">
        <w:rPr>
          <w:rFonts w:ascii="Times New Roman" w:hAnsi="Times New Roman" w:cs="Times New Roman"/>
          <w:sz w:val="28"/>
          <w:szCs w:val="28"/>
        </w:rPr>
        <w:t xml:space="preserve"> master plan </w:t>
      </w:r>
      <w:proofErr w:type="spellStart"/>
      <w:r w:rsidRPr="00C57AA7">
        <w:rPr>
          <w:rFonts w:ascii="Times New Roman" w:hAnsi="Times New Roman" w:cs="Times New Roman"/>
          <w:sz w:val="28"/>
          <w:szCs w:val="28"/>
        </w:rPr>
        <w:t>ori</w:t>
      </w:r>
      <w:proofErr w:type="spellEnd"/>
      <w:r w:rsidRPr="00C57AA7">
        <w:rPr>
          <w:rFonts w:ascii="Times New Roman" w:hAnsi="Times New Roman" w:cs="Times New Roman"/>
          <w:sz w:val="28"/>
          <w:szCs w:val="28"/>
        </w:rPr>
        <w:t xml:space="preserve"> a </w:t>
      </w:r>
      <w:proofErr w:type="spellStart"/>
      <w:r w:rsidRPr="00C57AA7">
        <w:rPr>
          <w:rFonts w:ascii="Times New Roman" w:hAnsi="Times New Roman" w:cs="Times New Roman"/>
          <w:sz w:val="28"/>
          <w:szCs w:val="28"/>
        </w:rPr>
        <w:t>unor</w:t>
      </w:r>
      <w:proofErr w:type="spellEnd"/>
      <w:r w:rsidRPr="00C57AA7">
        <w:rPr>
          <w:rFonts w:ascii="Times New Roman" w:hAnsi="Times New Roman" w:cs="Times New Roman"/>
          <w:sz w:val="28"/>
          <w:szCs w:val="28"/>
        </w:rPr>
        <w:t xml:space="preserve"> </w:t>
      </w:r>
      <w:proofErr w:type="spellStart"/>
      <w:r w:rsidRPr="00C57AA7">
        <w:rPr>
          <w:rFonts w:ascii="Times New Roman" w:hAnsi="Times New Roman" w:cs="Times New Roman"/>
          <w:sz w:val="28"/>
          <w:szCs w:val="28"/>
        </w:rPr>
        <w:t>planuri</w:t>
      </w:r>
      <w:proofErr w:type="spellEnd"/>
      <w:r w:rsidRPr="00C57AA7">
        <w:rPr>
          <w:rFonts w:ascii="Times New Roman" w:hAnsi="Times New Roman" w:cs="Times New Roman"/>
          <w:sz w:val="28"/>
          <w:szCs w:val="28"/>
        </w:rPr>
        <w:t xml:space="preserve"> </w:t>
      </w:r>
      <w:proofErr w:type="spellStart"/>
      <w:r w:rsidRPr="00C57AA7">
        <w:rPr>
          <w:rFonts w:ascii="Times New Roman" w:hAnsi="Times New Roman" w:cs="Times New Roman"/>
          <w:sz w:val="28"/>
          <w:szCs w:val="28"/>
        </w:rPr>
        <w:t>similare</w:t>
      </w:r>
      <w:proofErr w:type="spellEnd"/>
      <w:r w:rsidRPr="00C57AA7">
        <w:rPr>
          <w:rFonts w:ascii="Times New Roman" w:hAnsi="Times New Roman" w:cs="Times New Roman"/>
          <w:sz w:val="28"/>
          <w:szCs w:val="28"/>
        </w:rPr>
        <w:t xml:space="preserve">, </w:t>
      </w:r>
      <w:proofErr w:type="spellStart"/>
      <w:r w:rsidRPr="00C57AA7">
        <w:rPr>
          <w:rFonts w:ascii="Times New Roman" w:hAnsi="Times New Roman" w:cs="Times New Roman"/>
          <w:sz w:val="28"/>
          <w:szCs w:val="28"/>
        </w:rPr>
        <w:t>aprobate</w:t>
      </w:r>
      <w:proofErr w:type="spellEnd"/>
      <w:r w:rsidRPr="00C57AA7">
        <w:rPr>
          <w:rFonts w:ascii="Times New Roman" w:hAnsi="Times New Roman" w:cs="Times New Roman"/>
          <w:sz w:val="28"/>
          <w:szCs w:val="28"/>
        </w:rPr>
        <w:t xml:space="preserve"> </w:t>
      </w:r>
      <w:proofErr w:type="spellStart"/>
      <w:r w:rsidRPr="00C57AA7">
        <w:rPr>
          <w:rFonts w:ascii="Times New Roman" w:hAnsi="Times New Roman" w:cs="Times New Roman"/>
          <w:sz w:val="28"/>
          <w:szCs w:val="28"/>
        </w:rPr>
        <w:t>prin</w:t>
      </w:r>
      <w:proofErr w:type="spellEnd"/>
      <w:r w:rsidRPr="00C57AA7">
        <w:rPr>
          <w:rFonts w:ascii="Times New Roman" w:hAnsi="Times New Roman" w:cs="Times New Roman"/>
          <w:sz w:val="28"/>
          <w:szCs w:val="28"/>
        </w:rPr>
        <w:t xml:space="preserve"> </w:t>
      </w:r>
      <w:proofErr w:type="spellStart"/>
      <w:r w:rsidRPr="00C57AA7">
        <w:rPr>
          <w:rFonts w:ascii="Times New Roman" w:hAnsi="Times New Roman" w:cs="Times New Roman"/>
          <w:sz w:val="28"/>
          <w:szCs w:val="28"/>
        </w:rPr>
        <w:t>acte</w:t>
      </w:r>
      <w:proofErr w:type="spellEnd"/>
      <w:r w:rsidRPr="00C57AA7">
        <w:rPr>
          <w:rFonts w:ascii="Times New Roman" w:hAnsi="Times New Roman" w:cs="Times New Roman"/>
          <w:sz w:val="28"/>
          <w:szCs w:val="28"/>
        </w:rPr>
        <w:t xml:space="preserve"> normative, </w:t>
      </w:r>
      <w:proofErr w:type="spellStart"/>
      <w:r w:rsidRPr="00C57AA7">
        <w:rPr>
          <w:rFonts w:ascii="Times New Roman" w:hAnsi="Times New Roman" w:cs="Times New Roman"/>
          <w:sz w:val="28"/>
          <w:szCs w:val="28"/>
        </w:rPr>
        <w:t>în</w:t>
      </w:r>
      <w:proofErr w:type="spellEnd"/>
      <w:r w:rsidRPr="00C57AA7">
        <w:rPr>
          <w:rFonts w:ascii="Times New Roman" w:hAnsi="Times New Roman" w:cs="Times New Roman"/>
          <w:sz w:val="28"/>
          <w:szCs w:val="28"/>
        </w:rPr>
        <w:t xml:space="preserve"> </w:t>
      </w:r>
      <w:proofErr w:type="spellStart"/>
      <w:r w:rsidRPr="00C57AA7">
        <w:rPr>
          <w:rFonts w:ascii="Times New Roman" w:hAnsi="Times New Roman" w:cs="Times New Roman"/>
          <w:sz w:val="28"/>
          <w:szCs w:val="28"/>
        </w:rPr>
        <w:t>cadrul</w:t>
      </w:r>
      <w:proofErr w:type="spellEnd"/>
      <w:r w:rsidRPr="00C57AA7">
        <w:rPr>
          <w:rFonts w:ascii="Times New Roman" w:hAnsi="Times New Roman" w:cs="Times New Roman"/>
          <w:sz w:val="28"/>
          <w:szCs w:val="28"/>
        </w:rPr>
        <w:t xml:space="preserve"> </w:t>
      </w:r>
      <w:proofErr w:type="spellStart"/>
      <w:r w:rsidRPr="00C57AA7">
        <w:rPr>
          <w:rFonts w:ascii="Times New Roman" w:hAnsi="Times New Roman" w:cs="Times New Roman"/>
          <w:sz w:val="28"/>
          <w:szCs w:val="28"/>
        </w:rPr>
        <w:t>cărora</w:t>
      </w:r>
      <w:proofErr w:type="spellEnd"/>
      <w:r w:rsidRPr="00C57AA7">
        <w:rPr>
          <w:rFonts w:ascii="Times New Roman" w:hAnsi="Times New Roman" w:cs="Times New Roman"/>
          <w:sz w:val="28"/>
          <w:szCs w:val="28"/>
        </w:rPr>
        <w:t xml:space="preserve"> se </w:t>
      </w:r>
      <w:proofErr w:type="spellStart"/>
      <w:r w:rsidRPr="00C57AA7">
        <w:rPr>
          <w:rFonts w:ascii="Times New Roman" w:hAnsi="Times New Roman" w:cs="Times New Roman"/>
          <w:sz w:val="28"/>
          <w:szCs w:val="28"/>
        </w:rPr>
        <w:t>poate</w:t>
      </w:r>
      <w:proofErr w:type="spellEnd"/>
      <w:r w:rsidRPr="00C57AA7">
        <w:rPr>
          <w:rFonts w:ascii="Times New Roman" w:hAnsi="Times New Roman" w:cs="Times New Roman"/>
          <w:sz w:val="28"/>
          <w:szCs w:val="28"/>
        </w:rPr>
        <w:t xml:space="preserve"> </w:t>
      </w:r>
      <w:proofErr w:type="spellStart"/>
      <w:r w:rsidRPr="00C57AA7">
        <w:rPr>
          <w:rFonts w:ascii="Times New Roman" w:hAnsi="Times New Roman" w:cs="Times New Roman"/>
          <w:sz w:val="28"/>
          <w:szCs w:val="28"/>
        </w:rPr>
        <w:t>încadra</w:t>
      </w:r>
      <w:proofErr w:type="spellEnd"/>
      <w:r w:rsidRPr="00C57AA7">
        <w:rPr>
          <w:rFonts w:ascii="Times New Roman" w:hAnsi="Times New Roman" w:cs="Times New Roman"/>
          <w:sz w:val="28"/>
          <w:szCs w:val="28"/>
        </w:rPr>
        <w:t xml:space="preserve"> </w:t>
      </w:r>
      <w:proofErr w:type="spellStart"/>
      <w:r w:rsidRPr="00C57AA7">
        <w:rPr>
          <w:rFonts w:ascii="Times New Roman" w:hAnsi="Times New Roman" w:cs="Times New Roman"/>
          <w:sz w:val="28"/>
          <w:szCs w:val="28"/>
        </w:rPr>
        <w:t>obiectivul</w:t>
      </w:r>
      <w:proofErr w:type="spellEnd"/>
      <w:r w:rsidRPr="00C57AA7">
        <w:rPr>
          <w:rFonts w:ascii="Times New Roman" w:hAnsi="Times New Roman" w:cs="Times New Roman"/>
          <w:sz w:val="28"/>
          <w:szCs w:val="28"/>
        </w:rPr>
        <w:t xml:space="preserve"> de </w:t>
      </w:r>
      <w:proofErr w:type="spellStart"/>
      <w:r w:rsidRPr="00C57AA7">
        <w:rPr>
          <w:rFonts w:ascii="Times New Roman" w:hAnsi="Times New Roman" w:cs="Times New Roman"/>
          <w:sz w:val="28"/>
          <w:szCs w:val="28"/>
        </w:rPr>
        <w:t>investiții</w:t>
      </w:r>
      <w:proofErr w:type="spellEnd"/>
      <w:r w:rsidRPr="00C57AA7">
        <w:rPr>
          <w:rFonts w:ascii="Times New Roman" w:hAnsi="Times New Roman" w:cs="Times New Roman"/>
          <w:sz w:val="28"/>
          <w:szCs w:val="28"/>
        </w:rPr>
        <w:t xml:space="preserve"> </w:t>
      </w:r>
      <w:proofErr w:type="spellStart"/>
      <w:r w:rsidRPr="00C57AA7">
        <w:rPr>
          <w:rFonts w:ascii="Times New Roman" w:hAnsi="Times New Roman" w:cs="Times New Roman"/>
          <w:sz w:val="28"/>
          <w:szCs w:val="28"/>
        </w:rPr>
        <w:t>propus</w:t>
      </w:r>
      <w:proofErr w:type="spellEnd"/>
    </w:p>
    <w:p w14:paraId="7E9E2A54" w14:textId="77777777" w:rsidR="00A57563" w:rsidRPr="00C57AA7" w:rsidRDefault="00E8585D">
      <w:pPr>
        <w:rPr>
          <w:rFonts w:cs="Times New Roman"/>
          <w:sz w:val="28"/>
          <w:szCs w:val="28"/>
        </w:rPr>
      </w:pPr>
      <w:proofErr w:type="spellStart"/>
      <w:r w:rsidRPr="00C57AA7">
        <w:rPr>
          <w:rFonts w:eastAsia="Times New Roman" w:cs="Times New Roman"/>
          <w:sz w:val="28"/>
          <w:szCs w:val="28"/>
        </w:rPr>
        <w:t>Investiția</w:t>
      </w:r>
      <w:proofErr w:type="spellEnd"/>
      <w:r w:rsidRPr="00C57AA7">
        <w:rPr>
          <w:rFonts w:eastAsia="Times New Roman" w:cs="Times New Roman"/>
          <w:sz w:val="28"/>
          <w:szCs w:val="28"/>
        </w:rPr>
        <w:t xml:space="preserve"> </w:t>
      </w:r>
      <w:proofErr w:type="spellStart"/>
      <w:r w:rsidRPr="00C57AA7">
        <w:rPr>
          <w:rFonts w:eastAsia="Times New Roman" w:cs="Times New Roman"/>
          <w:sz w:val="28"/>
          <w:szCs w:val="28"/>
        </w:rPr>
        <w:t>este</w:t>
      </w:r>
      <w:proofErr w:type="spellEnd"/>
      <w:r w:rsidRPr="00C57AA7">
        <w:rPr>
          <w:rFonts w:eastAsia="Times New Roman" w:cs="Times New Roman"/>
          <w:sz w:val="28"/>
          <w:szCs w:val="28"/>
        </w:rPr>
        <w:t xml:space="preserve"> </w:t>
      </w:r>
      <w:proofErr w:type="spellStart"/>
      <w:r w:rsidRPr="00C57AA7">
        <w:rPr>
          <w:rFonts w:eastAsia="Times New Roman" w:cs="Times New Roman"/>
          <w:sz w:val="28"/>
          <w:szCs w:val="28"/>
        </w:rPr>
        <w:t>cuprinsă</w:t>
      </w:r>
      <w:proofErr w:type="spellEnd"/>
      <w:r w:rsidRPr="00C57AA7">
        <w:rPr>
          <w:rFonts w:eastAsia="Times New Roman" w:cs="Times New Roman"/>
          <w:sz w:val="28"/>
          <w:szCs w:val="28"/>
        </w:rPr>
        <w:t xml:space="preserve"> </w:t>
      </w:r>
      <w:proofErr w:type="spellStart"/>
      <w:r w:rsidRPr="00C57AA7">
        <w:rPr>
          <w:rFonts w:eastAsia="Times New Roman" w:cs="Times New Roman"/>
          <w:sz w:val="28"/>
          <w:szCs w:val="28"/>
        </w:rPr>
        <w:t>în</w:t>
      </w:r>
      <w:proofErr w:type="spellEnd"/>
      <w:r w:rsidRPr="00C57AA7">
        <w:rPr>
          <w:rFonts w:eastAsia="Times New Roman" w:cs="Times New Roman"/>
          <w:sz w:val="28"/>
          <w:szCs w:val="28"/>
        </w:rPr>
        <w:t xml:space="preserve"> </w:t>
      </w:r>
      <w:proofErr w:type="spellStart"/>
      <w:r w:rsidRPr="00C57AA7">
        <w:rPr>
          <w:rFonts w:eastAsia="Times New Roman" w:cs="Times New Roman"/>
          <w:sz w:val="28"/>
          <w:szCs w:val="28"/>
        </w:rPr>
        <w:t>lista</w:t>
      </w:r>
      <w:proofErr w:type="spellEnd"/>
      <w:r w:rsidRPr="00C57AA7">
        <w:rPr>
          <w:rFonts w:eastAsia="Times New Roman" w:cs="Times New Roman"/>
          <w:sz w:val="28"/>
          <w:szCs w:val="28"/>
        </w:rPr>
        <w:t xml:space="preserve"> de </w:t>
      </w:r>
      <w:proofErr w:type="spellStart"/>
      <w:r w:rsidRPr="00C57AA7">
        <w:rPr>
          <w:rFonts w:eastAsia="Times New Roman" w:cs="Times New Roman"/>
          <w:sz w:val="28"/>
          <w:szCs w:val="28"/>
        </w:rPr>
        <w:t>investiții</w:t>
      </w:r>
      <w:proofErr w:type="spellEnd"/>
      <w:r w:rsidRPr="00C57AA7">
        <w:rPr>
          <w:rFonts w:eastAsia="Times New Roman" w:cs="Times New Roman"/>
          <w:sz w:val="28"/>
          <w:szCs w:val="28"/>
        </w:rPr>
        <w:t xml:space="preserve"> </w:t>
      </w:r>
      <w:proofErr w:type="spellStart"/>
      <w:r w:rsidRPr="00C57AA7">
        <w:rPr>
          <w:rFonts w:eastAsia="Times New Roman" w:cs="Times New Roman"/>
          <w:sz w:val="28"/>
          <w:szCs w:val="28"/>
        </w:rPr>
        <w:t>aferentă</w:t>
      </w:r>
      <w:proofErr w:type="spellEnd"/>
      <w:r w:rsidRPr="00C57AA7">
        <w:rPr>
          <w:rFonts w:eastAsia="Times New Roman" w:cs="Times New Roman"/>
          <w:sz w:val="28"/>
          <w:szCs w:val="28"/>
        </w:rPr>
        <w:t xml:space="preserve"> </w:t>
      </w:r>
      <w:proofErr w:type="spellStart"/>
      <w:r w:rsidRPr="00C57AA7">
        <w:rPr>
          <w:rFonts w:eastAsia="Times New Roman" w:cs="Times New Roman"/>
          <w:sz w:val="28"/>
          <w:szCs w:val="28"/>
        </w:rPr>
        <w:t>bugetului</w:t>
      </w:r>
      <w:proofErr w:type="spellEnd"/>
      <w:r w:rsidRPr="00C57AA7">
        <w:rPr>
          <w:rFonts w:eastAsia="Times New Roman" w:cs="Times New Roman"/>
          <w:sz w:val="28"/>
          <w:szCs w:val="28"/>
        </w:rPr>
        <w:t xml:space="preserve"> </w:t>
      </w:r>
      <w:proofErr w:type="spellStart"/>
      <w:r w:rsidRPr="00C57AA7">
        <w:rPr>
          <w:rFonts w:eastAsia="Times New Roman" w:cs="Times New Roman"/>
          <w:sz w:val="28"/>
          <w:szCs w:val="28"/>
        </w:rPr>
        <w:t>Clubului</w:t>
      </w:r>
      <w:proofErr w:type="spellEnd"/>
      <w:r w:rsidRPr="00C57AA7">
        <w:rPr>
          <w:rFonts w:eastAsia="Times New Roman" w:cs="Times New Roman"/>
          <w:sz w:val="28"/>
          <w:szCs w:val="28"/>
        </w:rPr>
        <w:t xml:space="preserve"> </w:t>
      </w:r>
      <w:proofErr w:type="spellStart"/>
      <w:r w:rsidRPr="00C57AA7">
        <w:rPr>
          <w:rFonts w:eastAsia="Times New Roman" w:cs="Times New Roman"/>
          <w:sz w:val="28"/>
          <w:szCs w:val="28"/>
        </w:rPr>
        <w:t>pentru</w:t>
      </w:r>
      <w:proofErr w:type="spellEnd"/>
      <w:r w:rsidRPr="00C57AA7">
        <w:rPr>
          <w:rFonts w:eastAsia="Times New Roman" w:cs="Times New Roman"/>
          <w:sz w:val="28"/>
          <w:szCs w:val="28"/>
        </w:rPr>
        <w:t xml:space="preserve"> </w:t>
      </w:r>
      <w:proofErr w:type="spellStart"/>
      <w:r w:rsidRPr="00C57AA7">
        <w:rPr>
          <w:rFonts w:eastAsia="Times New Roman" w:cs="Times New Roman"/>
          <w:sz w:val="28"/>
          <w:szCs w:val="28"/>
        </w:rPr>
        <w:t>anul</w:t>
      </w:r>
      <w:proofErr w:type="spellEnd"/>
      <w:r w:rsidRPr="00C57AA7">
        <w:rPr>
          <w:rFonts w:eastAsia="Times New Roman" w:cs="Times New Roman"/>
          <w:sz w:val="28"/>
          <w:szCs w:val="28"/>
        </w:rPr>
        <w:t xml:space="preserve"> 2026 </w:t>
      </w:r>
      <w:proofErr w:type="spellStart"/>
      <w:r w:rsidRPr="00C57AA7">
        <w:rPr>
          <w:rFonts w:eastAsia="Times New Roman" w:cs="Times New Roman"/>
          <w:sz w:val="28"/>
          <w:szCs w:val="28"/>
        </w:rPr>
        <w:t>și</w:t>
      </w:r>
      <w:proofErr w:type="spellEnd"/>
      <w:r w:rsidRPr="00C57AA7">
        <w:rPr>
          <w:rFonts w:eastAsia="Times New Roman" w:cs="Times New Roman"/>
          <w:sz w:val="28"/>
          <w:szCs w:val="28"/>
        </w:rPr>
        <w:t xml:space="preserve"> </w:t>
      </w:r>
      <w:proofErr w:type="spellStart"/>
      <w:r w:rsidRPr="00C57AA7">
        <w:rPr>
          <w:rFonts w:eastAsia="Times New Roman" w:cs="Times New Roman"/>
          <w:sz w:val="28"/>
          <w:szCs w:val="28"/>
        </w:rPr>
        <w:t>contribuie</w:t>
      </w:r>
      <w:proofErr w:type="spellEnd"/>
      <w:r w:rsidRPr="00C57AA7">
        <w:rPr>
          <w:rFonts w:eastAsia="Times New Roman" w:cs="Times New Roman"/>
          <w:sz w:val="28"/>
          <w:szCs w:val="28"/>
        </w:rPr>
        <w:t xml:space="preserve"> la </w:t>
      </w:r>
      <w:proofErr w:type="spellStart"/>
      <w:r w:rsidRPr="00C57AA7">
        <w:rPr>
          <w:rFonts w:eastAsia="Times New Roman" w:cs="Times New Roman"/>
          <w:sz w:val="28"/>
          <w:szCs w:val="28"/>
        </w:rPr>
        <w:t>întreținerea</w:t>
      </w:r>
      <w:proofErr w:type="spellEnd"/>
      <w:r w:rsidRPr="00C57AA7">
        <w:rPr>
          <w:rFonts w:eastAsia="Times New Roman" w:cs="Times New Roman"/>
          <w:sz w:val="28"/>
          <w:szCs w:val="28"/>
        </w:rPr>
        <w:t xml:space="preserve"> </w:t>
      </w:r>
      <w:proofErr w:type="spellStart"/>
      <w:r w:rsidRPr="00C57AA7">
        <w:rPr>
          <w:rFonts w:eastAsia="Times New Roman" w:cs="Times New Roman"/>
          <w:sz w:val="28"/>
          <w:szCs w:val="28"/>
        </w:rPr>
        <w:t>și</w:t>
      </w:r>
      <w:proofErr w:type="spellEnd"/>
      <w:r w:rsidRPr="00C57AA7">
        <w:rPr>
          <w:rFonts w:eastAsia="Times New Roman" w:cs="Times New Roman"/>
          <w:sz w:val="28"/>
          <w:szCs w:val="28"/>
        </w:rPr>
        <w:t xml:space="preserve"> </w:t>
      </w:r>
      <w:proofErr w:type="spellStart"/>
      <w:r w:rsidRPr="00C57AA7">
        <w:rPr>
          <w:rFonts w:eastAsia="Times New Roman" w:cs="Times New Roman"/>
          <w:sz w:val="28"/>
          <w:szCs w:val="28"/>
        </w:rPr>
        <w:t>utilizarea</w:t>
      </w:r>
      <w:proofErr w:type="spellEnd"/>
      <w:r w:rsidRPr="00C57AA7">
        <w:rPr>
          <w:rFonts w:eastAsia="Times New Roman" w:cs="Times New Roman"/>
          <w:sz w:val="28"/>
          <w:szCs w:val="28"/>
        </w:rPr>
        <w:t xml:space="preserve"> </w:t>
      </w:r>
      <w:proofErr w:type="spellStart"/>
      <w:r w:rsidRPr="00C57AA7">
        <w:rPr>
          <w:rFonts w:eastAsia="Times New Roman" w:cs="Times New Roman"/>
          <w:sz w:val="28"/>
          <w:szCs w:val="28"/>
        </w:rPr>
        <w:t>durabilă</w:t>
      </w:r>
      <w:proofErr w:type="spellEnd"/>
      <w:r w:rsidRPr="00C57AA7">
        <w:rPr>
          <w:rFonts w:eastAsia="Times New Roman" w:cs="Times New Roman"/>
          <w:sz w:val="28"/>
          <w:szCs w:val="28"/>
        </w:rPr>
        <w:t xml:space="preserve"> </w:t>
      </w:r>
      <w:proofErr w:type="gramStart"/>
      <w:r w:rsidRPr="00C57AA7">
        <w:rPr>
          <w:rFonts w:eastAsia="Times New Roman" w:cs="Times New Roman"/>
          <w:sz w:val="28"/>
          <w:szCs w:val="28"/>
        </w:rPr>
        <w:t>a</w:t>
      </w:r>
      <w:proofErr w:type="gramEnd"/>
      <w:r w:rsidRPr="00C57AA7">
        <w:rPr>
          <w:rFonts w:eastAsia="Times New Roman" w:cs="Times New Roman"/>
          <w:sz w:val="28"/>
          <w:szCs w:val="28"/>
        </w:rPr>
        <w:t xml:space="preserve"> </w:t>
      </w:r>
      <w:proofErr w:type="spellStart"/>
      <w:r w:rsidRPr="00C57AA7">
        <w:rPr>
          <w:rFonts w:eastAsia="Times New Roman" w:cs="Times New Roman"/>
          <w:sz w:val="28"/>
          <w:szCs w:val="28"/>
        </w:rPr>
        <w:t>infrastructurii</w:t>
      </w:r>
      <w:proofErr w:type="spellEnd"/>
      <w:r w:rsidRPr="00C57AA7">
        <w:rPr>
          <w:rFonts w:eastAsia="Times New Roman" w:cs="Times New Roman"/>
          <w:sz w:val="28"/>
          <w:szCs w:val="28"/>
        </w:rPr>
        <w:t xml:space="preserve"> sportive </w:t>
      </w:r>
      <w:proofErr w:type="spellStart"/>
      <w:r w:rsidRPr="00C57AA7">
        <w:rPr>
          <w:rFonts w:eastAsia="Times New Roman" w:cs="Times New Roman"/>
          <w:sz w:val="28"/>
          <w:szCs w:val="28"/>
        </w:rPr>
        <w:t>județene</w:t>
      </w:r>
      <w:proofErr w:type="spellEnd"/>
      <w:r w:rsidRPr="00C57AA7">
        <w:rPr>
          <w:rFonts w:eastAsia="Times New Roman" w:cs="Times New Roman"/>
          <w:sz w:val="28"/>
          <w:szCs w:val="28"/>
        </w:rPr>
        <w:t xml:space="preserve">. </w:t>
      </w:r>
      <w:proofErr w:type="spellStart"/>
      <w:r w:rsidRPr="00C57AA7">
        <w:rPr>
          <w:rFonts w:eastAsia="Times New Roman" w:cs="Times New Roman"/>
          <w:sz w:val="28"/>
          <w:szCs w:val="28"/>
        </w:rPr>
        <w:t>Soluția</w:t>
      </w:r>
      <w:proofErr w:type="spellEnd"/>
      <w:r w:rsidRPr="00C57AA7">
        <w:rPr>
          <w:rFonts w:eastAsia="Times New Roman" w:cs="Times New Roman"/>
          <w:sz w:val="28"/>
          <w:szCs w:val="28"/>
        </w:rPr>
        <w:t xml:space="preserve"> va fi </w:t>
      </w:r>
      <w:proofErr w:type="spellStart"/>
      <w:r w:rsidRPr="00C57AA7">
        <w:rPr>
          <w:rFonts w:eastAsia="Times New Roman" w:cs="Times New Roman"/>
          <w:sz w:val="28"/>
          <w:szCs w:val="28"/>
        </w:rPr>
        <w:t>corelată</w:t>
      </w:r>
      <w:proofErr w:type="spellEnd"/>
      <w:r w:rsidRPr="00C57AA7">
        <w:rPr>
          <w:rFonts w:eastAsia="Times New Roman" w:cs="Times New Roman"/>
          <w:sz w:val="28"/>
          <w:szCs w:val="28"/>
        </w:rPr>
        <w:t xml:space="preserve"> cu </w:t>
      </w:r>
      <w:proofErr w:type="spellStart"/>
      <w:r w:rsidRPr="00C57AA7">
        <w:rPr>
          <w:rFonts w:eastAsia="Times New Roman" w:cs="Times New Roman"/>
          <w:sz w:val="28"/>
          <w:szCs w:val="28"/>
        </w:rPr>
        <w:t>planurile</w:t>
      </w:r>
      <w:proofErr w:type="spellEnd"/>
      <w:r w:rsidRPr="00C57AA7">
        <w:rPr>
          <w:rFonts w:eastAsia="Times New Roman" w:cs="Times New Roman"/>
          <w:sz w:val="28"/>
          <w:szCs w:val="28"/>
        </w:rPr>
        <w:t xml:space="preserve"> de management ale </w:t>
      </w:r>
      <w:proofErr w:type="spellStart"/>
      <w:r w:rsidRPr="00C57AA7">
        <w:rPr>
          <w:rFonts w:eastAsia="Times New Roman" w:cs="Times New Roman"/>
          <w:sz w:val="28"/>
          <w:szCs w:val="28"/>
        </w:rPr>
        <w:t>corpurilor</w:t>
      </w:r>
      <w:proofErr w:type="spellEnd"/>
      <w:r w:rsidRPr="00C57AA7">
        <w:rPr>
          <w:rFonts w:eastAsia="Times New Roman" w:cs="Times New Roman"/>
          <w:sz w:val="28"/>
          <w:szCs w:val="28"/>
        </w:rPr>
        <w:t xml:space="preserve"> de </w:t>
      </w:r>
      <w:proofErr w:type="spellStart"/>
      <w:r w:rsidRPr="00C57AA7">
        <w:rPr>
          <w:rFonts w:eastAsia="Times New Roman" w:cs="Times New Roman"/>
          <w:sz w:val="28"/>
          <w:szCs w:val="28"/>
        </w:rPr>
        <w:t>apă</w:t>
      </w:r>
      <w:proofErr w:type="spellEnd"/>
      <w:r w:rsidRPr="00C57AA7">
        <w:rPr>
          <w:rFonts w:eastAsia="Times New Roman" w:cs="Times New Roman"/>
          <w:sz w:val="28"/>
          <w:szCs w:val="28"/>
        </w:rPr>
        <w:t xml:space="preserve"> </w:t>
      </w:r>
      <w:proofErr w:type="spellStart"/>
      <w:r w:rsidRPr="00C57AA7">
        <w:rPr>
          <w:rFonts w:eastAsia="Times New Roman" w:cs="Times New Roman"/>
          <w:sz w:val="28"/>
          <w:szCs w:val="28"/>
        </w:rPr>
        <w:t>și</w:t>
      </w:r>
      <w:proofErr w:type="spellEnd"/>
      <w:r w:rsidRPr="00C57AA7">
        <w:rPr>
          <w:rFonts w:eastAsia="Times New Roman" w:cs="Times New Roman"/>
          <w:sz w:val="28"/>
          <w:szCs w:val="28"/>
        </w:rPr>
        <w:t xml:space="preserve"> cu </w:t>
      </w:r>
      <w:proofErr w:type="spellStart"/>
      <w:r w:rsidRPr="00C57AA7">
        <w:rPr>
          <w:rFonts w:eastAsia="Times New Roman" w:cs="Times New Roman"/>
          <w:sz w:val="28"/>
          <w:szCs w:val="28"/>
        </w:rPr>
        <w:t>restricțiile</w:t>
      </w:r>
      <w:proofErr w:type="spellEnd"/>
      <w:r w:rsidRPr="00C57AA7">
        <w:rPr>
          <w:rFonts w:eastAsia="Times New Roman" w:cs="Times New Roman"/>
          <w:sz w:val="28"/>
          <w:szCs w:val="28"/>
        </w:rPr>
        <w:t xml:space="preserve"> </w:t>
      </w:r>
      <w:proofErr w:type="spellStart"/>
      <w:r w:rsidRPr="00C57AA7">
        <w:rPr>
          <w:rFonts w:eastAsia="Times New Roman" w:cs="Times New Roman"/>
          <w:sz w:val="28"/>
          <w:szCs w:val="28"/>
        </w:rPr>
        <w:t>stabilite</w:t>
      </w:r>
      <w:proofErr w:type="spellEnd"/>
      <w:r w:rsidRPr="00C57AA7">
        <w:rPr>
          <w:rFonts w:eastAsia="Times New Roman" w:cs="Times New Roman"/>
          <w:sz w:val="28"/>
          <w:szCs w:val="28"/>
        </w:rPr>
        <w:t xml:space="preserve"> de </w:t>
      </w:r>
      <w:proofErr w:type="spellStart"/>
      <w:r w:rsidRPr="00C57AA7">
        <w:rPr>
          <w:rFonts w:eastAsia="Times New Roman" w:cs="Times New Roman"/>
          <w:sz w:val="28"/>
          <w:szCs w:val="28"/>
        </w:rPr>
        <w:t>autoritățile</w:t>
      </w:r>
      <w:proofErr w:type="spellEnd"/>
      <w:r w:rsidRPr="00C57AA7">
        <w:rPr>
          <w:rFonts w:eastAsia="Times New Roman" w:cs="Times New Roman"/>
          <w:sz w:val="28"/>
          <w:szCs w:val="28"/>
        </w:rPr>
        <w:t xml:space="preserve"> </w:t>
      </w:r>
      <w:proofErr w:type="spellStart"/>
      <w:r w:rsidRPr="00C57AA7">
        <w:rPr>
          <w:rFonts w:eastAsia="Times New Roman" w:cs="Times New Roman"/>
          <w:sz w:val="28"/>
          <w:szCs w:val="28"/>
        </w:rPr>
        <w:t>competente</w:t>
      </w:r>
      <w:proofErr w:type="spellEnd"/>
      <w:r w:rsidRPr="00C57AA7">
        <w:rPr>
          <w:rFonts w:eastAsia="Times New Roman" w:cs="Times New Roman"/>
          <w:sz w:val="28"/>
          <w:szCs w:val="28"/>
        </w:rPr>
        <w:t>.</w:t>
      </w:r>
    </w:p>
    <w:p w14:paraId="14CACC95" w14:textId="77777777" w:rsidR="00A57563" w:rsidRPr="00C57AA7" w:rsidRDefault="00E8585D">
      <w:pPr>
        <w:pStyle w:val="Titlu2"/>
        <w:rPr>
          <w:rFonts w:ascii="Times New Roman" w:hAnsi="Times New Roman" w:cs="Times New Roman"/>
          <w:sz w:val="28"/>
          <w:szCs w:val="28"/>
        </w:rPr>
      </w:pPr>
      <w:r w:rsidRPr="00C57AA7">
        <w:rPr>
          <w:rFonts w:ascii="Times New Roman" w:hAnsi="Times New Roman" w:cs="Times New Roman"/>
          <w:sz w:val="28"/>
          <w:szCs w:val="28"/>
        </w:rPr>
        <w:lastRenderedPageBreak/>
        <w:t xml:space="preserve">2.4. </w:t>
      </w:r>
      <w:proofErr w:type="spellStart"/>
      <w:r w:rsidRPr="00C57AA7">
        <w:rPr>
          <w:rFonts w:ascii="Times New Roman" w:hAnsi="Times New Roman" w:cs="Times New Roman"/>
          <w:sz w:val="28"/>
          <w:szCs w:val="28"/>
        </w:rPr>
        <w:t>Existența</w:t>
      </w:r>
      <w:proofErr w:type="spellEnd"/>
      <w:r w:rsidRPr="00C57AA7">
        <w:rPr>
          <w:rFonts w:ascii="Times New Roman" w:hAnsi="Times New Roman" w:cs="Times New Roman"/>
          <w:sz w:val="28"/>
          <w:szCs w:val="28"/>
        </w:rPr>
        <w:t xml:space="preserve">, </w:t>
      </w:r>
      <w:proofErr w:type="spellStart"/>
      <w:r w:rsidRPr="00C57AA7">
        <w:rPr>
          <w:rFonts w:ascii="Times New Roman" w:hAnsi="Times New Roman" w:cs="Times New Roman"/>
          <w:sz w:val="28"/>
          <w:szCs w:val="28"/>
        </w:rPr>
        <w:t>după</w:t>
      </w:r>
      <w:proofErr w:type="spellEnd"/>
      <w:r w:rsidRPr="00C57AA7">
        <w:rPr>
          <w:rFonts w:ascii="Times New Roman" w:hAnsi="Times New Roman" w:cs="Times New Roman"/>
          <w:sz w:val="28"/>
          <w:szCs w:val="28"/>
        </w:rPr>
        <w:t xml:space="preserve"> </w:t>
      </w:r>
      <w:proofErr w:type="spellStart"/>
      <w:r w:rsidRPr="00C57AA7">
        <w:rPr>
          <w:rFonts w:ascii="Times New Roman" w:hAnsi="Times New Roman" w:cs="Times New Roman"/>
          <w:sz w:val="28"/>
          <w:szCs w:val="28"/>
        </w:rPr>
        <w:t>caz</w:t>
      </w:r>
      <w:proofErr w:type="spellEnd"/>
      <w:r w:rsidRPr="00C57AA7">
        <w:rPr>
          <w:rFonts w:ascii="Times New Roman" w:hAnsi="Times New Roman" w:cs="Times New Roman"/>
          <w:sz w:val="28"/>
          <w:szCs w:val="28"/>
        </w:rPr>
        <w:t xml:space="preserve">, a </w:t>
      </w:r>
      <w:proofErr w:type="spellStart"/>
      <w:r w:rsidRPr="00C57AA7">
        <w:rPr>
          <w:rFonts w:ascii="Times New Roman" w:hAnsi="Times New Roman" w:cs="Times New Roman"/>
          <w:sz w:val="28"/>
          <w:szCs w:val="28"/>
        </w:rPr>
        <w:t>unor</w:t>
      </w:r>
      <w:proofErr w:type="spellEnd"/>
      <w:r w:rsidRPr="00C57AA7">
        <w:rPr>
          <w:rFonts w:ascii="Times New Roman" w:hAnsi="Times New Roman" w:cs="Times New Roman"/>
          <w:sz w:val="28"/>
          <w:szCs w:val="28"/>
        </w:rPr>
        <w:t xml:space="preserve"> </w:t>
      </w:r>
      <w:proofErr w:type="spellStart"/>
      <w:r w:rsidRPr="00C57AA7">
        <w:rPr>
          <w:rFonts w:ascii="Times New Roman" w:hAnsi="Times New Roman" w:cs="Times New Roman"/>
          <w:sz w:val="28"/>
          <w:szCs w:val="28"/>
        </w:rPr>
        <w:t>acorduri</w:t>
      </w:r>
      <w:proofErr w:type="spellEnd"/>
      <w:r w:rsidRPr="00C57AA7">
        <w:rPr>
          <w:rFonts w:ascii="Times New Roman" w:hAnsi="Times New Roman" w:cs="Times New Roman"/>
          <w:sz w:val="28"/>
          <w:szCs w:val="28"/>
        </w:rPr>
        <w:t xml:space="preserve"> </w:t>
      </w:r>
      <w:proofErr w:type="spellStart"/>
      <w:r w:rsidRPr="00C57AA7">
        <w:rPr>
          <w:rFonts w:ascii="Times New Roman" w:hAnsi="Times New Roman" w:cs="Times New Roman"/>
          <w:sz w:val="28"/>
          <w:szCs w:val="28"/>
        </w:rPr>
        <w:t>internaționale</w:t>
      </w:r>
      <w:proofErr w:type="spellEnd"/>
      <w:r w:rsidRPr="00C57AA7">
        <w:rPr>
          <w:rFonts w:ascii="Times New Roman" w:hAnsi="Times New Roman" w:cs="Times New Roman"/>
          <w:sz w:val="28"/>
          <w:szCs w:val="28"/>
        </w:rPr>
        <w:t xml:space="preserve"> ale </w:t>
      </w:r>
      <w:proofErr w:type="spellStart"/>
      <w:r w:rsidRPr="00C57AA7">
        <w:rPr>
          <w:rFonts w:ascii="Times New Roman" w:hAnsi="Times New Roman" w:cs="Times New Roman"/>
          <w:sz w:val="28"/>
          <w:szCs w:val="28"/>
        </w:rPr>
        <w:t>statului</w:t>
      </w:r>
      <w:proofErr w:type="spellEnd"/>
      <w:r w:rsidRPr="00C57AA7">
        <w:rPr>
          <w:rFonts w:ascii="Times New Roman" w:hAnsi="Times New Roman" w:cs="Times New Roman"/>
          <w:sz w:val="28"/>
          <w:szCs w:val="28"/>
        </w:rPr>
        <w:t xml:space="preserve"> care </w:t>
      </w:r>
      <w:proofErr w:type="spellStart"/>
      <w:r w:rsidRPr="00C57AA7">
        <w:rPr>
          <w:rFonts w:ascii="Times New Roman" w:hAnsi="Times New Roman" w:cs="Times New Roman"/>
          <w:sz w:val="28"/>
          <w:szCs w:val="28"/>
        </w:rPr>
        <w:t>obligă</w:t>
      </w:r>
      <w:proofErr w:type="spellEnd"/>
      <w:r w:rsidRPr="00C57AA7">
        <w:rPr>
          <w:rFonts w:ascii="Times New Roman" w:hAnsi="Times New Roman" w:cs="Times New Roman"/>
          <w:sz w:val="28"/>
          <w:szCs w:val="28"/>
        </w:rPr>
        <w:t xml:space="preserve"> </w:t>
      </w:r>
      <w:proofErr w:type="spellStart"/>
      <w:r w:rsidRPr="00C57AA7">
        <w:rPr>
          <w:rFonts w:ascii="Times New Roman" w:hAnsi="Times New Roman" w:cs="Times New Roman"/>
          <w:sz w:val="28"/>
          <w:szCs w:val="28"/>
        </w:rPr>
        <w:t>partea</w:t>
      </w:r>
      <w:proofErr w:type="spellEnd"/>
      <w:r w:rsidRPr="00C57AA7">
        <w:rPr>
          <w:rFonts w:ascii="Times New Roman" w:hAnsi="Times New Roman" w:cs="Times New Roman"/>
          <w:sz w:val="28"/>
          <w:szCs w:val="28"/>
        </w:rPr>
        <w:t xml:space="preserve"> </w:t>
      </w:r>
      <w:proofErr w:type="spellStart"/>
      <w:r w:rsidRPr="00C57AA7">
        <w:rPr>
          <w:rFonts w:ascii="Times New Roman" w:hAnsi="Times New Roman" w:cs="Times New Roman"/>
          <w:sz w:val="28"/>
          <w:szCs w:val="28"/>
        </w:rPr>
        <w:t>română</w:t>
      </w:r>
      <w:proofErr w:type="spellEnd"/>
      <w:r w:rsidRPr="00C57AA7">
        <w:rPr>
          <w:rFonts w:ascii="Times New Roman" w:hAnsi="Times New Roman" w:cs="Times New Roman"/>
          <w:sz w:val="28"/>
          <w:szCs w:val="28"/>
        </w:rPr>
        <w:t xml:space="preserve"> la </w:t>
      </w:r>
      <w:proofErr w:type="spellStart"/>
      <w:r w:rsidRPr="00C57AA7">
        <w:rPr>
          <w:rFonts w:ascii="Times New Roman" w:hAnsi="Times New Roman" w:cs="Times New Roman"/>
          <w:sz w:val="28"/>
          <w:szCs w:val="28"/>
        </w:rPr>
        <w:t>realizarea</w:t>
      </w:r>
      <w:proofErr w:type="spellEnd"/>
      <w:r w:rsidRPr="00C57AA7">
        <w:rPr>
          <w:rFonts w:ascii="Times New Roman" w:hAnsi="Times New Roman" w:cs="Times New Roman"/>
          <w:sz w:val="28"/>
          <w:szCs w:val="28"/>
        </w:rPr>
        <w:t xml:space="preserve"> </w:t>
      </w:r>
      <w:proofErr w:type="spellStart"/>
      <w:r w:rsidRPr="00C57AA7">
        <w:rPr>
          <w:rFonts w:ascii="Times New Roman" w:hAnsi="Times New Roman" w:cs="Times New Roman"/>
          <w:sz w:val="28"/>
          <w:szCs w:val="28"/>
        </w:rPr>
        <w:t>obiectivului</w:t>
      </w:r>
      <w:proofErr w:type="spellEnd"/>
      <w:r w:rsidRPr="00C57AA7">
        <w:rPr>
          <w:rFonts w:ascii="Times New Roman" w:hAnsi="Times New Roman" w:cs="Times New Roman"/>
          <w:sz w:val="28"/>
          <w:szCs w:val="28"/>
        </w:rPr>
        <w:t xml:space="preserve"> de </w:t>
      </w:r>
      <w:proofErr w:type="spellStart"/>
      <w:r w:rsidRPr="00C57AA7">
        <w:rPr>
          <w:rFonts w:ascii="Times New Roman" w:hAnsi="Times New Roman" w:cs="Times New Roman"/>
          <w:sz w:val="28"/>
          <w:szCs w:val="28"/>
        </w:rPr>
        <w:t>investiții</w:t>
      </w:r>
      <w:proofErr w:type="spellEnd"/>
    </w:p>
    <w:p w14:paraId="4317318B" w14:textId="77777777" w:rsidR="00A57563" w:rsidRPr="00C57AA7" w:rsidRDefault="00E8585D">
      <w:pPr>
        <w:rPr>
          <w:rFonts w:cs="Times New Roman"/>
          <w:sz w:val="28"/>
          <w:szCs w:val="28"/>
        </w:rPr>
      </w:pPr>
      <w:r w:rsidRPr="00C57AA7">
        <w:rPr>
          <w:rFonts w:eastAsia="Times New Roman" w:cs="Times New Roman"/>
          <w:sz w:val="28"/>
          <w:szCs w:val="28"/>
        </w:rPr>
        <w:t xml:space="preserve">Nu au </w:t>
      </w:r>
      <w:proofErr w:type="spellStart"/>
      <w:r w:rsidRPr="00C57AA7">
        <w:rPr>
          <w:rFonts w:eastAsia="Times New Roman" w:cs="Times New Roman"/>
          <w:sz w:val="28"/>
          <w:szCs w:val="28"/>
        </w:rPr>
        <w:t>fost</w:t>
      </w:r>
      <w:proofErr w:type="spellEnd"/>
      <w:r w:rsidRPr="00C57AA7">
        <w:rPr>
          <w:rFonts w:eastAsia="Times New Roman" w:cs="Times New Roman"/>
          <w:sz w:val="28"/>
          <w:szCs w:val="28"/>
        </w:rPr>
        <w:t xml:space="preserve"> </w:t>
      </w:r>
      <w:proofErr w:type="spellStart"/>
      <w:r w:rsidRPr="00C57AA7">
        <w:rPr>
          <w:rFonts w:eastAsia="Times New Roman" w:cs="Times New Roman"/>
          <w:sz w:val="28"/>
          <w:szCs w:val="28"/>
        </w:rPr>
        <w:t>identificate</w:t>
      </w:r>
      <w:proofErr w:type="spellEnd"/>
      <w:r w:rsidRPr="00C57AA7">
        <w:rPr>
          <w:rFonts w:eastAsia="Times New Roman" w:cs="Times New Roman"/>
          <w:sz w:val="28"/>
          <w:szCs w:val="28"/>
        </w:rPr>
        <w:t xml:space="preserve"> </w:t>
      </w:r>
      <w:proofErr w:type="spellStart"/>
      <w:r w:rsidRPr="00C57AA7">
        <w:rPr>
          <w:rFonts w:eastAsia="Times New Roman" w:cs="Times New Roman"/>
          <w:sz w:val="28"/>
          <w:szCs w:val="28"/>
        </w:rPr>
        <w:t>acorduri</w:t>
      </w:r>
      <w:proofErr w:type="spellEnd"/>
      <w:r w:rsidRPr="00C57AA7">
        <w:rPr>
          <w:rFonts w:eastAsia="Times New Roman" w:cs="Times New Roman"/>
          <w:sz w:val="28"/>
          <w:szCs w:val="28"/>
        </w:rPr>
        <w:t xml:space="preserve"> </w:t>
      </w:r>
      <w:proofErr w:type="spellStart"/>
      <w:r w:rsidRPr="00C57AA7">
        <w:rPr>
          <w:rFonts w:eastAsia="Times New Roman" w:cs="Times New Roman"/>
          <w:sz w:val="28"/>
          <w:szCs w:val="28"/>
        </w:rPr>
        <w:t>internaționale</w:t>
      </w:r>
      <w:proofErr w:type="spellEnd"/>
      <w:r w:rsidRPr="00C57AA7">
        <w:rPr>
          <w:rFonts w:eastAsia="Times New Roman" w:cs="Times New Roman"/>
          <w:sz w:val="28"/>
          <w:szCs w:val="28"/>
        </w:rPr>
        <w:t xml:space="preserve"> care </w:t>
      </w:r>
      <w:proofErr w:type="spellStart"/>
      <w:r w:rsidRPr="00C57AA7">
        <w:rPr>
          <w:rFonts w:eastAsia="Times New Roman" w:cs="Times New Roman"/>
          <w:sz w:val="28"/>
          <w:szCs w:val="28"/>
        </w:rPr>
        <w:t>să</w:t>
      </w:r>
      <w:proofErr w:type="spellEnd"/>
      <w:r w:rsidRPr="00C57AA7">
        <w:rPr>
          <w:rFonts w:eastAsia="Times New Roman" w:cs="Times New Roman"/>
          <w:sz w:val="28"/>
          <w:szCs w:val="28"/>
        </w:rPr>
        <w:t xml:space="preserve"> oblige direct la </w:t>
      </w:r>
      <w:proofErr w:type="spellStart"/>
      <w:r w:rsidRPr="00C57AA7">
        <w:rPr>
          <w:rFonts w:eastAsia="Times New Roman" w:cs="Times New Roman"/>
          <w:sz w:val="28"/>
          <w:szCs w:val="28"/>
        </w:rPr>
        <w:t>realizarea</w:t>
      </w:r>
      <w:proofErr w:type="spellEnd"/>
      <w:r w:rsidRPr="00C57AA7">
        <w:rPr>
          <w:rFonts w:eastAsia="Times New Roman" w:cs="Times New Roman"/>
          <w:sz w:val="28"/>
          <w:szCs w:val="28"/>
        </w:rPr>
        <w:t xml:space="preserve"> </w:t>
      </w:r>
      <w:proofErr w:type="spellStart"/>
      <w:r w:rsidRPr="00C57AA7">
        <w:rPr>
          <w:rFonts w:eastAsia="Times New Roman" w:cs="Times New Roman"/>
          <w:sz w:val="28"/>
          <w:szCs w:val="28"/>
        </w:rPr>
        <w:t>obiectivului</w:t>
      </w:r>
      <w:proofErr w:type="spellEnd"/>
      <w:r w:rsidRPr="00C57AA7">
        <w:rPr>
          <w:rFonts w:eastAsia="Times New Roman" w:cs="Times New Roman"/>
          <w:sz w:val="28"/>
          <w:szCs w:val="28"/>
        </w:rPr>
        <w:t xml:space="preserve">. Vor fi </w:t>
      </w:r>
      <w:proofErr w:type="spellStart"/>
      <w:r w:rsidRPr="00C57AA7">
        <w:rPr>
          <w:rFonts w:eastAsia="Times New Roman" w:cs="Times New Roman"/>
          <w:sz w:val="28"/>
          <w:szCs w:val="28"/>
        </w:rPr>
        <w:t>respectate</w:t>
      </w:r>
      <w:proofErr w:type="spellEnd"/>
      <w:r w:rsidRPr="00C57AA7">
        <w:rPr>
          <w:rFonts w:eastAsia="Times New Roman" w:cs="Times New Roman"/>
          <w:sz w:val="28"/>
          <w:szCs w:val="28"/>
        </w:rPr>
        <w:t xml:space="preserve"> </w:t>
      </w:r>
      <w:proofErr w:type="spellStart"/>
      <w:r w:rsidRPr="00C57AA7">
        <w:rPr>
          <w:rFonts w:eastAsia="Times New Roman" w:cs="Times New Roman"/>
          <w:sz w:val="28"/>
          <w:szCs w:val="28"/>
        </w:rPr>
        <w:t>obligațiile</w:t>
      </w:r>
      <w:proofErr w:type="spellEnd"/>
      <w:r w:rsidRPr="00C57AA7">
        <w:rPr>
          <w:rFonts w:eastAsia="Times New Roman" w:cs="Times New Roman"/>
          <w:sz w:val="28"/>
          <w:szCs w:val="28"/>
        </w:rPr>
        <w:t xml:space="preserve"> </w:t>
      </w:r>
      <w:proofErr w:type="spellStart"/>
      <w:r w:rsidRPr="00C57AA7">
        <w:rPr>
          <w:rFonts w:eastAsia="Times New Roman" w:cs="Times New Roman"/>
          <w:sz w:val="28"/>
          <w:szCs w:val="28"/>
        </w:rPr>
        <w:t>naționale</w:t>
      </w:r>
      <w:proofErr w:type="spellEnd"/>
      <w:r w:rsidRPr="00C57AA7">
        <w:rPr>
          <w:rFonts w:eastAsia="Times New Roman" w:cs="Times New Roman"/>
          <w:sz w:val="28"/>
          <w:szCs w:val="28"/>
        </w:rPr>
        <w:t xml:space="preserve"> </w:t>
      </w:r>
      <w:proofErr w:type="spellStart"/>
      <w:r w:rsidRPr="00C57AA7">
        <w:rPr>
          <w:rFonts w:eastAsia="Times New Roman" w:cs="Times New Roman"/>
          <w:sz w:val="28"/>
          <w:szCs w:val="28"/>
        </w:rPr>
        <w:t>și</w:t>
      </w:r>
      <w:proofErr w:type="spellEnd"/>
      <w:r w:rsidRPr="00C57AA7">
        <w:rPr>
          <w:rFonts w:eastAsia="Times New Roman" w:cs="Times New Roman"/>
          <w:sz w:val="28"/>
          <w:szCs w:val="28"/>
        </w:rPr>
        <w:t xml:space="preserve"> </w:t>
      </w:r>
      <w:proofErr w:type="spellStart"/>
      <w:r w:rsidRPr="00C57AA7">
        <w:rPr>
          <w:rFonts w:eastAsia="Times New Roman" w:cs="Times New Roman"/>
          <w:sz w:val="28"/>
          <w:szCs w:val="28"/>
        </w:rPr>
        <w:t>europene</w:t>
      </w:r>
      <w:proofErr w:type="spellEnd"/>
      <w:r w:rsidRPr="00C57AA7">
        <w:rPr>
          <w:rFonts w:eastAsia="Times New Roman" w:cs="Times New Roman"/>
          <w:sz w:val="28"/>
          <w:szCs w:val="28"/>
        </w:rPr>
        <w:t xml:space="preserve"> </w:t>
      </w:r>
      <w:proofErr w:type="spellStart"/>
      <w:r w:rsidRPr="00C57AA7">
        <w:rPr>
          <w:rFonts w:eastAsia="Times New Roman" w:cs="Times New Roman"/>
          <w:sz w:val="28"/>
          <w:szCs w:val="28"/>
        </w:rPr>
        <w:t>privind</w:t>
      </w:r>
      <w:proofErr w:type="spellEnd"/>
      <w:r w:rsidRPr="00C57AA7">
        <w:rPr>
          <w:rFonts w:eastAsia="Times New Roman" w:cs="Times New Roman"/>
          <w:sz w:val="28"/>
          <w:szCs w:val="28"/>
        </w:rPr>
        <w:t xml:space="preserve"> </w:t>
      </w:r>
      <w:proofErr w:type="spellStart"/>
      <w:r w:rsidRPr="00C57AA7">
        <w:rPr>
          <w:rFonts w:eastAsia="Times New Roman" w:cs="Times New Roman"/>
          <w:sz w:val="28"/>
          <w:szCs w:val="28"/>
        </w:rPr>
        <w:t>protecția</w:t>
      </w:r>
      <w:proofErr w:type="spellEnd"/>
      <w:r w:rsidRPr="00C57AA7">
        <w:rPr>
          <w:rFonts w:eastAsia="Times New Roman" w:cs="Times New Roman"/>
          <w:sz w:val="28"/>
          <w:szCs w:val="28"/>
        </w:rPr>
        <w:t xml:space="preserve"> </w:t>
      </w:r>
      <w:proofErr w:type="spellStart"/>
      <w:r w:rsidRPr="00C57AA7">
        <w:rPr>
          <w:rFonts w:eastAsia="Times New Roman" w:cs="Times New Roman"/>
          <w:sz w:val="28"/>
          <w:szCs w:val="28"/>
        </w:rPr>
        <w:t>apelor</w:t>
      </w:r>
      <w:proofErr w:type="spellEnd"/>
      <w:r w:rsidRPr="00C57AA7">
        <w:rPr>
          <w:rFonts w:eastAsia="Times New Roman" w:cs="Times New Roman"/>
          <w:sz w:val="28"/>
          <w:szCs w:val="28"/>
        </w:rPr>
        <w:t xml:space="preserve"> </w:t>
      </w:r>
      <w:proofErr w:type="spellStart"/>
      <w:r w:rsidRPr="00C57AA7">
        <w:rPr>
          <w:rFonts w:eastAsia="Times New Roman" w:cs="Times New Roman"/>
          <w:sz w:val="28"/>
          <w:szCs w:val="28"/>
        </w:rPr>
        <w:t>subterane</w:t>
      </w:r>
      <w:proofErr w:type="spellEnd"/>
      <w:r w:rsidRPr="00C57AA7">
        <w:rPr>
          <w:rFonts w:eastAsia="Times New Roman" w:cs="Times New Roman"/>
          <w:sz w:val="28"/>
          <w:szCs w:val="28"/>
        </w:rPr>
        <w:t xml:space="preserve">, </w:t>
      </w:r>
      <w:proofErr w:type="spellStart"/>
      <w:r w:rsidRPr="00C57AA7">
        <w:rPr>
          <w:rFonts w:eastAsia="Times New Roman" w:cs="Times New Roman"/>
          <w:sz w:val="28"/>
          <w:szCs w:val="28"/>
        </w:rPr>
        <w:t>utilizarea</w:t>
      </w:r>
      <w:proofErr w:type="spellEnd"/>
      <w:r w:rsidRPr="00C57AA7">
        <w:rPr>
          <w:rFonts w:eastAsia="Times New Roman" w:cs="Times New Roman"/>
          <w:sz w:val="28"/>
          <w:szCs w:val="28"/>
        </w:rPr>
        <w:t xml:space="preserve"> </w:t>
      </w:r>
      <w:proofErr w:type="spellStart"/>
      <w:r w:rsidRPr="00C57AA7">
        <w:rPr>
          <w:rFonts w:eastAsia="Times New Roman" w:cs="Times New Roman"/>
          <w:sz w:val="28"/>
          <w:szCs w:val="28"/>
        </w:rPr>
        <w:t>durabilă</w:t>
      </w:r>
      <w:proofErr w:type="spellEnd"/>
      <w:r w:rsidRPr="00C57AA7">
        <w:rPr>
          <w:rFonts w:eastAsia="Times New Roman" w:cs="Times New Roman"/>
          <w:sz w:val="28"/>
          <w:szCs w:val="28"/>
        </w:rPr>
        <w:t xml:space="preserve"> a </w:t>
      </w:r>
      <w:proofErr w:type="spellStart"/>
      <w:r w:rsidRPr="00C57AA7">
        <w:rPr>
          <w:rFonts w:eastAsia="Times New Roman" w:cs="Times New Roman"/>
          <w:sz w:val="28"/>
          <w:szCs w:val="28"/>
        </w:rPr>
        <w:t>resursei</w:t>
      </w:r>
      <w:proofErr w:type="spellEnd"/>
      <w:r w:rsidRPr="00C57AA7">
        <w:rPr>
          <w:rFonts w:eastAsia="Times New Roman" w:cs="Times New Roman"/>
          <w:sz w:val="28"/>
          <w:szCs w:val="28"/>
        </w:rPr>
        <w:t xml:space="preserve"> </w:t>
      </w:r>
      <w:proofErr w:type="spellStart"/>
      <w:r w:rsidRPr="00C57AA7">
        <w:rPr>
          <w:rFonts w:eastAsia="Times New Roman" w:cs="Times New Roman"/>
          <w:sz w:val="28"/>
          <w:szCs w:val="28"/>
        </w:rPr>
        <w:t>și</w:t>
      </w:r>
      <w:proofErr w:type="spellEnd"/>
      <w:r w:rsidRPr="00C57AA7">
        <w:rPr>
          <w:rFonts w:eastAsia="Times New Roman" w:cs="Times New Roman"/>
          <w:sz w:val="28"/>
          <w:szCs w:val="28"/>
        </w:rPr>
        <w:t xml:space="preserve"> </w:t>
      </w:r>
      <w:proofErr w:type="spellStart"/>
      <w:r w:rsidRPr="00C57AA7">
        <w:rPr>
          <w:rFonts w:eastAsia="Times New Roman" w:cs="Times New Roman"/>
          <w:sz w:val="28"/>
          <w:szCs w:val="28"/>
        </w:rPr>
        <w:t>prevenirea</w:t>
      </w:r>
      <w:proofErr w:type="spellEnd"/>
      <w:r w:rsidRPr="00C57AA7">
        <w:rPr>
          <w:rFonts w:eastAsia="Times New Roman" w:cs="Times New Roman"/>
          <w:sz w:val="28"/>
          <w:szCs w:val="28"/>
        </w:rPr>
        <w:t xml:space="preserve"> </w:t>
      </w:r>
      <w:proofErr w:type="spellStart"/>
      <w:r w:rsidRPr="00C57AA7">
        <w:rPr>
          <w:rFonts w:eastAsia="Times New Roman" w:cs="Times New Roman"/>
          <w:sz w:val="28"/>
          <w:szCs w:val="28"/>
        </w:rPr>
        <w:t>poluării</w:t>
      </w:r>
      <w:proofErr w:type="spellEnd"/>
      <w:r w:rsidRPr="00C57AA7">
        <w:rPr>
          <w:rFonts w:eastAsia="Times New Roman" w:cs="Times New Roman"/>
          <w:sz w:val="28"/>
          <w:szCs w:val="28"/>
        </w:rPr>
        <w:t>.</w:t>
      </w:r>
    </w:p>
    <w:p w14:paraId="6BD46AEC" w14:textId="77777777" w:rsidR="00A57563" w:rsidRPr="00C57AA7" w:rsidRDefault="00E8585D">
      <w:pPr>
        <w:pStyle w:val="Titlu2"/>
        <w:rPr>
          <w:rFonts w:ascii="Times New Roman" w:hAnsi="Times New Roman" w:cs="Times New Roman"/>
          <w:sz w:val="28"/>
          <w:szCs w:val="28"/>
        </w:rPr>
      </w:pPr>
      <w:r w:rsidRPr="00C57AA7">
        <w:rPr>
          <w:rFonts w:ascii="Times New Roman" w:hAnsi="Times New Roman" w:cs="Times New Roman"/>
          <w:sz w:val="28"/>
          <w:szCs w:val="28"/>
        </w:rPr>
        <w:t xml:space="preserve">2.5. </w:t>
      </w:r>
      <w:proofErr w:type="spellStart"/>
      <w:r w:rsidRPr="00C57AA7">
        <w:rPr>
          <w:rFonts w:ascii="Times New Roman" w:hAnsi="Times New Roman" w:cs="Times New Roman"/>
          <w:sz w:val="28"/>
          <w:szCs w:val="28"/>
        </w:rPr>
        <w:t>Obiective</w:t>
      </w:r>
      <w:proofErr w:type="spellEnd"/>
      <w:r w:rsidRPr="00C57AA7">
        <w:rPr>
          <w:rFonts w:ascii="Times New Roman" w:hAnsi="Times New Roman" w:cs="Times New Roman"/>
          <w:sz w:val="28"/>
          <w:szCs w:val="28"/>
        </w:rPr>
        <w:t xml:space="preserve"> generale, </w:t>
      </w:r>
      <w:proofErr w:type="spellStart"/>
      <w:r w:rsidRPr="00C57AA7">
        <w:rPr>
          <w:rFonts w:ascii="Times New Roman" w:hAnsi="Times New Roman" w:cs="Times New Roman"/>
          <w:sz w:val="28"/>
          <w:szCs w:val="28"/>
        </w:rPr>
        <w:t>preconizate</w:t>
      </w:r>
      <w:proofErr w:type="spellEnd"/>
      <w:r w:rsidRPr="00C57AA7">
        <w:rPr>
          <w:rFonts w:ascii="Times New Roman" w:hAnsi="Times New Roman" w:cs="Times New Roman"/>
          <w:sz w:val="28"/>
          <w:szCs w:val="28"/>
        </w:rPr>
        <w:t xml:space="preserve"> a fi </w:t>
      </w:r>
      <w:proofErr w:type="spellStart"/>
      <w:r w:rsidRPr="00C57AA7">
        <w:rPr>
          <w:rFonts w:ascii="Times New Roman" w:hAnsi="Times New Roman" w:cs="Times New Roman"/>
          <w:sz w:val="28"/>
          <w:szCs w:val="28"/>
        </w:rPr>
        <w:t>atinse</w:t>
      </w:r>
      <w:proofErr w:type="spellEnd"/>
      <w:r w:rsidRPr="00C57AA7">
        <w:rPr>
          <w:rFonts w:ascii="Times New Roman" w:hAnsi="Times New Roman" w:cs="Times New Roman"/>
          <w:sz w:val="28"/>
          <w:szCs w:val="28"/>
        </w:rPr>
        <w:t xml:space="preserve"> </w:t>
      </w:r>
      <w:proofErr w:type="spellStart"/>
      <w:r w:rsidRPr="00C57AA7">
        <w:rPr>
          <w:rFonts w:ascii="Times New Roman" w:hAnsi="Times New Roman" w:cs="Times New Roman"/>
          <w:sz w:val="28"/>
          <w:szCs w:val="28"/>
        </w:rPr>
        <w:t>prin</w:t>
      </w:r>
      <w:proofErr w:type="spellEnd"/>
      <w:r w:rsidRPr="00C57AA7">
        <w:rPr>
          <w:rFonts w:ascii="Times New Roman" w:hAnsi="Times New Roman" w:cs="Times New Roman"/>
          <w:sz w:val="28"/>
          <w:szCs w:val="28"/>
        </w:rPr>
        <w:t xml:space="preserve"> </w:t>
      </w:r>
      <w:proofErr w:type="spellStart"/>
      <w:r w:rsidRPr="00C57AA7">
        <w:rPr>
          <w:rFonts w:ascii="Times New Roman" w:hAnsi="Times New Roman" w:cs="Times New Roman"/>
          <w:sz w:val="28"/>
          <w:szCs w:val="28"/>
        </w:rPr>
        <w:t>realizarea</w:t>
      </w:r>
      <w:proofErr w:type="spellEnd"/>
      <w:r w:rsidRPr="00C57AA7">
        <w:rPr>
          <w:rFonts w:ascii="Times New Roman" w:hAnsi="Times New Roman" w:cs="Times New Roman"/>
          <w:sz w:val="28"/>
          <w:szCs w:val="28"/>
        </w:rPr>
        <w:t xml:space="preserve"> </w:t>
      </w:r>
      <w:proofErr w:type="spellStart"/>
      <w:r w:rsidRPr="00C57AA7">
        <w:rPr>
          <w:rFonts w:ascii="Times New Roman" w:hAnsi="Times New Roman" w:cs="Times New Roman"/>
          <w:sz w:val="28"/>
          <w:szCs w:val="28"/>
        </w:rPr>
        <w:t>investiției</w:t>
      </w:r>
      <w:proofErr w:type="spellEnd"/>
    </w:p>
    <w:p w14:paraId="4F16E03C" w14:textId="77777777" w:rsidR="00A57563" w:rsidRPr="00C57AA7" w:rsidRDefault="00E8585D">
      <w:pPr>
        <w:pStyle w:val="Listcumarcatori"/>
        <w:keepLines/>
        <w:rPr>
          <w:rFonts w:cs="Times New Roman"/>
          <w:sz w:val="28"/>
          <w:szCs w:val="28"/>
        </w:rPr>
      </w:pPr>
      <w:proofErr w:type="spellStart"/>
      <w:r w:rsidRPr="00C57AA7">
        <w:rPr>
          <w:rFonts w:eastAsia="Times New Roman" w:cs="Times New Roman"/>
          <w:sz w:val="28"/>
          <w:szCs w:val="28"/>
        </w:rPr>
        <w:t>identificarea</w:t>
      </w:r>
      <w:proofErr w:type="spellEnd"/>
      <w:r w:rsidRPr="00C57AA7">
        <w:rPr>
          <w:rFonts w:eastAsia="Times New Roman" w:cs="Times New Roman"/>
          <w:sz w:val="28"/>
          <w:szCs w:val="28"/>
        </w:rPr>
        <w:t xml:space="preserve"> </w:t>
      </w:r>
      <w:proofErr w:type="spellStart"/>
      <w:r w:rsidRPr="00C57AA7">
        <w:rPr>
          <w:rFonts w:eastAsia="Times New Roman" w:cs="Times New Roman"/>
          <w:sz w:val="28"/>
          <w:szCs w:val="28"/>
        </w:rPr>
        <w:t>și</w:t>
      </w:r>
      <w:proofErr w:type="spellEnd"/>
      <w:r w:rsidRPr="00C57AA7">
        <w:rPr>
          <w:rFonts w:eastAsia="Times New Roman" w:cs="Times New Roman"/>
          <w:sz w:val="28"/>
          <w:szCs w:val="28"/>
        </w:rPr>
        <w:t xml:space="preserve"> </w:t>
      </w:r>
      <w:proofErr w:type="spellStart"/>
      <w:r w:rsidRPr="00C57AA7">
        <w:rPr>
          <w:rFonts w:eastAsia="Times New Roman" w:cs="Times New Roman"/>
          <w:sz w:val="28"/>
          <w:szCs w:val="28"/>
        </w:rPr>
        <w:t>verificarea</w:t>
      </w:r>
      <w:proofErr w:type="spellEnd"/>
      <w:r w:rsidRPr="00C57AA7">
        <w:rPr>
          <w:rFonts w:eastAsia="Times New Roman" w:cs="Times New Roman"/>
          <w:sz w:val="28"/>
          <w:szCs w:val="28"/>
        </w:rPr>
        <w:t xml:space="preserve"> </w:t>
      </w:r>
      <w:proofErr w:type="spellStart"/>
      <w:r w:rsidRPr="00C57AA7">
        <w:rPr>
          <w:rFonts w:eastAsia="Times New Roman" w:cs="Times New Roman"/>
          <w:sz w:val="28"/>
          <w:szCs w:val="28"/>
        </w:rPr>
        <w:t>unei</w:t>
      </w:r>
      <w:proofErr w:type="spellEnd"/>
      <w:r w:rsidRPr="00C57AA7">
        <w:rPr>
          <w:rFonts w:eastAsia="Times New Roman" w:cs="Times New Roman"/>
          <w:sz w:val="28"/>
          <w:szCs w:val="28"/>
        </w:rPr>
        <w:t xml:space="preserve"> </w:t>
      </w:r>
      <w:proofErr w:type="spellStart"/>
      <w:r w:rsidRPr="00C57AA7">
        <w:rPr>
          <w:rFonts w:eastAsia="Times New Roman" w:cs="Times New Roman"/>
          <w:sz w:val="28"/>
          <w:szCs w:val="28"/>
        </w:rPr>
        <w:t>resurse</w:t>
      </w:r>
      <w:proofErr w:type="spellEnd"/>
      <w:r w:rsidRPr="00C57AA7">
        <w:rPr>
          <w:rFonts w:eastAsia="Times New Roman" w:cs="Times New Roman"/>
          <w:sz w:val="28"/>
          <w:szCs w:val="28"/>
        </w:rPr>
        <w:t xml:space="preserve"> de </w:t>
      </w:r>
      <w:proofErr w:type="spellStart"/>
      <w:r w:rsidRPr="00C57AA7">
        <w:rPr>
          <w:rFonts w:eastAsia="Times New Roman" w:cs="Times New Roman"/>
          <w:sz w:val="28"/>
          <w:szCs w:val="28"/>
        </w:rPr>
        <w:t>apă</w:t>
      </w:r>
      <w:proofErr w:type="spellEnd"/>
      <w:r w:rsidRPr="00C57AA7">
        <w:rPr>
          <w:rFonts w:eastAsia="Times New Roman" w:cs="Times New Roman"/>
          <w:sz w:val="28"/>
          <w:szCs w:val="28"/>
        </w:rPr>
        <w:t xml:space="preserve"> </w:t>
      </w:r>
      <w:proofErr w:type="spellStart"/>
      <w:r w:rsidRPr="00C57AA7">
        <w:rPr>
          <w:rFonts w:eastAsia="Times New Roman" w:cs="Times New Roman"/>
          <w:sz w:val="28"/>
          <w:szCs w:val="28"/>
        </w:rPr>
        <w:t>subterană</w:t>
      </w:r>
      <w:proofErr w:type="spellEnd"/>
      <w:r w:rsidRPr="00C57AA7">
        <w:rPr>
          <w:rFonts w:eastAsia="Times New Roman" w:cs="Times New Roman"/>
          <w:sz w:val="28"/>
          <w:szCs w:val="28"/>
        </w:rPr>
        <w:t xml:space="preserve"> </w:t>
      </w:r>
      <w:proofErr w:type="spellStart"/>
      <w:r w:rsidRPr="00C57AA7">
        <w:rPr>
          <w:rFonts w:eastAsia="Times New Roman" w:cs="Times New Roman"/>
          <w:sz w:val="28"/>
          <w:szCs w:val="28"/>
        </w:rPr>
        <w:t>pentru</w:t>
      </w:r>
      <w:proofErr w:type="spellEnd"/>
      <w:r w:rsidRPr="00C57AA7">
        <w:rPr>
          <w:rFonts w:eastAsia="Times New Roman" w:cs="Times New Roman"/>
          <w:sz w:val="28"/>
          <w:szCs w:val="28"/>
        </w:rPr>
        <w:t xml:space="preserve"> </w:t>
      </w:r>
      <w:proofErr w:type="spellStart"/>
      <w:r w:rsidRPr="00C57AA7">
        <w:rPr>
          <w:rFonts w:eastAsia="Times New Roman" w:cs="Times New Roman"/>
          <w:sz w:val="28"/>
          <w:szCs w:val="28"/>
        </w:rPr>
        <w:t>irigarea</w:t>
      </w:r>
      <w:proofErr w:type="spellEnd"/>
      <w:r w:rsidRPr="00C57AA7">
        <w:rPr>
          <w:rFonts w:eastAsia="Times New Roman" w:cs="Times New Roman"/>
          <w:sz w:val="28"/>
          <w:szCs w:val="28"/>
        </w:rPr>
        <w:t xml:space="preserve"> </w:t>
      </w:r>
      <w:proofErr w:type="spellStart"/>
      <w:r w:rsidRPr="00C57AA7">
        <w:rPr>
          <w:rFonts w:eastAsia="Times New Roman" w:cs="Times New Roman"/>
          <w:sz w:val="28"/>
          <w:szCs w:val="28"/>
        </w:rPr>
        <w:t>terenurilor</w:t>
      </w:r>
      <w:proofErr w:type="spellEnd"/>
      <w:r w:rsidRPr="00C57AA7">
        <w:rPr>
          <w:rFonts w:eastAsia="Times New Roman" w:cs="Times New Roman"/>
          <w:sz w:val="28"/>
          <w:szCs w:val="28"/>
        </w:rPr>
        <w:t xml:space="preserve"> </w:t>
      </w:r>
      <w:proofErr w:type="spellStart"/>
      <w:r w:rsidRPr="00C57AA7">
        <w:rPr>
          <w:rFonts w:eastAsia="Times New Roman" w:cs="Times New Roman"/>
          <w:sz w:val="28"/>
          <w:szCs w:val="28"/>
        </w:rPr>
        <w:t>naturale</w:t>
      </w:r>
      <w:proofErr w:type="spellEnd"/>
      <w:r w:rsidRPr="00C57AA7">
        <w:rPr>
          <w:rFonts w:eastAsia="Times New Roman" w:cs="Times New Roman"/>
          <w:sz w:val="28"/>
          <w:szCs w:val="28"/>
        </w:rPr>
        <w:t>;</w:t>
      </w:r>
    </w:p>
    <w:p w14:paraId="3BA54B6B" w14:textId="77777777" w:rsidR="00A57563" w:rsidRPr="00C57AA7" w:rsidRDefault="00E8585D">
      <w:pPr>
        <w:pStyle w:val="Listcumarcatori"/>
        <w:keepLines/>
        <w:rPr>
          <w:rFonts w:cs="Times New Roman"/>
          <w:sz w:val="28"/>
          <w:szCs w:val="28"/>
        </w:rPr>
      </w:pPr>
      <w:proofErr w:type="spellStart"/>
      <w:r w:rsidRPr="00C57AA7">
        <w:rPr>
          <w:rFonts w:eastAsia="Times New Roman" w:cs="Times New Roman"/>
          <w:sz w:val="28"/>
          <w:szCs w:val="28"/>
        </w:rPr>
        <w:t>realizarea</w:t>
      </w:r>
      <w:proofErr w:type="spellEnd"/>
      <w:r w:rsidRPr="00C57AA7">
        <w:rPr>
          <w:rFonts w:eastAsia="Times New Roman" w:cs="Times New Roman"/>
          <w:sz w:val="28"/>
          <w:szCs w:val="28"/>
        </w:rPr>
        <w:t xml:space="preserve"> </w:t>
      </w:r>
      <w:proofErr w:type="spellStart"/>
      <w:r w:rsidRPr="00C57AA7">
        <w:rPr>
          <w:rFonts w:eastAsia="Times New Roman" w:cs="Times New Roman"/>
          <w:sz w:val="28"/>
          <w:szCs w:val="28"/>
        </w:rPr>
        <w:t>unui</w:t>
      </w:r>
      <w:proofErr w:type="spellEnd"/>
      <w:r w:rsidRPr="00C57AA7">
        <w:rPr>
          <w:rFonts w:eastAsia="Times New Roman" w:cs="Times New Roman"/>
          <w:sz w:val="28"/>
          <w:szCs w:val="28"/>
        </w:rPr>
        <w:t xml:space="preserve"> </w:t>
      </w:r>
      <w:proofErr w:type="spellStart"/>
      <w:r w:rsidRPr="00C57AA7">
        <w:rPr>
          <w:rFonts w:eastAsia="Times New Roman" w:cs="Times New Roman"/>
          <w:sz w:val="28"/>
          <w:szCs w:val="28"/>
        </w:rPr>
        <w:t>puț</w:t>
      </w:r>
      <w:proofErr w:type="spellEnd"/>
      <w:r w:rsidRPr="00C57AA7">
        <w:rPr>
          <w:rFonts w:eastAsia="Times New Roman" w:cs="Times New Roman"/>
          <w:sz w:val="28"/>
          <w:szCs w:val="28"/>
        </w:rPr>
        <w:t xml:space="preserve"> </w:t>
      </w:r>
      <w:proofErr w:type="spellStart"/>
      <w:r w:rsidRPr="00C57AA7">
        <w:rPr>
          <w:rFonts w:eastAsia="Times New Roman" w:cs="Times New Roman"/>
          <w:sz w:val="28"/>
          <w:szCs w:val="28"/>
        </w:rPr>
        <w:t>executat</w:t>
      </w:r>
      <w:proofErr w:type="spellEnd"/>
      <w:r w:rsidRPr="00C57AA7">
        <w:rPr>
          <w:rFonts w:eastAsia="Times New Roman" w:cs="Times New Roman"/>
          <w:sz w:val="28"/>
          <w:szCs w:val="28"/>
        </w:rPr>
        <w:t xml:space="preserve">, </w:t>
      </w:r>
      <w:proofErr w:type="spellStart"/>
      <w:r w:rsidRPr="00C57AA7">
        <w:rPr>
          <w:rFonts w:eastAsia="Times New Roman" w:cs="Times New Roman"/>
          <w:sz w:val="28"/>
          <w:szCs w:val="28"/>
        </w:rPr>
        <w:t>testat</w:t>
      </w:r>
      <w:proofErr w:type="spellEnd"/>
      <w:r w:rsidRPr="00C57AA7">
        <w:rPr>
          <w:rFonts w:eastAsia="Times New Roman" w:cs="Times New Roman"/>
          <w:sz w:val="28"/>
          <w:szCs w:val="28"/>
        </w:rPr>
        <w:t xml:space="preserve"> </w:t>
      </w:r>
      <w:proofErr w:type="spellStart"/>
      <w:r w:rsidRPr="00C57AA7">
        <w:rPr>
          <w:rFonts w:eastAsia="Times New Roman" w:cs="Times New Roman"/>
          <w:sz w:val="28"/>
          <w:szCs w:val="28"/>
        </w:rPr>
        <w:t>și</w:t>
      </w:r>
      <w:proofErr w:type="spellEnd"/>
      <w:r w:rsidRPr="00C57AA7">
        <w:rPr>
          <w:rFonts w:eastAsia="Times New Roman" w:cs="Times New Roman"/>
          <w:sz w:val="28"/>
          <w:szCs w:val="28"/>
        </w:rPr>
        <w:t xml:space="preserve"> </w:t>
      </w:r>
      <w:proofErr w:type="spellStart"/>
      <w:r w:rsidRPr="00C57AA7">
        <w:rPr>
          <w:rFonts w:eastAsia="Times New Roman" w:cs="Times New Roman"/>
          <w:sz w:val="28"/>
          <w:szCs w:val="28"/>
        </w:rPr>
        <w:t>documentat</w:t>
      </w:r>
      <w:proofErr w:type="spellEnd"/>
      <w:r w:rsidRPr="00C57AA7">
        <w:rPr>
          <w:rFonts w:eastAsia="Times New Roman" w:cs="Times New Roman"/>
          <w:sz w:val="28"/>
          <w:szCs w:val="28"/>
        </w:rPr>
        <w:t xml:space="preserve"> conform </w:t>
      </w:r>
      <w:proofErr w:type="spellStart"/>
      <w:r w:rsidRPr="00C57AA7">
        <w:rPr>
          <w:rFonts w:eastAsia="Times New Roman" w:cs="Times New Roman"/>
          <w:sz w:val="28"/>
          <w:szCs w:val="28"/>
        </w:rPr>
        <w:t>condițiilor</w:t>
      </w:r>
      <w:proofErr w:type="spellEnd"/>
      <w:r w:rsidRPr="00C57AA7">
        <w:rPr>
          <w:rFonts w:eastAsia="Times New Roman" w:cs="Times New Roman"/>
          <w:sz w:val="28"/>
          <w:szCs w:val="28"/>
        </w:rPr>
        <w:t xml:space="preserve"> </w:t>
      </w:r>
      <w:proofErr w:type="spellStart"/>
      <w:r w:rsidRPr="00C57AA7">
        <w:rPr>
          <w:rFonts w:eastAsia="Times New Roman" w:cs="Times New Roman"/>
          <w:sz w:val="28"/>
          <w:szCs w:val="28"/>
        </w:rPr>
        <w:t>legale</w:t>
      </w:r>
      <w:proofErr w:type="spellEnd"/>
      <w:r w:rsidRPr="00C57AA7">
        <w:rPr>
          <w:rFonts w:eastAsia="Times New Roman" w:cs="Times New Roman"/>
          <w:sz w:val="28"/>
          <w:szCs w:val="28"/>
        </w:rPr>
        <w:t xml:space="preserve"> </w:t>
      </w:r>
      <w:proofErr w:type="spellStart"/>
      <w:r w:rsidRPr="00C57AA7">
        <w:rPr>
          <w:rFonts w:eastAsia="Times New Roman" w:cs="Times New Roman"/>
          <w:sz w:val="28"/>
          <w:szCs w:val="28"/>
        </w:rPr>
        <w:t>și</w:t>
      </w:r>
      <w:proofErr w:type="spellEnd"/>
      <w:r w:rsidRPr="00C57AA7">
        <w:rPr>
          <w:rFonts w:eastAsia="Times New Roman" w:cs="Times New Roman"/>
          <w:sz w:val="28"/>
          <w:szCs w:val="28"/>
        </w:rPr>
        <w:t xml:space="preserve"> </w:t>
      </w:r>
      <w:proofErr w:type="spellStart"/>
      <w:r w:rsidRPr="00C57AA7">
        <w:rPr>
          <w:rFonts w:eastAsia="Times New Roman" w:cs="Times New Roman"/>
          <w:sz w:val="28"/>
          <w:szCs w:val="28"/>
        </w:rPr>
        <w:t>hidrogeologice</w:t>
      </w:r>
      <w:proofErr w:type="spellEnd"/>
      <w:r w:rsidRPr="00C57AA7">
        <w:rPr>
          <w:rFonts w:eastAsia="Times New Roman" w:cs="Times New Roman"/>
          <w:sz w:val="28"/>
          <w:szCs w:val="28"/>
        </w:rPr>
        <w:t>;</w:t>
      </w:r>
    </w:p>
    <w:p w14:paraId="4F4B17BE" w14:textId="77777777" w:rsidR="00A57563" w:rsidRPr="00C57AA7" w:rsidRDefault="00E8585D">
      <w:pPr>
        <w:pStyle w:val="Listcumarcatori"/>
        <w:keepLines/>
        <w:rPr>
          <w:rFonts w:cs="Times New Roman"/>
          <w:sz w:val="28"/>
          <w:szCs w:val="28"/>
        </w:rPr>
      </w:pPr>
      <w:proofErr w:type="spellStart"/>
      <w:r w:rsidRPr="00C57AA7">
        <w:rPr>
          <w:rFonts w:eastAsia="Times New Roman" w:cs="Times New Roman"/>
          <w:sz w:val="28"/>
          <w:szCs w:val="28"/>
        </w:rPr>
        <w:t>determinarea</w:t>
      </w:r>
      <w:proofErr w:type="spellEnd"/>
      <w:r w:rsidRPr="00C57AA7">
        <w:rPr>
          <w:rFonts w:eastAsia="Times New Roman" w:cs="Times New Roman"/>
          <w:sz w:val="28"/>
          <w:szCs w:val="28"/>
        </w:rPr>
        <w:t xml:space="preserve"> </w:t>
      </w:r>
      <w:proofErr w:type="spellStart"/>
      <w:r w:rsidRPr="00C57AA7">
        <w:rPr>
          <w:rFonts w:eastAsia="Times New Roman" w:cs="Times New Roman"/>
          <w:sz w:val="28"/>
          <w:szCs w:val="28"/>
        </w:rPr>
        <w:t>debitului</w:t>
      </w:r>
      <w:proofErr w:type="spellEnd"/>
      <w:r w:rsidRPr="00C57AA7">
        <w:rPr>
          <w:rFonts w:eastAsia="Times New Roman" w:cs="Times New Roman"/>
          <w:sz w:val="28"/>
          <w:szCs w:val="28"/>
        </w:rPr>
        <w:t xml:space="preserve"> </w:t>
      </w:r>
      <w:proofErr w:type="spellStart"/>
      <w:r w:rsidRPr="00C57AA7">
        <w:rPr>
          <w:rFonts w:eastAsia="Times New Roman" w:cs="Times New Roman"/>
          <w:sz w:val="28"/>
          <w:szCs w:val="28"/>
        </w:rPr>
        <w:t>exploatabil</w:t>
      </w:r>
      <w:proofErr w:type="spellEnd"/>
      <w:r w:rsidRPr="00C57AA7">
        <w:rPr>
          <w:rFonts w:eastAsia="Times New Roman" w:cs="Times New Roman"/>
          <w:sz w:val="28"/>
          <w:szCs w:val="28"/>
        </w:rPr>
        <w:t xml:space="preserve"> </w:t>
      </w:r>
      <w:proofErr w:type="spellStart"/>
      <w:r w:rsidRPr="00C57AA7">
        <w:rPr>
          <w:rFonts w:eastAsia="Times New Roman" w:cs="Times New Roman"/>
          <w:sz w:val="28"/>
          <w:szCs w:val="28"/>
        </w:rPr>
        <w:t>și</w:t>
      </w:r>
      <w:proofErr w:type="spellEnd"/>
      <w:r w:rsidRPr="00C57AA7">
        <w:rPr>
          <w:rFonts w:eastAsia="Times New Roman" w:cs="Times New Roman"/>
          <w:sz w:val="28"/>
          <w:szCs w:val="28"/>
        </w:rPr>
        <w:t xml:space="preserve"> a </w:t>
      </w:r>
      <w:proofErr w:type="spellStart"/>
      <w:r w:rsidRPr="00C57AA7">
        <w:rPr>
          <w:rFonts w:eastAsia="Times New Roman" w:cs="Times New Roman"/>
          <w:sz w:val="28"/>
          <w:szCs w:val="28"/>
        </w:rPr>
        <w:t>calității</w:t>
      </w:r>
      <w:proofErr w:type="spellEnd"/>
      <w:r w:rsidRPr="00C57AA7">
        <w:rPr>
          <w:rFonts w:eastAsia="Times New Roman" w:cs="Times New Roman"/>
          <w:sz w:val="28"/>
          <w:szCs w:val="28"/>
        </w:rPr>
        <w:t xml:space="preserve"> </w:t>
      </w:r>
      <w:proofErr w:type="spellStart"/>
      <w:r w:rsidRPr="00C57AA7">
        <w:rPr>
          <w:rFonts w:eastAsia="Times New Roman" w:cs="Times New Roman"/>
          <w:sz w:val="28"/>
          <w:szCs w:val="28"/>
        </w:rPr>
        <w:t>apei</w:t>
      </w:r>
      <w:proofErr w:type="spellEnd"/>
      <w:r w:rsidRPr="00C57AA7">
        <w:rPr>
          <w:rFonts w:eastAsia="Times New Roman" w:cs="Times New Roman"/>
          <w:sz w:val="28"/>
          <w:szCs w:val="28"/>
        </w:rPr>
        <w:t xml:space="preserve">, </w:t>
      </w:r>
      <w:proofErr w:type="spellStart"/>
      <w:r w:rsidRPr="00C57AA7">
        <w:rPr>
          <w:rFonts w:eastAsia="Times New Roman" w:cs="Times New Roman"/>
          <w:sz w:val="28"/>
          <w:szCs w:val="28"/>
        </w:rPr>
        <w:t>fără</w:t>
      </w:r>
      <w:proofErr w:type="spellEnd"/>
      <w:r w:rsidRPr="00C57AA7">
        <w:rPr>
          <w:rFonts w:eastAsia="Times New Roman" w:cs="Times New Roman"/>
          <w:sz w:val="28"/>
          <w:szCs w:val="28"/>
        </w:rPr>
        <w:t xml:space="preserve"> </w:t>
      </w:r>
      <w:proofErr w:type="spellStart"/>
      <w:r w:rsidRPr="00C57AA7">
        <w:rPr>
          <w:rFonts w:eastAsia="Times New Roman" w:cs="Times New Roman"/>
          <w:sz w:val="28"/>
          <w:szCs w:val="28"/>
        </w:rPr>
        <w:t>afectarea</w:t>
      </w:r>
      <w:proofErr w:type="spellEnd"/>
      <w:r w:rsidRPr="00C57AA7">
        <w:rPr>
          <w:rFonts w:eastAsia="Times New Roman" w:cs="Times New Roman"/>
          <w:sz w:val="28"/>
          <w:szCs w:val="28"/>
        </w:rPr>
        <w:t xml:space="preserve"> </w:t>
      </w:r>
      <w:proofErr w:type="spellStart"/>
      <w:r w:rsidRPr="00C57AA7">
        <w:rPr>
          <w:rFonts w:eastAsia="Times New Roman" w:cs="Times New Roman"/>
          <w:sz w:val="28"/>
          <w:szCs w:val="28"/>
        </w:rPr>
        <w:t>nejustificată</w:t>
      </w:r>
      <w:proofErr w:type="spellEnd"/>
      <w:r w:rsidRPr="00C57AA7">
        <w:rPr>
          <w:rFonts w:eastAsia="Times New Roman" w:cs="Times New Roman"/>
          <w:sz w:val="28"/>
          <w:szCs w:val="28"/>
        </w:rPr>
        <w:t xml:space="preserve"> a </w:t>
      </w:r>
      <w:proofErr w:type="spellStart"/>
      <w:r w:rsidRPr="00C57AA7">
        <w:rPr>
          <w:rFonts w:eastAsia="Times New Roman" w:cs="Times New Roman"/>
          <w:sz w:val="28"/>
          <w:szCs w:val="28"/>
        </w:rPr>
        <w:t>corpului</w:t>
      </w:r>
      <w:proofErr w:type="spellEnd"/>
      <w:r w:rsidRPr="00C57AA7">
        <w:rPr>
          <w:rFonts w:eastAsia="Times New Roman" w:cs="Times New Roman"/>
          <w:sz w:val="28"/>
          <w:szCs w:val="28"/>
        </w:rPr>
        <w:t xml:space="preserve"> de </w:t>
      </w:r>
      <w:proofErr w:type="spellStart"/>
      <w:r w:rsidRPr="00C57AA7">
        <w:rPr>
          <w:rFonts w:eastAsia="Times New Roman" w:cs="Times New Roman"/>
          <w:sz w:val="28"/>
          <w:szCs w:val="28"/>
        </w:rPr>
        <w:t>apă</w:t>
      </w:r>
      <w:proofErr w:type="spellEnd"/>
      <w:r w:rsidRPr="00C57AA7">
        <w:rPr>
          <w:rFonts w:eastAsia="Times New Roman" w:cs="Times New Roman"/>
          <w:sz w:val="28"/>
          <w:szCs w:val="28"/>
        </w:rPr>
        <w:t>;</w:t>
      </w:r>
    </w:p>
    <w:p w14:paraId="0EDAC5FE" w14:textId="77777777" w:rsidR="00A57563" w:rsidRPr="00C57AA7" w:rsidRDefault="00E8585D">
      <w:pPr>
        <w:pStyle w:val="Listcumarcatori"/>
        <w:keepLines/>
        <w:rPr>
          <w:rFonts w:cs="Times New Roman"/>
          <w:sz w:val="28"/>
          <w:szCs w:val="28"/>
        </w:rPr>
      </w:pPr>
      <w:proofErr w:type="spellStart"/>
      <w:r w:rsidRPr="00C57AA7">
        <w:rPr>
          <w:rFonts w:eastAsia="Times New Roman" w:cs="Times New Roman"/>
          <w:sz w:val="28"/>
          <w:szCs w:val="28"/>
        </w:rPr>
        <w:t>protejarea</w:t>
      </w:r>
      <w:proofErr w:type="spellEnd"/>
      <w:r w:rsidRPr="00C57AA7">
        <w:rPr>
          <w:rFonts w:eastAsia="Times New Roman" w:cs="Times New Roman"/>
          <w:sz w:val="28"/>
          <w:szCs w:val="28"/>
        </w:rPr>
        <w:t xml:space="preserve"> </w:t>
      </w:r>
      <w:proofErr w:type="spellStart"/>
      <w:r w:rsidRPr="00C57AA7">
        <w:rPr>
          <w:rFonts w:eastAsia="Times New Roman" w:cs="Times New Roman"/>
          <w:sz w:val="28"/>
          <w:szCs w:val="28"/>
        </w:rPr>
        <w:t>captării</w:t>
      </w:r>
      <w:proofErr w:type="spellEnd"/>
      <w:r w:rsidRPr="00C57AA7">
        <w:rPr>
          <w:rFonts w:eastAsia="Times New Roman" w:cs="Times New Roman"/>
          <w:sz w:val="28"/>
          <w:szCs w:val="28"/>
        </w:rPr>
        <w:t xml:space="preserve"> </w:t>
      </w:r>
      <w:proofErr w:type="spellStart"/>
      <w:r w:rsidRPr="00C57AA7">
        <w:rPr>
          <w:rFonts w:eastAsia="Times New Roman" w:cs="Times New Roman"/>
          <w:sz w:val="28"/>
          <w:szCs w:val="28"/>
        </w:rPr>
        <w:t>și</w:t>
      </w:r>
      <w:proofErr w:type="spellEnd"/>
      <w:r w:rsidRPr="00C57AA7">
        <w:rPr>
          <w:rFonts w:eastAsia="Times New Roman" w:cs="Times New Roman"/>
          <w:sz w:val="28"/>
          <w:szCs w:val="28"/>
        </w:rPr>
        <w:t xml:space="preserve"> </w:t>
      </w:r>
      <w:proofErr w:type="spellStart"/>
      <w:r w:rsidRPr="00C57AA7">
        <w:rPr>
          <w:rFonts w:eastAsia="Times New Roman" w:cs="Times New Roman"/>
          <w:sz w:val="28"/>
          <w:szCs w:val="28"/>
        </w:rPr>
        <w:t>prevenirea</w:t>
      </w:r>
      <w:proofErr w:type="spellEnd"/>
      <w:r w:rsidRPr="00C57AA7">
        <w:rPr>
          <w:rFonts w:eastAsia="Times New Roman" w:cs="Times New Roman"/>
          <w:sz w:val="28"/>
          <w:szCs w:val="28"/>
        </w:rPr>
        <w:t xml:space="preserve"> </w:t>
      </w:r>
      <w:proofErr w:type="spellStart"/>
      <w:r w:rsidRPr="00C57AA7">
        <w:rPr>
          <w:rFonts w:eastAsia="Times New Roman" w:cs="Times New Roman"/>
          <w:sz w:val="28"/>
          <w:szCs w:val="28"/>
        </w:rPr>
        <w:t>contaminării</w:t>
      </w:r>
      <w:proofErr w:type="spellEnd"/>
      <w:r w:rsidRPr="00C57AA7">
        <w:rPr>
          <w:rFonts w:eastAsia="Times New Roman" w:cs="Times New Roman"/>
          <w:sz w:val="28"/>
          <w:szCs w:val="28"/>
        </w:rPr>
        <w:t xml:space="preserve"> </w:t>
      </w:r>
      <w:proofErr w:type="spellStart"/>
      <w:r w:rsidRPr="00C57AA7">
        <w:rPr>
          <w:rFonts w:eastAsia="Times New Roman" w:cs="Times New Roman"/>
          <w:sz w:val="28"/>
          <w:szCs w:val="28"/>
        </w:rPr>
        <w:t>între</w:t>
      </w:r>
      <w:proofErr w:type="spellEnd"/>
      <w:r w:rsidRPr="00C57AA7">
        <w:rPr>
          <w:rFonts w:eastAsia="Times New Roman" w:cs="Times New Roman"/>
          <w:sz w:val="28"/>
          <w:szCs w:val="28"/>
        </w:rPr>
        <w:t xml:space="preserve"> </w:t>
      </w:r>
      <w:proofErr w:type="spellStart"/>
      <w:r w:rsidRPr="00C57AA7">
        <w:rPr>
          <w:rFonts w:eastAsia="Times New Roman" w:cs="Times New Roman"/>
          <w:sz w:val="28"/>
          <w:szCs w:val="28"/>
        </w:rPr>
        <w:t>stratele</w:t>
      </w:r>
      <w:proofErr w:type="spellEnd"/>
      <w:r w:rsidRPr="00C57AA7">
        <w:rPr>
          <w:rFonts w:eastAsia="Times New Roman" w:cs="Times New Roman"/>
          <w:sz w:val="28"/>
          <w:szCs w:val="28"/>
        </w:rPr>
        <w:t xml:space="preserve"> </w:t>
      </w:r>
      <w:proofErr w:type="spellStart"/>
      <w:r w:rsidRPr="00C57AA7">
        <w:rPr>
          <w:rFonts w:eastAsia="Times New Roman" w:cs="Times New Roman"/>
          <w:sz w:val="28"/>
          <w:szCs w:val="28"/>
        </w:rPr>
        <w:t>acvifere</w:t>
      </w:r>
      <w:proofErr w:type="spellEnd"/>
      <w:r w:rsidRPr="00C57AA7">
        <w:rPr>
          <w:rFonts w:eastAsia="Times New Roman" w:cs="Times New Roman"/>
          <w:sz w:val="28"/>
          <w:szCs w:val="28"/>
        </w:rPr>
        <w:t>;</w:t>
      </w:r>
    </w:p>
    <w:p w14:paraId="79EA5F50" w14:textId="77777777" w:rsidR="00A57563" w:rsidRPr="00C57AA7" w:rsidRDefault="00E8585D">
      <w:pPr>
        <w:pStyle w:val="Listcumarcatori"/>
        <w:keepLines/>
        <w:rPr>
          <w:rFonts w:cs="Times New Roman"/>
          <w:sz w:val="28"/>
          <w:szCs w:val="28"/>
        </w:rPr>
      </w:pPr>
      <w:r>
        <w:rPr>
          <w:rFonts w:eastAsia="Times New Roman" w:cs="Times New Roman"/>
          <w:sz w:val="28"/>
          <w:szCs w:val="28"/>
        </w:rPr>
        <w:t>încadrarea obiectivului în limita de 70.000 lei, inclusiv TVA.</w:t>
      </w:r>
    </w:p>
    <w:p w14:paraId="2F576930" w14:textId="77777777" w:rsidR="00A57563" w:rsidRPr="00C57AA7" w:rsidRDefault="00E8585D">
      <w:pPr>
        <w:pStyle w:val="Titlu1"/>
        <w:rPr>
          <w:rFonts w:ascii="Times New Roman" w:hAnsi="Times New Roman" w:cs="Times New Roman"/>
          <w:sz w:val="28"/>
        </w:rPr>
      </w:pPr>
      <w:r w:rsidRPr="00C57AA7">
        <w:rPr>
          <w:rFonts w:ascii="Times New Roman" w:hAnsi="Times New Roman" w:cs="Times New Roman"/>
          <w:sz w:val="28"/>
        </w:rPr>
        <w:t xml:space="preserve">3. </w:t>
      </w:r>
      <w:proofErr w:type="spellStart"/>
      <w:r w:rsidRPr="00C57AA7">
        <w:rPr>
          <w:rFonts w:ascii="Times New Roman" w:hAnsi="Times New Roman" w:cs="Times New Roman"/>
          <w:sz w:val="28"/>
        </w:rPr>
        <w:t>Estimarea</w:t>
      </w:r>
      <w:proofErr w:type="spellEnd"/>
      <w:r w:rsidRPr="00C57AA7">
        <w:rPr>
          <w:rFonts w:ascii="Times New Roman" w:hAnsi="Times New Roman" w:cs="Times New Roman"/>
          <w:sz w:val="28"/>
        </w:rPr>
        <w:t xml:space="preserve"> </w:t>
      </w:r>
      <w:proofErr w:type="spellStart"/>
      <w:r w:rsidRPr="00C57AA7">
        <w:rPr>
          <w:rFonts w:ascii="Times New Roman" w:hAnsi="Times New Roman" w:cs="Times New Roman"/>
          <w:sz w:val="28"/>
        </w:rPr>
        <w:t>suportabilității</w:t>
      </w:r>
      <w:proofErr w:type="spellEnd"/>
      <w:r w:rsidRPr="00C57AA7">
        <w:rPr>
          <w:rFonts w:ascii="Times New Roman" w:hAnsi="Times New Roman" w:cs="Times New Roman"/>
          <w:sz w:val="28"/>
        </w:rPr>
        <w:t xml:space="preserve"> </w:t>
      </w:r>
      <w:proofErr w:type="spellStart"/>
      <w:r w:rsidRPr="00C57AA7">
        <w:rPr>
          <w:rFonts w:ascii="Times New Roman" w:hAnsi="Times New Roman" w:cs="Times New Roman"/>
          <w:sz w:val="28"/>
        </w:rPr>
        <w:t>investiției</w:t>
      </w:r>
      <w:proofErr w:type="spellEnd"/>
      <w:r w:rsidRPr="00C57AA7">
        <w:rPr>
          <w:rFonts w:ascii="Times New Roman" w:hAnsi="Times New Roman" w:cs="Times New Roman"/>
          <w:sz w:val="28"/>
        </w:rPr>
        <w:t xml:space="preserve"> </w:t>
      </w:r>
      <w:proofErr w:type="spellStart"/>
      <w:r w:rsidRPr="00C57AA7">
        <w:rPr>
          <w:rFonts w:ascii="Times New Roman" w:hAnsi="Times New Roman" w:cs="Times New Roman"/>
          <w:sz w:val="28"/>
        </w:rPr>
        <w:t>publice</w:t>
      </w:r>
      <w:proofErr w:type="spellEnd"/>
    </w:p>
    <w:p w14:paraId="476B2A48" w14:textId="77777777" w:rsidR="00A57563" w:rsidRPr="00C57AA7" w:rsidRDefault="00E8585D">
      <w:pPr>
        <w:pStyle w:val="Titlu2"/>
        <w:rPr>
          <w:rFonts w:ascii="Times New Roman" w:hAnsi="Times New Roman" w:cs="Times New Roman"/>
          <w:sz w:val="28"/>
          <w:szCs w:val="28"/>
        </w:rPr>
      </w:pPr>
      <w:r w:rsidRPr="00C57AA7">
        <w:rPr>
          <w:rFonts w:ascii="Times New Roman" w:hAnsi="Times New Roman" w:cs="Times New Roman"/>
          <w:sz w:val="28"/>
          <w:szCs w:val="28"/>
        </w:rPr>
        <w:t xml:space="preserve">3.1. </w:t>
      </w:r>
      <w:proofErr w:type="spellStart"/>
      <w:r w:rsidRPr="00C57AA7">
        <w:rPr>
          <w:rFonts w:ascii="Times New Roman" w:hAnsi="Times New Roman" w:cs="Times New Roman"/>
          <w:sz w:val="28"/>
          <w:szCs w:val="28"/>
        </w:rPr>
        <w:t>Estimarea</w:t>
      </w:r>
      <w:proofErr w:type="spellEnd"/>
      <w:r w:rsidRPr="00C57AA7">
        <w:rPr>
          <w:rFonts w:ascii="Times New Roman" w:hAnsi="Times New Roman" w:cs="Times New Roman"/>
          <w:sz w:val="28"/>
          <w:szCs w:val="28"/>
        </w:rPr>
        <w:t xml:space="preserve"> </w:t>
      </w:r>
      <w:proofErr w:type="spellStart"/>
      <w:r w:rsidRPr="00C57AA7">
        <w:rPr>
          <w:rFonts w:ascii="Times New Roman" w:hAnsi="Times New Roman" w:cs="Times New Roman"/>
          <w:sz w:val="28"/>
          <w:szCs w:val="28"/>
        </w:rPr>
        <w:t>cheltuielilor</w:t>
      </w:r>
      <w:proofErr w:type="spellEnd"/>
      <w:r w:rsidRPr="00C57AA7">
        <w:rPr>
          <w:rFonts w:ascii="Times New Roman" w:hAnsi="Times New Roman" w:cs="Times New Roman"/>
          <w:sz w:val="28"/>
          <w:szCs w:val="28"/>
        </w:rPr>
        <w:t xml:space="preserve"> </w:t>
      </w:r>
      <w:proofErr w:type="spellStart"/>
      <w:r w:rsidRPr="00C57AA7">
        <w:rPr>
          <w:rFonts w:ascii="Times New Roman" w:hAnsi="Times New Roman" w:cs="Times New Roman"/>
          <w:sz w:val="28"/>
          <w:szCs w:val="28"/>
        </w:rPr>
        <w:t>pentru</w:t>
      </w:r>
      <w:proofErr w:type="spellEnd"/>
      <w:r w:rsidRPr="00C57AA7">
        <w:rPr>
          <w:rFonts w:ascii="Times New Roman" w:hAnsi="Times New Roman" w:cs="Times New Roman"/>
          <w:sz w:val="28"/>
          <w:szCs w:val="28"/>
        </w:rPr>
        <w:t xml:space="preserve"> </w:t>
      </w:r>
      <w:proofErr w:type="spellStart"/>
      <w:r w:rsidRPr="00C57AA7">
        <w:rPr>
          <w:rFonts w:ascii="Times New Roman" w:hAnsi="Times New Roman" w:cs="Times New Roman"/>
          <w:sz w:val="28"/>
          <w:szCs w:val="28"/>
        </w:rPr>
        <w:t>execuția</w:t>
      </w:r>
      <w:proofErr w:type="spellEnd"/>
      <w:r w:rsidRPr="00C57AA7">
        <w:rPr>
          <w:rFonts w:ascii="Times New Roman" w:hAnsi="Times New Roman" w:cs="Times New Roman"/>
          <w:sz w:val="28"/>
          <w:szCs w:val="28"/>
        </w:rPr>
        <w:t xml:space="preserve"> </w:t>
      </w:r>
      <w:proofErr w:type="spellStart"/>
      <w:r w:rsidRPr="00C57AA7">
        <w:rPr>
          <w:rFonts w:ascii="Times New Roman" w:hAnsi="Times New Roman" w:cs="Times New Roman"/>
          <w:sz w:val="28"/>
          <w:szCs w:val="28"/>
        </w:rPr>
        <w:t>obiectivului</w:t>
      </w:r>
      <w:proofErr w:type="spellEnd"/>
      <w:r w:rsidRPr="00C57AA7">
        <w:rPr>
          <w:rFonts w:ascii="Times New Roman" w:hAnsi="Times New Roman" w:cs="Times New Roman"/>
          <w:sz w:val="28"/>
          <w:szCs w:val="28"/>
        </w:rPr>
        <w:t xml:space="preserve"> de </w:t>
      </w:r>
      <w:proofErr w:type="spellStart"/>
      <w:r w:rsidRPr="00C57AA7">
        <w:rPr>
          <w:rFonts w:ascii="Times New Roman" w:hAnsi="Times New Roman" w:cs="Times New Roman"/>
          <w:sz w:val="28"/>
          <w:szCs w:val="28"/>
        </w:rPr>
        <w:t>investiții</w:t>
      </w:r>
      <w:proofErr w:type="spellEnd"/>
      <w:r w:rsidRPr="00C57AA7">
        <w:rPr>
          <w:rFonts w:ascii="Times New Roman" w:hAnsi="Times New Roman" w:cs="Times New Roman"/>
          <w:sz w:val="28"/>
          <w:szCs w:val="28"/>
        </w:rPr>
        <w:t xml:space="preserve">, </w:t>
      </w:r>
      <w:proofErr w:type="spellStart"/>
      <w:r w:rsidRPr="00C57AA7">
        <w:rPr>
          <w:rFonts w:ascii="Times New Roman" w:hAnsi="Times New Roman" w:cs="Times New Roman"/>
          <w:sz w:val="28"/>
          <w:szCs w:val="28"/>
        </w:rPr>
        <w:t>luându</w:t>
      </w:r>
      <w:proofErr w:type="spellEnd"/>
      <w:r w:rsidRPr="00C57AA7">
        <w:rPr>
          <w:rFonts w:ascii="Times New Roman" w:hAnsi="Times New Roman" w:cs="Times New Roman"/>
          <w:sz w:val="28"/>
          <w:szCs w:val="28"/>
        </w:rPr>
        <w:t xml:space="preserve">-se </w:t>
      </w:r>
      <w:proofErr w:type="spellStart"/>
      <w:r w:rsidRPr="00C57AA7">
        <w:rPr>
          <w:rFonts w:ascii="Times New Roman" w:hAnsi="Times New Roman" w:cs="Times New Roman"/>
          <w:sz w:val="28"/>
          <w:szCs w:val="28"/>
        </w:rPr>
        <w:t>în</w:t>
      </w:r>
      <w:proofErr w:type="spellEnd"/>
      <w:r w:rsidRPr="00C57AA7">
        <w:rPr>
          <w:rFonts w:ascii="Times New Roman" w:hAnsi="Times New Roman" w:cs="Times New Roman"/>
          <w:sz w:val="28"/>
          <w:szCs w:val="28"/>
        </w:rPr>
        <w:t xml:space="preserve"> </w:t>
      </w:r>
      <w:proofErr w:type="spellStart"/>
      <w:r w:rsidRPr="00C57AA7">
        <w:rPr>
          <w:rFonts w:ascii="Times New Roman" w:hAnsi="Times New Roman" w:cs="Times New Roman"/>
          <w:sz w:val="28"/>
          <w:szCs w:val="28"/>
        </w:rPr>
        <w:t>considerare</w:t>
      </w:r>
      <w:proofErr w:type="spellEnd"/>
      <w:r w:rsidRPr="00C57AA7">
        <w:rPr>
          <w:rFonts w:ascii="Times New Roman" w:hAnsi="Times New Roman" w:cs="Times New Roman"/>
          <w:sz w:val="28"/>
          <w:szCs w:val="28"/>
        </w:rPr>
        <w:t xml:space="preserve">, </w:t>
      </w:r>
      <w:proofErr w:type="spellStart"/>
      <w:r w:rsidRPr="00C57AA7">
        <w:rPr>
          <w:rFonts w:ascii="Times New Roman" w:hAnsi="Times New Roman" w:cs="Times New Roman"/>
          <w:sz w:val="28"/>
          <w:szCs w:val="28"/>
        </w:rPr>
        <w:t>după</w:t>
      </w:r>
      <w:proofErr w:type="spellEnd"/>
      <w:r w:rsidRPr="00C57AA7">
        <w:rPr>
          <w:rFonts w:ascii="Times New Roman" w:hAnsi="Times New Roman" w:cs="Times New Roman"/>
          <w:sz w:val="28"/>
          <w:szCs w:val="28"/>
        </w:rPr>
        <w:t xml:space="preserve"> </w:t>
      </w:r>
      <w:proofErr w:type="spellStart"/>
      <w:r w:rsidRPr="00C57AA7">
        <w:rPr>
          <w:rFonts w:ascii="Times New Roman" w:hAnsi="Times New Roman" w:cs="Times New Roman"/>
          <w:sz w:val="28"/>
          <w:szCs w:val="28"/>
        </w:rPr>
        <w:t>caz</w:t>
      </w:r>
      <w:proofErr w:type="spellEnd"/>
      <w:r w:rsidRPr="00C57AA7">
        <w:rPr>
          <w:rFonts w:ascii="Times New Roman" w:hAnsi="Times New Roman" w:cs="Times New Roman"/>
          <w:sz w:val="28"/>
          <w:szCs w:val="28"/>
        </w:rPr>
        <w:t>:</w:t>
      </w:r>
    </w:p>
    <w:p w14:paraId="7541EFCF" w14:textId="77777777" w:rsidR="00A57563" w:rsidRPr="00C57AA7" w:rsidRDefault="00E8585D">
      <w:pPr>
        <w:pStyle w:val="Listcumarcatori"/>
        <w:keepLines/>
        <w:rPr>
          <w:rFonts w:cs="Times New Roman"/>
          <w:sz w:val="28"/>
          <w:szCs w:val="28"/>
        </w:rPr>
      </w:pPr>
      <w:proofErr w:type="spellStart"/>
      <w:r w:rsidRPr="00C57AA7">
        <w:rPr>
          <w:rFonts w:eastAsia="Times New Roman" w:cs="Times New Roman"/>
          <w:sz w:val="28"/>
          <w:szCs w:val="28"/>
        </w:rPr>
        <w:t>costurile</w:t>
      </w:r>
      <w:proofErr w:type="spellEnd"/>
      <w:r w:rsidRPr="00C57AA7">
        <w:rPr>
          <w:rFonts w:eastAsia="Times New Roman" w:cs="Times New Roman"/>
          <w:sz w:val="28"/>
          <w:szCs w:val="28"/>
        </w:rPr>
        <w:t xml:space="preserve"> </w:t>
      </w:r>
      <w:proofErr w:type="spellStart"/>
      <w:r w:rsidRPr="00C57AA7">
        <w:rPr>
          <w:rFonts w:eastAsia="Times New Roman" w:cs="Times New Roman"/>
          <w:sz w:val="28"/>
          <w:szCs w:val="28"/>
        </w:rPr>
        <w:t>unor</w:t>
      </w:r>
      <w:proofErr w:type="spellEnd"/>
      <w:r w:rsidRPr="00C57AA7">
        <w:rPr>
          <w:rFonts w:eastAsia="Times New Roman" w:cs="Times New Roman"/>
          <w:sz w:val="28"/>
          <w:szCs w:val="28"/>
        </w:rPr>
        <w:t xml:space="preserve"> </w:t>
      </w:r>
      <w:proofErr w:type="spellStart"/>
      <w:r w:rsidRPr="00C57AA7">
        <w:rPr>
          <w:rFonts w:eastAsia="Times New Roman" w:cs="Times New Roman"/>
          <w:sz w:val="28"/>
          <w:szCs w:val="28"/>
        </w:rPr>
        <w:t>investiții</w:t>
      </w:r>
      <w:proofErr w:type="spellEnd"/>
      <w:r w:rsidRPr="00C57AA7">
        <w:rPr>
          <w:rFonts w:eastAsia="Times New Roman" w:cs="Times New Roman"/>
          <w:sz w:val="28"/>
          <w:szCs w:val="28"/>
        </w:rPr>
        <w:t xml:space="preserve"> </w:t>
      </w:r>
      <w:proofErr w:type="spellStart"/>
      <w:r w:rsidRPr="00C57AA7">
        <w:rPr>
          <w:rFonts w:eastAsia="Times New Roman" w:cs="Times New Roman"/>
          <w:sz w:val="28"/>
          <w:szCs w:val="28"/>
        </w:rPr>
        <w:t>similare</w:t>
      </w:r>
      <w:proofErr w:type="spellEnd"/>
      <w:r w:rsidRPr="00C57AA7">
        <w:rPr>
          <w:rFonts w:eastAsia="Times New Roman" w:cs="Times New Roman"/>
          <w:sz w:val="28"/>
          <w:szCs w:val="28"/>
        </w:rPr>
        <w:t xml:space="preserve"> </w:t>
      </w:r>
      <w:proofErr w:type="spellStart"/>
      <w:r w:rsidRPr="00C57AA7">
        <w:rPr>
          <w:rFonts w:eastAsia="Times New Roman" w:cs="Times New Roman"/>
          <w:sz w:val="28"/>
          <w:szCs w:val="28"/>
        </w:rPr>
        <w:t>realizate</w:t>
      </w:r>
      <w:proofErr w:type="spellEnd"/>
      <w:r w:rsidRPr="00C57AA7">
        <w:rPr>
          <w:rFonts w:eastAsia="Times New Roman" w:cs="Times New Roman"/>
          <w:sz w:val="28"/>
          <w:szCs w:val="28"/>
        </w:rPr>
        <w:t>;</w:t>
      </w:r>
    </w:p>
    <w:p w14:paraId="7D99C85D" w14:textId="77777777" w:rsidR="00A57563" w:rsidRPr="00C57AA7" w:rsidRDefault="00E8585D">
      <w:pPr>
        <w:pStyle w:val="Listcumarcatori"/>
        <w:keepLines/>
        <w:rPr>
          <w:rFonts w:cs="Times New Roman"/>
          <w:sz w:val="28"/>
          <w:szCs w:val="28"/>
        </w:rPr>
      </w:pPr>
      <w:proofErr w:type="spellStart"/>
      <w:r w:rsidRPr="00C57AA7">
        <w:rPr>
          <w:rFonts w:eastAsia="Times New Roman" w:cs="Times New Roman"/>
          <w:sz w:val="28"/>
          <w:szCs w:val="28"/>
        </w:rPr>
        <w:t>standarde</w:t>
      </w:r>
      <w:proofErr w:type="spellEnd"/>
      <w:r w:rsidRPr="00C57AA7">
        <w:rPr>
          <w:rFonts w:eastAsia="Times New Roman" w:cs="Times New Roman"/>
          <w:sz w:val="28"/>
          <w:szCs w:val="28"/>
        </w:rPr>
        <w:t xml:space="preserve"> de cost </w:t>
      </w:r>
      <w:proofErr w:type="spellStart"/>
      <w:r w:rsidRPr="00C57AA7">
        <w:rPr>
          <w:rFonts w:eastAsia="Times New Roman" w:cs="Times New Roman"/>
          <w:sz w:val="28"/>
          <w:szCs w:val="28"/>
        </w:rPr>
        <w:t>pentru</w:t>
      </w:r>
      <w:proofErr w:type="spellEnd"/>
      <w:r w:rsidRPr="00C57AA7">
        <w:rPr>
          <w:rFonts w:eastAsia="Times New Roman" w:cs="Times New Roman"/>
          <w:sz w:val="28"/>
          <w:szCs w:val="28"/>
        </w:rPr>
        <w:t xml:space="preserve"> </w:t>
      </w:r>
      <w:proofErr w:type="spellStart"/>
      <w:r w:rsidRPr="00C57AA7">
        <w:rPr>
          <w:rFonts w:eastAsia="Times New Roman" w:cs="Times New Roman"/>
          <w:sz w:val="28"/>
          <w:szCs w:val="28"/>
        </w:rPr>
        <w:t>investiții</w:t>
      </w:r>
      <w:proofErr w:type="spellEnd"/>
      <w:r w:rsidRPr="00C57AA7">
        <w:rPr>
          <w:rFonts w:eastAsia="Times New Roman" w:cs="Times New Roman"/>
          <w:sz w:val="28"/>
          <w:szCs w:val="28"/>
        </w:rPr>
        <w:t xml:space="preserve"> </w:t>
      </w:r>
      <w:proofErr w:type="spellStart"/>
      <w:r w:rsidRPr="00C57AA7">
        <w:rPr>
          <w:rFonts w:eastAsia="Times New Roman" w:cs="Times New Roman"/>
          <w:sz w:val="28"/>
          <w:szCs w:val="28"/>
        </w:rPr>
        <w:t>similare</w:t>
      </w:r>
      <w:proofErr w:type="spellEnd"/>
      <w:r w:rsidRPr="00C57AA7">
        <w:rPr>
          <w:rFonts w:eastAsia="Times New Roman" w:cs="Times New Roman"/>
          <w:sz w:val="28"/>
          <w:szCs w:val="28"/>
        </w:rPr>
        <w:t>.</w:t>
      </w:r>
    </w:p>
    <w:p w14:paraId="0FA894D8" w14:textId="77777777" w:rsidR="00A57563" w:rsidRPr="00C57AA7" w:rsidRDefault="00E8585D">
      <w:pPr>
        <w:rPr>
          <w:rFonts w:cs="Times New Roman"/>
          <w:sz w:val="28"/>
          <w:szCs w:val="28"/>
        </w:rPr>
      </w:pPr>
      <w:r>
        <w:rPr>
          <w:rFonts w:eastAsia="Times New Roman" w:cs="Times New Roman"/>
          <w:sz w:val="28"/>
          <w:szCs w:val="28"/>
        </w:rPr>
        <w:t>Valoarea preliminară aprobată este de 70.000 lei, inclusiv TVA, și reprezintă plafonul avut în vedere pentru obiectiv. Aceasta va include cheltuielile necesare realizării ansamblului funcțional: studiile și documentațiile, avizele și taxele, proiectarea, forajul, tubarea, filtrele, materialul filtrant și etanșările, dezvoltarea și deznisiparea, pomparea experimentală, analizele, protecția capului, măsurătorile, asistența și documentația as-built. Valoarea totală și valoarea C+M vor fi fundamentate prin studiul de fezabilitate și devizul general.</w:t>
      </w:r>
    </w:p>
    <w:p w14:paraId="5162DC16" w14:textId="77777777" w:rsidR="00A57563" w:rsidRPr="00C57AA7" w:rsidRDefault="00E8585D">
      <w:pPr>
        <w:pStyle w:val="Titlu2"/>
        <w:rPr>
          <w:rFonts w:ascii="Times New Roman" w:hAnsi="Times New Roman" w:cs="Times New Roman"/>
          <w:sz w:val="28"/>
          <w:szCs w:val="28"/>
        </w:rPr>
      </w:pPr>
      <w:r w:rsidRPr="00C57AA7">
        <w:rPr>
          <w:rFonts w:ascii="Times New Roman" w:hAnsi="Times New Roman" w:cs="Times New Roman"/>
          <w:sz w:val="28"/>
          <w:szCs w:val="28"/>
        </w:rPr>
        <w:t xml:space="preserve">3.2. </w:t>
      </w:r>
      <w:proofErr w:type="spellStart"/>
      <w:r w:rsidRPr="00C57AA7">
        <w:rPr>
          <w:rFonts w:ascii="Times New Roman" w:hAnsi="Times New Roman" w:cs="Times New Roman"/>
          <w:sz w:val="28"/>
          <w:szCs w:val="28"/>
        </w:rPr>
        <w:t>Estimarea</w:t>
      </w:r>
      <w:proofErr w:type="spellEnd"/>
      <w:r w:rsidRPr="00C57AA7">
        <w:rPr>
          <w:rFonts w:ascii="Times New Roman" w:hAnsi="Times New Roman" w:cs="Times New Roman"/>
          <w:sz w:val="28"/>
          <w:szCs w:val="28"/>
        </w:rPr>
        <w:t xml:space="preserve"> </w:t>
      </w:r>
      <w:proofErr w:type="spellStart"/>
      <w:r w:rsidRPr="00C57AA7">
        <w:rPr>
          <w:rFonts w:ascii="Times New Roman" w:hAnsi="Times New Roman" w:cs="Times New Roman"/>
          <w:sz w:val="28"/>
          <w:szCs w:val="28"/>
        </w:rPr>
        <w:t>cheltuielilor</w:t>
      </w:r>
      <w:proofErr w:type="spellEnd"/>
      <w:r w:rsidRPr="00C57AA7">
        <w:rPr>
          <w:rFonts w:ascii="Times New Roman" w:hAnsi="Times New Roman" w:cs="Times New Roman"/>
          <w:sz w:val="28"/>
          <w:szCs w:val="28"/>
        </w:rPr>
        <w:t xml:space="preserve"> </w:t>
      </w:r>
      <w:proofErr w:type="spellStart"/>
      <w:r w:rsidRPr="00C57AA7">
        <w:rPr>
          <w:rFonts w:ascii="Times New Roman" w:hAnsi="Times New Roman" w:cs="Times New Roman"/>
          <w:sz w:val="28"/>
          <w:szCs w:val="28"/>
        </w:rPr>
        <w:t>pentru</w:t>
      </w:r>
      <w:proofErr w:type="spellEnd"/>
      <w:r w:rsidRPr="00C57AA7">
        <w:rPr>
          <w:rFonts w:ascii="Times New Roman" w:hAnsi="Times New Roman" w:cs="Times New Roman"/>
          <w:sz w:val="28"/>
          <w:szCs w:val="28"/>
        </w:rPr>
        <w:t xml:space="preserve"> </w:t>
      </w:r>
      <w:proofErr w:type="spellStart"/>
      <w:r w:rsidRPr="00C57AA7">
        <w:rPr>
          <w:rFonts w:ascii="Times New Roman" w:hAnsi="Times New Roman" w:cs="Times New Roman"/>
          <w:sz w:val="28"/>
          <w:szCs w:val="28"/>
        </w:rPr>
        <w:t>proiectarea</w:t>
      </w:r>
      <w:proofErr w:type="spellEnd"/>
      <w:r w:rsidRPr="00C57AA7">
        <w:rPr>
          <w:rFonts w:ascii="Times New Roman" w:hAnsi="Times New Roman" w:cs="Times New Roman"/>
          <w:sz w:val="28"/>
          <w:szCs w:val="28"/>
        </w:rPr>
        <w:t xml:space="preserve">, pe faze, a </w:t>
      </w:r>
      <w:proofErr w:type="spellStart"/>
      <w:r w:rsidRPr="00C57AA7">
        <w:rPr>
          <w:rFonts w:ascii="Times New Roman" w:hAnsi="Times New Roman" w:cs="Times New Roman"/>
          <w:sz w:val="28"/>
          <w:szCs w:val="28"/>
        </w:rPr>
        <w:t>documentației</w:t>
      </w:r>
      <w:proofErr w:type="spellEnd"/>
      <w:r w:rsidRPr="00C57AA7">
        <w:rPr>
          <w:rFonts w:ascii="Times New Roman" w:hAnsi="Times New Roman" w:cs="Times New Roman"/>
          <w:sz w:val="28"/>
          <w:szCs w:val="28"/>
        </w:rPr>
        <w:t xml:space="preserve"> </w:t>
      </w:r>
      <w:proofErr w:type="spellStart"/>
      <w:r w:rsidRPr="00C57AA7">
        <w:rPr>
          <w:rFonts w:ascii="Times New Roman" w:hAnsi="Times New Roman" w:cs="Times New Roman"/>
          <w:sz w:val="28"/>
          <w:szCs w:val="28"/>
        </w:rPr>
        <w:t>tehnico-economice</w:t>
      </w:r>
      <w:proofErr w:type="spellEnd"/>
      <w:r w:rsidRPr="00C57AA7">
        <w:rPr>
          <w:rFonts w:ascii="Times New Roman" w:hAnsi="Times New Roman" w:cs="Times New Roman"/>
          <w:sz w:val="28"/>
          <w:szCs w:val="28"/>
        </w:rPr>
        <w:t xml:space="preserve"> </w:t>
      </w:r>
      <w:proofErr w:type="spellStart"/>
      <w:r w:rsidRPr="00C57AA7">
        <w:rPr>
          <w:rFonts w:ascii="Times New Roman" w:hAnsi="Times New Roman" w:cs="Times New Roman"/>
          <w:sz w:val="28"/>
          <w:szCs w:val="28"/>
        </w:rPr>
        <w:t>aferente</w:t>
      </w:r>
      <w:proofErr w:type="spellEnd"/>
      <w:r w:rsidRPr="00C57AA7">
        <w:rPr>
          <w:rFonts w:ascii="Times New Roman" w:hAnsi="Times New Roman" w:cs="Times New Roman"/>
          <w:sz w:val="28"/>
          <w:szCs w:val="28"/>
        </w:rPr>
        <w:t xml:space="preserve"> </w:t>
      </w:r>
      <w:proofErr w:type="spellStart"/>
      <w:r w:rsidRPr="00C57AA7">
        <w:rPr>
          <w:rFonts w:ascii="Times New Roman" w:hAnsi="Times New Roman" w:cs="Times New Roman"/>
          <w:sz w:val="28"/>
          <w:szCs w:val="28"/>
        </w:rPr>
        <w:t>obiectivului</w:t>
      </w:r>
      <w:proofErr w:type="spellEnd"/>
      <w:r w:rsidRPr="00C57AA7">
        <w:rPr>
          <w:rFonts w:ascii="Times New Roman" w:hAnsi="Times New Roman" w:cs="Times New Roman"/>
          <w:sz w:val="28"/>
          <w:szCs w:val="28"/>
        </w:rPr>
        <w:t xml:space="preserve"> de </w:t>
      </w:r>
      <w:proofErr w:type="spellStart"/>
      <w:r w:rsidRPr="00C57AA7">
        <w:rPr>
          <w:rFonts w:ascii="Times New Roman" w:hAnsi="Times New Roman" w:cs="Times New Roman"/>
          <w:sz w:val="28"/>
          <w:szCs w:val="28"/>
        </w:rPr>
        <w:t>investiție</w:t>
      </w:r>
      <w:proofErr w:type="spellEnd"/>
      <w:r w:rsidRPr="00C57AA7">
        <w:rPr>
          <w:rFonts w:ascii="Times New Roman" w:hAnsi="Times New Roman" w:cs="Times New Roman"/>
          <w:sz w:val="28"/>
          <w:szCs w:val="28"/>
        </w:rPr>
        <w:t xml:space="preserve">, precum </w:t>
      </w:r>
      <w:proofErr w:type="spellStart"/>
      <w:r w:rsidRPr="00C57AA7">
        <w:rPr>
          <w:rFonts w:ascii="Times New Roman" w:hAnsi="Times New Roman" w:cs="Times New Roman"/>
          <w:sz w:val="28"/>
          <w:szCs w:val="28"/>
        </w:rPr>
        <w:t>și</w:t>
      </w:r>
      <w:proofErr w:type="spellEnd"/>
      <w:r w:rsidRPr="00C57AA7">
        <w:rPr>
          <w:rFonts w:ascii="Times New Roman" w:hAnsi="Times New Roman" w:cs="Times New Roman"/>
          <w:sz w:val="28"/>
          <w:szCs w:val="28"/>
        </w:rPr>
        <w:t xml:space="preserve"> </w:t>
      </w:r>
      <w:proofErr w:type="spellStart"/>
      <w:r w:rsidRPr="00C57AA7">
        <w:rPr>
          <w:rFonts w:ascii="Times New Roman" w:hAnsi="Times New Roman" w:cs="Times New Roman"/>
          <w:sz w:val="28"/>
          <w:szCs w:val="28"/>
        </w:rPr>
        <w:t>pentru</w:t>
      </w:r>
      <w:proofErr w:type="spellEnd"/>
      <w:r w:rsidRPr="00C57AA7">
        <w:rPr>
          <w:rFonts w:ascii="Times New Roman" w:hAnsi="Times New Roman" w:cs="Times New Roman"/>
          <w:sz w:val="28"/>
          <w:szCs w:val="28"/>
        </w:rPr>
        <w:t xml:space="preserve"> </w:t>
      </w:r>
      <w:proofErr w:type="spellStart"/>
      <w:r w:rsidRPr="00C57AA7">
        <w:rPr>
          <w:rFonts w:ascii="Times New Roman" w:hAnsi="Times New Roman" w:cs="Times New Roman"/>
          <w:sz w:val="28"/>
          <w:szCs w:val="28"/>
        </w:rPr>
        <w:t>elaborarea</w:t>
      </w:r>
      <w:proofErr w:type="spellEnd"/>
      <w:r w:rsidRPr="00C57AA7">
        <w:rPr>
          <w:rFonts w:ascii="Times New Roman" w:hAnsi="Times New Roman" w:cs="Times New Roman"/>
          <w:sz w:val="28"/>
          <w:szCs w:val="28"/>
        </w:rPr>
        <w:t xml:space="preserve"> </w:t>
      </w:r>
      <w:proofErr w:type="spellStart"/>
      <w:r w:rsidRPr="00C57AA7">
        <w:rPr>
          <w:rFonts w:ascii="Times New Roman" w:hAnsi="Times New Roman" w:cs="Times New Roman"/>
          <w:sz w:val="28"/>
          <w:szCs w:val="28"/>
        </w:rPr>
        <w:t>altor</w:t>
      </w:r>
      <w:proofErr w:type="spellEnd"/>
      <w:r w:rsidRPr="00C57AA7">
        <w:rPr>
          <w:rFonts w:ascii="Times New Roman" w:hAnsi="Times New Roman" w:cs="Times New Roman"/>
          <w:sz w:val="28"/>
          <w:szCs w:val="28"/>
        </w:rPr>
        <w:t xml:space="preserve"> </w:t>
      </w:r>
      <w:proofErr w:type="spellStart"/>
      <w:r w:rsidRPr="00C57AA7">
        <w:rPr>
          <w:rFonts w:ascii="Times New Roman" w:hAnsi="Times New Roman" w:cs="Times New Roman"/>
          <w:sz w:val="28"/>
          <w:szCs w:val="28"/>
        </w:rPr>
        <w:t>studii</w:t>
      </w:r>
      <w:proofErr w:type="spellEnd"/>
      <w:r w:rsidRPr="00C57AA7">
        <w:rPr>
          <w:rFonts w:ascii="Times New Roman" w:hAnsi="Times New Roman" w:cs="Times New Roman"/>
          <w:sz w:val="28"/>
          <w:szCs w:val="28"/>
        </w:rPr>
        <w:t xml:space="preserve"> de </w:t>
      </w:r>
      <w:proofErr w:type="spellStart"/>
      <w:r w:rsidRPr="00C57AA7">
        <w:rPr>
          <w:rFonts w:ascii="Times New Roman" w:hAnsi="Times New Roman" w:cs="Times New Roman"/>
          <w:sz w:val="28"/>
          <w:szCs w:val="28"/>
        </w:rPr>
        <w:t>specialitate</w:t>
      </w:r>
      <w:proofErr w:type="spellEnd"/>
      <w:r w:rsidRPr="00C57AA7">
        <w:rPr>
          <w:rFonts w:ascii="Times New Roman" w:hAnsi="Times New Roman" w:cs="Times New Roman"/>
          <w:sz w:val="28"/>
          <w:szCs w:val="28"/>
        </w:rPr>
        <w:t xml:space="preserve"> </w:t>
      </w:r>
      <w:proofErr w:type="spellStart"/>
      <w:r w:rsidRPr="00C57AA7">
        <w:rPr>
          <w:rFonts w:ascii="Times New Roman" w:hAnsi="Times New Roman" w:cs="Times New Roman"/>
          <w:sz w:val="28"/>
          <w:szCs w:val="28"/>
        </w:rPr>
        <w:t>în</w:t>
      </w:r>
      <w:proofErr w:type="spellEnd"/>
      <w:r w:rsidRPr="00C57AA7">
        <w:rPr>
          <w:rFonts w:ascii="Times New Roman" w:hAnsi="Times New Roman" w:cs="Times New Roman"/>
          <w:sz w:val="28"/>
          <w:szCs w:val="28"/>
        </w:rPr>
        <w:t xml:space="preserve"> </w:t>
      </w:r>
      <w:proofErr w:type="spellStart"/>
      <w:r w:rsidRPr="00C57AA7">
        <w:rPr>
          <w:rFonts w:ascii="Times New Roman" w:hAnsi="Times New Roman" w:cs="Times New Roman"/>
          <w:sz w:val="28"/>
          <w:szCs w:val="28"/>
        </w:rPr>
        <w:t>funcție</w:t>
      </w:r>
      <w:proofErr w:type="spellEnd"/>
      <w:r w:rsidRPr="00C57AA7">
        <w:rPr>
          <w:rFonts w:ascii="Times New Roman" w:hAnsi="Times New Roman" w:cs="Times New Roman"/>
          <w:sz w:val="28"/>
          <w:szCs w:val="28"/>
        </w:rPr>
        <w:t xml:space="preserve"> de </w:t>
      </w:r>
      <w:proofErr w:type="spellStart"/>
      <w:r w:rsidRPr="00C57AA7">
        <w:rPr>
          <w:rFonts w:ascii="Times New Roman" w:hAnsi="Times New Roman" w:cs="Times New Roman"/>
          <w:sz w:val="28"/>
          <w:szCs w:val="28"/>
        </w:rPr>
        <w:t>specificul</w:t>
      </w:r>
      <w:proofErr w:type="spellEnd"/>
      <w:r w:rsidRPr="00C57AA7">
        <w:rPr>
          <w:rFonts w:ascii="Times New Roman" w:hAnsi="Times New Roman" w:cs="Times New Roman"/>
          <w:sz w:val="28"/>
          <w:szCs w:val="28"/>
        </w:rPr>
        <w:t xml:space="preserve"> </w:t>
      </w:r>
      <w:proofErr w:type="spellStart"/>
      <w:r w:rsidRPr="00C57AA7">
        <w:rPr>
          <w:rFonts w:ascii="Times New Roman" w:hAnsi="Times New Roman" w:cs="Times New Roman"/>
          <w:sz w:val="28"/>
          <w:szCs w:val="28"/>
        </w:rPr>
        <w:t>obiectivului</w:t>
      </w:r>
      <w:proofErr w:type="spellEnd"/>
      <w:r w:rsidRPr="00C57AA7">
        <w:rPr>
          <w:rFonts w:ascii="Times New Roman" w:hAnsi="Times New Roman" w:cs="Times New Roman"/>
          <w:sz w:val="28"/>
          <w:szCs w:val="28"/>
        </w:rPr>
        <w:t xml:space="preserve"> de </w:t>
      </w:r>
      <w:proofErr w:type="spellStart"/>
      <w:r w:rsidRPr="00C57AA7">
        <w:rPr>
          <w:rFonts w:ascii="Times New Roman" w:hAnsi="Times New Roman" w:cs="Times New Roman"/>
          <w:sz w:val="28"/>
          <w:szCs w:val="28"/>
        </w:rPr>
        <w:t>investiții</w:t>
      </w:r>
      <w:proofErr w:type="spellEnd"/>
      <w:r w:rsidRPr="00C57AA7">
        <w:rPr>
          <w:rFonts w:ascii="Times New Roman" w:hAnsi="Times New Roman" w:cs="Times New Roman"/>
          <w:sz w:val="28"/>
          <w:szCs w:val="28"/>
        </w:rPr>
        <w:t xml:space="preserve">, </w:t>
      </w:r>
      <w:proofErr w:type="spellStart"/>
      <w:r w:rsidRPr="00C57AA7">
        <w:rPr>
          <w:rFonts w:ascii="Times New Roman" w:hAnsi="Times New Roman" w:cs="Times New Roman"/>
          <w:sz w:val="28"/>
          <w:szCs w:val="28"/>
        </w:rPr>
        <w:t>inclusiv</w:t>
      </w:r>
      <w:proofErr w:type="spellEnd"/>
      <w:r w:rsidRPr="00C57AA7">
        <w:rPr>
          <w:rFonts w:ascii="Times New Roman" w:hAnsi="Times New Roman" w:cs="Times New Roman"/>
          <w:sz w:val="28"/>
          <w:szCs w:val="28"/>
        </w:rPr>
        <w:t xml:space="preserve"> </w:t>
      </w:r>
      <w:proofErr w:type="spellStart"/>
      <w:r w:rsidRPr="00C57AA7">
        <w:rPr>
          <w:rFonts w:ascii="Times New Roman" w:hAnsi="Times New Roman" w:cs="Times New Roman"/>
          <w:sz w:val="28"/>
          <w:szCs w:val="28"/>
        </w:rPr>
        <w:t>cheltuielile</w:t>
      </w:r>
      <w:proofErr w:type="spellEnd"/>
      <w:r w:rsidRPr="00C57AA7">
        <w:rPr>
          <w:rFonts w:ascii="Times New Roman" w:hAnsi="Times New Roman" w:cs="Times New Roman"/>
          <w:sz w:val="28"/>
          <w:szCs w:val="28"/>
        </w:rPr>
        <w:t xml:space="preserve"> </w:t>
      </w:r>
      <w:proofErr w:type="spellStart"/>
      <w:r w:rsidRPr="00C57AA7">
        <w:rPr>
          <w:rFonts w:ascii="Times New Roman" w:hAnsi="Times New Roman" w:cs="Times New Roman"/>
          <w:sz w:val="28"/>
          <w:szCs w:val="28"/>
        </w:rPr>
        <w:t>necesare</w:t>
      </w:r>
      <w:proofErr w:type="spellEnd"/>
      <w:r w:rsidRPr="00C57AA7">
        <w:rPr>
          <w:rFonts w:ascii="Times New Roman" w:hAnsi="Times New Roman" w:cs="Times New Roman"/>
          <w:sz w:val="28"/>
          <w:szCs w:val="28"/>
        </w:rPr>
        <w:t xml:space="preserve"> </w:t>
      </w:r>
      <w:proofErr w:type="spellStart"/>
      <w:r w:rsidRPr="00C57AA7">
        <w:rPr>
          <w:rFonts w:ascii="Times New Roman" w:hAnsi="Times New Roman" w:cs="Times New Roman"/>
          <w:sz w:val="28"/>
          <w:szCs w:val="28"/>
        </w:rPr>
        <w:t>pentru</w:t>
      </w:r>
      <w:proofErr w:type="spellEnd"/>
      <w:r w:rsidRPr="00C57AA7">
        <w:rPr>
          <w:rFonts w:ascii="Times New Roman" w:hAnsi="Times New Roman" w:cs="Times New Roman"/>
          <w:sz w:val="28"/>
          <w:szCs w:val="28"/>
        </w:rPr>
        <w:t xml:space="preserve"> </w:t>
      </w:r>
      <w:proofErr w:type="spellStart"/>
      <w:r w:rsidRPr="00C57AA7">
        <w:rPr>
          <w:rFonts w:ascii="Times New Roman" w:hAnsi="Times New Roman" w:cs="Times New Roman"/>
          <w:sz w:val="28"/>
          <w:szCs w:val="28"/>
        </w:rPr>
        <w:t>obținerea</w:t>
      </w:r>
      <w:proofErr w:type="spellEnd"/>
      <w:r w:rsidRPr="00C57AA7">
        <w:rPr>
          <w:rFonts w:ascii="Times New Roman" w:hAnsi="Times New Roman" w:cs="Times New Roman"/>
          <w:sz w:val="28"/>
          <w:szCs w:val="28"/>
        </w:rPr>
        <w:t xml:space="preserve"> </w:t>
      </w:r>
      <w:proofErr w:type="spellStart"/>
      <w:r w:rsidRPr="00C57AA7">
        <w:rPr>
          <w:rFonts w:ascii="Times New Roman" w:hAnsi="Times New Roman" w:cs="Times New Roman"/>
          <w:sz w:val="28"/>
          <w:szCs w:val="28"/>
        </w:rPr>
        <w:t>avizelor</w:t>
      </w:r>
      <w:proofErr w:type="spellEnd"/>
      <w:r w:rsidRPr="00C57AA7">
        <w:rPr>
          <w:rFonts w:ascii="Times New Roman" w:hAnsi="Times New Roman" w:cs="Times New Roman"/>
          <w:sz w:val="28"/>
          <w:szCs w:val="28"/>
        </w:rPr>
        <w:t xml:space="preserve">, </w:t>
      </w:r>
      <w:proofErr w:type="spellStart"/>
      <w:r w:rsidRPr="00C57AA7">
        <w:rPr>
          <w:rFonts w:ascii="Times New Roman" w:hAnsi="Times New Roman" w:cs="Times New Roman"/>
          <w:sz w:val="28"/>
          <w:szCs w:val="28"/>
        </w:rPr>
        <w:t>autorizațiilor</w:t>
      </w:r>
      <w:proofErr w:type="spellEnd"/>
      <w:r w:rsidRPr="00C57AA7">
        <w:rPr>
          <w:rFonts w:ascii="Times New Roman" w:hAnsi="Times New Roman" w:cs="Times New Roman"/>
          <w:sz w:val="28"/>
          <w:szCs w:val="28"/>
        </w:rPr>
        <w:t xml:space="preserve"> </w:t>
      </w:r>
      <w:proofErr w:type="spellStart"/>
      <w:r w:rsidRPr="00C57AA7">
        <w:rPr>
          <w:rFonts w:ascii="Times New Roman" w:hAnsi="Times New Roman" w:cs="Times New Roman"/>
          <w:sz w:val="28"/>
          <w:szCs w:val="28"/>
        </w:rPr>
        <w:t>și</w:t>
      </w:r>
      <w:proofErr w:type="spellEnd"/>
      <w:r w:rsidRPr="00C57AA7">
        <w:rPr>
          <w:rFonts w:ascii="Times New Roman" w:hAnsi="Times New Roman" w:cs="Times New Roman"/>
          <w:sz w:val="28"/>
          <w:szCs w:val="28"/>
        </w:rPr>
        <w:t xml:space="preserve"> </w:t>
      </w:r>
      <w:proofErr w:type="spellStart"/>
      <w:r w:rsidRPr="00C57AA7">
        <w:rPr>
          <w:rFonts w:ascii="Times New Roman" w:hAnsi="Times New Roman" w:cs="Times New Roman"/>
          <w:sz w:val="28"/>
          <w:szCs w:val="28"/>
        </w:rPr>
        <w:t>acordurilor</w:t>
      </w:r>
      <w:proofErr w:type="spellEnd"/>
      <w:r w:rsidRPr="00C57AA7">
        <w:rPr>
          <w:rFonts w:ascii="Times New Roman" w:hAnsi="Times New Roman" w:cs="Times New Roman"/>
          <w:sz w:val="28"/>
          <w:szCs w:val="28"/>
        </w:rPr>
        <w:t xml:space="preserve"> </w:t>
      </w:r>
      <w:proofErr w:type="spellStart"/>
      <w:r w:rsidRPr="00C57AA7">
        <w:rPr>
          <w:rFonts w:ascii="Times New Roman" w:hAnsi="Times New Roman" w:cs="Times New Roman"/>
          <w:sz w:val="28"/>
          <w:szCs w:val="28"/>
        </w:rPr>
        <w:t>prevăzute</w:t>
      </w:r>
      <w:proofErr w:type="spellEnd"/>
      <w:r w:rsidRPr="00C57AA7">
        <w:rPr>
          <w:rFonts w:ascii="Times New Roman" w:hAnsi="Times New Roman" w:cs="Times New Roman"/>
          <w:sz w:val="28"/>
          <w:szCs w:val="28"/>
        </w:rPr>
        <w:t xml:space="preserve"> de </w:t>
      </w:r>
      <w:proofErr w:type="spellStart"/>
      <w:r w:rsidRPr="00C57AA7">
        <w:rPr>
          <w:rFonts w:ascii="Times New Roman" w:hAnsi="Times New Roman" w:cs="Times New Roman"/>
          <w:sz w:val="28"/>
          <w:szCs w:val="28"/>
        </w:rPr>
        <w:t>lege</w:t>
      </w:r>
      <w:proofErr w:type="spellEnd"/>
    </w:p>
    <w:p w14:paraId="58A22BFB" w14:textId="77777777" w:rsidR="00A57563" w:rsidRPr="00C57AA7" w:rsidRDefault="00E8585D">
      <w:pPr>
        <w:rPr>
          <w:rFonts w:cs="Times New Roman"/>
          <w:sz w:val="28"/>
          <w:szCs w:val="28"/>
        </w:rPr>
      </w:pPr>
      <w:proofErr w:type="spellStart"/>
      <w:r w:rsidRPr="00C57AA7">
        <w:rPr>
          <w:rFonts w:eastAsia="Times New Roman" w:cs="Times New Roman"/>
          <w:sz w:val="28"/>
          <w:szCs w:val="28"/>
        </w:rPr>
        <w:t>Cheltuielile</w:t>
      </w:r>
      <w:proofErr w:type="spellEnd"/>
      <w:r w:rsidRPr="00C57AA7">
        <w:rPr>
          <w:rFonts w:eastAsia="Times New Roman" w:cs="Times New Roman"/>
          <w:sz w:val="28"/>
          <w:szCs w:val="28"/>
        </w:rPr>
        <w:t xml:space="preserve"> </w:t>
      </w:r>
      <w:proofErr w:type="spellStart"/>
      <w:r w:rsidRPr="00C57AA7">
        <w:rPr>
          <w:rFonts w:eastAsia="Times New Roman" w:cs="Times New Roman"/>
          <w:sz w:val="28"/>
          <w:szCs w:val="28"/>
        </w:rPr>
        <w:t>pentru</w:t>
      </w:r>
      <w:proofErr w:type="spellEnd"/>
      <w:r w:rsidRPr="00C57AA7">
        <w:rPr>
          <w:rFonts w:eastAsia="Times New Roman" w:cs="Times New Roman"/>
          <w:sz w:val="28"/>
          <w:szCs w:val="28"/>
        </w:rPr>
        <w:t xml:space="preserve"> </w:t>
      </w:r>
      <w:proofErr w:type="spellStart"/>
      <w:r w:rsidRPr="00C57AA7">
        <w:rPr>
          <w:rFonts w:eastAsia="Times New Roman" w:cs="Times New Roman"/>
          <w:sz w:val="28"/>
          <w:szCs w:val="28"/>
        </w:rPr>
        <w:t>ridicarea</w:t>
      </w:r>
      <w:proofErr w:type="spellEnd"/>
      <w:r w:rsidRPr="00C57AA7">
        <w:rPr>
          <w:rFonts w:eastAsia="Times New Roman" w:cs="Times New Roman"/>
          <w:sz w:val="28"/>
          <w:szCs w:val="28"/>
        </w:rPr>
        <w:t xml:space="preserve"> </w:t>
      </w:r>
      <w:proofErr w:type="spellStart"/>
      <w:r w:rsidRPr="00C57AA7">
        <w:rPr>
          <w:rFonts w:eastAsia="Times New Roman" w:cs="Times New Roman"/>
          <w:sz w:val="28"/>
          <w:szCs w:val="28"/>
        </w:rPr>
        <w:t>topografică</w:t>
      </w:r>
      <w:proofErr w:type="spellEnd"/>
      <w:r w:rsidRPr="00C57AA7">
        <w:rPr>
          <w:rFonts w:eastAsia="Times New Roman" w:cs="Times New Roman"/>
          <w:sz w:val="28"/>
          <w:szCs w:val="28"/>
        </w:rPr>
        <w:t xml:space="preserve">, </w:t>
      </w:r>
      <w:proofErr w:type="spellStart"/>
      <w:r w:rsidRPr="00C57AA7">
        <w:rPr>
          <w:rFonts w:eastAsia="Times New Roman" w:cs="Times New Roman"/>
          <w:sz w:val="28"/>
          <w:szCs w:val="28"/>
        </w:rPr>
        <w:t>studiul</w:t>
      </w:r>
      <w:proofErr w:type="spellEnd"/>
      <w:r w:rsidRPr="00C57AA7">
        <w:rPr>
          <w:rFonts w:eastAsia="Times New Roman" w:cs="Times New Roman"/>
          <w:sz w:val="28"/>
          <w:szCs w:val="28"/>
        </w:rPr>
        <w:t xml:space="preserve"> </w:t>
      </w:r>
      <w:proofErr w:type="spellStart"/>
      <w:r w:rsidRPr="00C57AA7">
        <w:rPr>
          <w:rFonts w:eastAsia="Times New Roman" w:cs="Times New Roman"/>
          <w:sz w:val="28"/>
          <w:szCs w:val="28"/>
        </w:rPr>
        <w:t>hidrogeologic</w:t>
      </w:r>
      <w:proofErr w:type="spellEnd"/>
      <w:r w:rsidRPr="00C57AA7">
        <w:rPr>
          <w:rFonts w:eastAsia="Times New Roman" w:cs="Times New Roman"/>
          <w:sz w:val="28"/>
          <w:szCs w:val="28"/>
        </w:rPr>
        <w:t xml:space="preserve">, </w:t>
      </w:r>
      <w:proofErr w:type="spellStart"/>
      <w:r w:rsidRPr="00C57AA7">
        <w:rPr>
          <w:rFonts w:eastAsia="Times New Roman" w:cs="Times New Roman"/>
          <w:sz w:val="28"/>
          <w:szCs w:val="28"/>
        </w:rPr>
        <w:t>documentația</w:t>
      </w:r>
      <w:proofErr w:type="spellEnd"/>
      <w:r w:rsidRPr="00C57AA7">
        <w:rPr>
          <w:rFonts w:eastAsia="Times New Roman" w:cs="Times New Roman"/>
          <w:sz w:val="28"/>
          <w:szCs w:val="28"/>
        </w:rPr>
        <w:t xml:space="preserve"> de </w:t>
      </w:r>
      <w:proofErr w:type="spellStart"/>
      <w:r w:rsidRPr="00C57AA7">
        <w:rPr>
          <w:rFonts w:eastAsia="Times New Roman" w:cs="Times New Roman"/>
          <w:sz w:val="28"/>
          <w:szCs w:val="28"/>
        </w:rPr>
        <w:t>gospodărire</w:t>
      </w:r>
      <w:proofErr w:type="spellEnd"/>
      <w:r w:rsidRPr="00C57AA7">
        <w:rPr>
          <w:rFonts w:eastAsia="Times New Roman" w:cs="Times New Roman"/>
          <w:sz w:val="28"/>
          <w:szCs w:val="28"/>
        </w:rPr>
        <w:t xml:space="preserve"> </w:t>
      </w:r>
      <w:proofErr w:type="gramStart"/>
      <w:r w:rsidRPr="00C57AA7">
        <w:rPr>
          <w:rFonts w:eastAsia="Times New Roman" w:cs="Times New Roman"/>
          <w:sz w:val="28"/>
          <w:szCs w:val="28"/>
        </w:rPr>
        <w:t>a</w:t>
      </w:r>
      <w:proofErr w:type="gramEnd"/>
      <w:r w:rsidRPr="00C57AA7">
        <w:rPr>
          <w:rFonts w:eastAsia="Times New Roman" w:cs="Times New Roman"/>
          <w:sz w:val="28"/>
          <w:szCs w:val="28"/>
        </w:rPr>
        <w:t xml:space="preserve"> </w:t>
      </w:r>
      <w:proofErr w:type="spellStart"/>
      <w:r w:rsidRPr="00C57AA7">
        <w:rPr>
          <w:rFonts w:eastAsia="Times New Roman" w:cs="Times New Roman"/>
          <w:sz w:val="28"/>
          <w:szCs w:val="28"/>
        </w:rPr>
        <w:t>apelor</w:t>
      </w:r>
      <w:proofErr w:type="spellEnd"/>
      <w:r w:rsidRPr="00C57AA7">
        <w:rPr>
          <w:rFonts w:eastAsia="Times New Roman" w:cs="Times New Roman"/>
          <w:sz w:val="28"/>
          <w:szCs w:val="28"/>
        </w:rPr>
        <w:t xml:space="preserve">, </w:t>
      </w:r>
      <w:proofErr w:type="spellStart"/>
      <w:r w:rsidRPr="00C57AA7">
        <w:rPr>
          <w:rFonts w:eastAsia="Times New Roman" w:cs="Times New Roman"/>
          <w:sz w:val="28"/>
          <w:szCs w:val="28"/>
        </w:rPr>
        <w:t>procedura</w:t>
      </w:r>
      <w:proofErr w:type="spellEnd"/>
      <w:r w:rsidRPr="00C57AA7">
        <w:rPr>
          <w:rFonts w:eastAsia="Times New Roman" w:cs="Times New Roman"/>
          <w:sz w:val="28"/>
          <w:szCs w:val="28"/>
        </w:rPr>
        <w:t xml:space="preserve"> de </w:t>
      </w:r>
      <w:proofErr w:type="spellStart"/>
      <w:r w:rsidRPr="00C57AA7">
        <w:rPr>
          <w:rFonts w:eastAsia="Times New Roman" w:cs="Times New Roman"/>
          <w:sz w:val="28"/>
          <w:szCs w:val="28"/>
        </w:rPr>
        <w:t>mediu</w:t>
      </w:r>
      <w:proofErr w:type="spellEnd"/>
      <w:r w:rsidRPr="00C57AA7">
        <w:rPr>
          <w:rFonts w:eastAsia="Times New Roman" w:cs="Times New Roman"/>
          <w:sz w:val="28"/>
          <w:szCs w:val="28"/>
        </w:rPr>
        <w:t xml:space="preserve">, </w:t>
      </w:r>
      <w:proofErr w:type="spellStart"/>
      <w:r w:rsidRPr="00C57AA7">
        <w:rPr>
          <w:rFonts w:eastAsia="Times New Roman" w:cs="Times New Roman"/>
          <w:sz w:val="28"/>
          <w:szCs w:val="28"/>
        </w:rPr>
        <w:t>certificatul</w:t>
      </w:r>
      <w:proofErr w:type="spellEnd"/>
      <w:r w:rsidRPr="00C57AA7">
        <w:rPr>
          <w:rFonts w:eastAsia="Times New Roman" w:cs="Times New Roman"/>
          <w:sz w:val="28"/>
          <w:szCs w:val="28"/>
        </w:rPr>
        <w:t xml:space="preserve"> de urbanism nou, </w:t>
      </w:r>
      <w:proofErr w:type="spellStart"/>
      <w:r w:rsidRPr="00C57AA7">
        <w:rPr>
          <w:rFonts w:eastAsia="Times New Roman" w:cs="Times New Roman"/>
          <w:sz w:val="28"/>
          <w:szCs w:val="28"/>
        </w:rPr>
        <w:t>avizele</w:t>
      </w:r>
      <w:proofErr w:type="spellEnd"/>
      <w:r w:rsidRPr="00C57AA7">
        <w:rPr>
          <w:rFonts w:eastAsia="Times New Roman" w:cs="Times New Roman"/>
          <w:sz w:val="28"/>
          <w:szCs w:val="28"/>
        </w:rPr>
        <w:t xml:space="preserve">, SF, </w:t>
      </w:r>
      <w:proofErr w:type="spellStart"/>
      <w:r w:rsidRPr="00C57AA7">
        <w:rPr>
          <w:rFonts w:eastAsia="Times New Roman" w:cs="Times New Roman"/>
          <w:sz w:val="28"/>
          <w:szCs w:val="28"/>
        </w:rPr>
        <w:t>proiectarea</w:t>
      </w:r>
      <w:proofErr w:type="spellEnd"/>
      <w:r w:rsidRPr="00C57AA7">
        <w:rPr>
          <w:rFonts w:eastAsia="Times New Roman" w:cs="Times New Roman"/>
          <w:sz w:val="28"/>
          <w:szCs w:val="28"/>
        </w:rPr>
        <w:t xml:space="preserve"> </w:t>
      </w:r>
      <w:proofErr w:type="spellStart"/>
      <w:r w:rsidRPr="00C57AA7">
        <w:rPr>
          <w:rFonts w:eastAsia="Times New Roman" w:cs="Times New Roman"/>
          <w:sz w:val="28"/>
          <w:szCs w:val="28"/>
        </w:rPr>
        <w:t>ulterioară</w:t>
      </w:r>
      <w:proofErr w:type="spellEnd"/>
      <w:r w:rsidRPr="00C57AA7">
        <w:rPr>
          <w:rFonts w:eastAsia="Times New Roman" w:cs="Times New Roman"/>
          <w:sz w:val="28"/>
          <w:szCs w:val="28"/>
        </w:rPr>
        <w:t xml:space="preserve">, </w:t>
      </w:r>
      <w:proofErr w:type="spellStart"/>
      <w:r w:rsidRPr="00C57AA7">
        <w:rPr>
          <w:rFonts w:eastAsia="Times New Roman" w:cs="Times New Roman"/>
          <w:sz w:val="28"/>
          <w:szCs w:val="28"/>
        </w:rPr>
        <w:t>verificarea</w:t>
      </w:r>
      <w:proofErr w:type="spellEnd"/>
      <w:r w:rsidRPr="00C57AA7">
        <w:rPr>
          <w:rFonts w:eastAsia="Times New Roman" w:cs="Times New Roman"/>
          <w:sz w:val="28"/>
          <w:szCs w:val="28"/>
        </w:rPr>
        <w:t xml:space="preserve"> </w:t>
      </w:r>
      <w:proofErr w:type="spellStart"/>
      <w:r w:rsidRPr="00C57AA7">
        <w:rPr>
          <w:rFonts w:eastAsia="Times New Roman" w:cs="Times New Roman"/>
          <w:sz w:val="28"/>
          <w:szCs w:val="28"/>
        </w:rPr>
        <w:t>și</w:t>
      </w:r>
      <w:proofErr w:type="spellEnd"/>
      <w:r w:rsidRPr="00C57AA7">
        <w:rPr>
          <w:rFonts w:eastAsia="Times New Roman" w:cs="Times New Roman"/>
          <w:sz w:val="28"/>
          <w:szCs w:val="28"/>
        </w:rPr>
        <w:t xml:space="preserve"> </w:t>
      </w:r>
      <w:proofErr w:type="spellStart"/>
      <w:r w:rsidRPr="00C57AA7">
        <w:rPr>
          <w:rFonts w:eastAsia="Times New Roman" w:cs="Times New Roman"/>
          <w:sz w:val="28"/>
          <w:szCs w:val="28"/>
        </w:rPr>
        <w:t>asistența</w:t>
      </w:r>
      <w:proofErr w:type="spellEnd"/>
      <w:r w:rsidRPr="00C57AA7">
        <w:rPr>
          <w:rFonts w:eastAsia="Times New Roman" w:cs="Times New Roman"/>
          <w:sz w:val="28"/>
          <w:szCs w:val="28"/>
        </w:rPr>
        <w:t xml:space="preserve"> </w:t>
      </w:r>
      <w:proofErr w:type="spellStart"/>
      <w:r w:rsidRPr="00C57AA7">
        <w:rPr>
          <w:rFonts w:eastAsia="Times New Roman" w:cs="Times New Roman"/>
          <w:sz w:val="28"/>
          <w:szCs w:val="28"/>
        </w:rPr>
        <w:t>tehnică</w:t>
      </w:r>
      <w:proofErr w:type="spellEnd"/>
      <w:r w:rsidRPr="00C57AA7">
        <w:rPr>
          <w:rFonts w:eastAsia="Times New Roman" w:cs="Times New Roman"/>
          <w:sz w:val="28"/>
          <w:szCs w:val="28"/>
        </w:rPr>
        <w:t xml:space="preserve"> se </w:t>
      </w:r>
      <w:proofErr w:type="spellStart"/>
      <w:r w:rsidRPr="00C57AA7">
        <w:rPr>
          <w:rFonts w:eastAsia="Times New Roman" w:cs="Times New Roman"/>
          <w:sz w:val="28"/>
          <w:szCs w:val="28"/>
        </w:rPr>
        <w:t>includ</w:t>
      </w:r>
      <w:proofErr w:type="spellEnd"/>
      <w:r w:rsidRPr="00C57AA7">
        <w:rPr>
          <w:rFonts w:eastAsia="Times New Roman" w:cs="Times New Roman"/>
          <w:sz w:val="28"/>
          <w:szCs w:val="28"/>
        </w:rPr>
        <w:t xml:space="preserve"> </w:t>
      </w:r>
      <w:proofErr w:type="spellStart"/>
      <w:r w:rsidRPr="00C57AA7">
        <w:rPr>
          <w:rFonts w:eastAsia="Times New Roman" w:cs="Times New Roman"/>
          <w:sz w:val="28"/>
          <w:szCs w:val="28"/>
        </w:rPr>
        <w:t>în</w:t>
      </w:r>
      <w:proofErr w:type="spellEnd"/>
      <w:r w:rsidRPr="00C57AA7">
        <w:rPr>
          <w:rFonts w:eastAsia="Times New Roman" w:cs="Times New Roman"/>
          <w:sz w:val="28"/>
          <w:szCs w:val="28"/>
        </w:rPr>
        <w:t xml:space="preserve"> </w:t>
      </w:r>
      <w:proofErr w:type="spellStart"/>
      <w:r w:rsidRPr="00C57AA7">
        <w:rPr>
          <w:rFonts w:eastAsia="Times New Roman" w:cs="Times New Roman"/>
          <w:sz w:val="28"/>
          <w:szCs w:val="28"/>
        </w:rPr>
        <w:t>plafon</w:t>
      </w:r>
      <w:proofErr w:type="spellEnd"/>
      <w:r w:rsidRPr="00C57AA7">
        <w:rPr>
          <w:rFonts w:eastAsia="Times New Roman" w:cs="Times New Roman"/>
          <w:sz w:val="28"/>
          <w:szCs w:val="28"/>
        </w:rPr>
        <w:t xml:space="preserve">. </w:t>
      </w:r>
      <w:proofErr w:type="spellStart"/>
      <w:r w:rsidRPr="00C57AA7">
        <w:rPr>
          <w:rFonts w:eastAsia="Times New Roman" w:cs="Times New Roman"/>
          <w:sz w:val="28"/>
          <w:szCs w:val="28"/>
        </w:rPr>
        <w:t>Valoarea</w:t>
      </w:r>
      <w:proofErr w:type="spellEnd"/>
      <w:r w:rsidRPr="00C57AA7">
        <w:rPr>
          <w:rFonts w:eastAsia="Times New Roman" w:cs="Times New Roman"/>
          <w:sz w:val="28"/>
          <w:szCs w:val="28"/>
        </w:rPr>
        <w:t xml:space="preserve"> </w:t>
      </w:r>
      <w:proofErr w:type="spellStart"/>
      <w:r w:rsidRPr="00C57AA7">
        <w:rPr>
          <w:rFonts w:eastAsia="Times New Roman" w:cs="Times New Roman"/>
          <w:sz w:val="28"/>
          <w:szCs w:val="28"/>
        </w:rPr>
        <w:t>serviciilor</w:t>
      </w:r>
      <w:proofErr w:type="spellEnd"/>
      <w:r w:rsidRPr="00C57AA7">
        <w:rPr>
          <w:rFonts w:eastAsia="Times New Roman" w:cs="Times New Roman"/>
          <w:sz w:val="28"/>
          <w:szCs w:val="28"/>
        </w:rPr>
        <w:t xml:space="preserve"> se </w:t>
      </w:r>
      <w:proofErr w:type="spellStart"/>
      <w:r w:rsidRPr="00C57AA7">
        <w:rPr>
          <w:rFonts w:eastAsia="Times New Roman" w:cs="Times New Roman"/>
          <w:sz w:val="28"/>
          <w:szCs w:val="28"/>
        </w:rPr>
        <w:t>va</w:t>
      </w:r>
      <w:proofErr w:type="spellEnd"/>
      <w:r w:rsidRPr="00C57AA7">
        <w:rPr>
          <w:rFonts w:eastAsia="Times New Roman" w:cs="Times New Roman"/>
          <w:sz w:val="28"/>
          <w:szCs w:val="28"/>
        </w:rPr>
        <w:t xml:space="preserve"> </w:t>
      </w:r>
      <w:proofErr w:type="spellStart"/>
      <w:r w:rsidRPr="00C57AA7">
        <w:rPr>
          <w:rFonts w:eastAsia="Times New Roman" w:cs="Times New Roman"/>
          <w:sz w:val="28"/>
          <w:szCs w:val="28"/>
        </w:rPr>
        <w:t>stabili</w:t>
      </w:r>
      <w:proofErr w:type="spellEnd"/>
      <w:r w:rsidRPr="00C57AA7">
        <w:rPr>
          <w:rFonts w:eastAsia="Times New Roman" w:cs="Times New Roman"/>
          <w:sz w:val="28"/>
          <w:szCs w:val="28"/>
        </w:rPr>
        <w:t xml:space="preserve"> </w:t>
      </w:r>
      <w:proofErr w:type="spellStart"/>
      <w:r w:rsidRPr="00C57AA7">
        <w:rPr>
          <w:rFonts w:eastAsia="Times New Roman" w:cs="Times New Roman"/>
          <w:sz w:val="28"/>
          <w:szCs w:val="28"/>
        </w:rPr>
        <w:t>prin</w:t>
      </w:r>
      <w:proofErr w:type="spellEnd"/>
      <w:r w:rsidRPr="00C57AA7">
        <w:rPr>
          <w:rFonts w:eastAsia="Times New Roman" w:cs="Times New Roman"/>
          <w:sz w:val="28"/>
          <w:szCs w:val="28"/>
        </w:rPr>
        <w:t xml:space="preserve"> </w:t>
      </w:r>
      <w:proofErr w:type="spellStart"/>
      <w:r w:rsidRPr="00C57AA7">
        <w:rPr>
          <w:rFonts w:eastAsia="Times New Roman" w:cs="Times New Roman"/>
          <w:sz w:val="28"/>
          <w:szCs w:val="28"/>
        </w:rPr>
        <w:t>estimare</w:t>
      </w:r>
      <w:proofErr w:type="spellEnd"/>
      <w:r w:rsidRPr="00C57AA7">
        <w:rPr>
          <w:rFonts w:eastAsia="Times New Roman" w:cs="Times New Roman"/>
          <w:sz w:val="28"/>
          <w:szCs w:val="28"/>
        </w:rPr>
        <w:t xml:space="preserve"> </w:t>
      </w:r>
      <w:proofErr w:type="spellStart"/>
      <w:r w:rsidRPr="00C57AA7">
        <w:rPr>
          <w:rFonts w:eastAsia="Times New Roman" w:cs="Times New Roman"/>
          <w:sz w:val="28"/>
          <w:szCs w:val="28"/>
        </w:rPr>
        <w:t>fundamentată</w:t>
      </w:r>
      <w:proofErr w:type="spellEnd"/>
      <w:r w:rsidRPr="00C57AA7">
        <w:rPr>
          <w:rFonts w:eastAsia="Times New Roman" w:cs="Times New Roman"/>
          <w:sz w:val="28"/>
          <w:szCs w:val="28"/>
        </w:rPr>
        <w:t xml:space="preserve"> </w:t>
      </w:r>
      <w:proofErr w:type="spellStart"/>
      <w:r w:rsidRPr="00C57AA7">
        <w:rPr>
          <w:rFonts w:eastAsia="Times New Roman" w:cs="Times New Roman"/>
          <w:sz w:val="28"/>
          <w:szCs w:val="28"/>
        </w:rPr>
        <w:t>și</w:t>
      </w:r>
      <w:proofErr w:type="spellEnd"/>
      <w:r w:rsidRPr="00C57AA7">
        <w:rPr>
          <w:rFonts w:eastAsia="Times New Roman" w:cs="Times New Roman"/>
          <w:sz w:val="28"/>
          <w:szCs w:val="28"/>
        </w:rPr>
        <w:t xml:space="preserve"> </w:t>
      </w:r>
      <w:proofErr w:type="spellStart"/>
      <w:r w:rsidRPr="00C57AA7">
        <w:rPr>
          <w:rFonts w:eastAsia="Times New Roman" w:cs="Times New Roman"/>
          <w:sz w:val="28"/>
          <w:szCs w:val="28"/>
        </w:rPr>
        <w:t>cercetarea</w:t>
      </w:r>
      <w:proofErr w:type="spellEnd"/>
      <w:r w:rsidRPr="00C57AA7">
        <w:rPr>
          <w:rFonts w:eastAsia="Times New Roman" w:cs="Times New Roman"/>
          <w:sz w:val="28"/>
          <w:szCs w:val="28"/>
        </w:rPr>
        <w:t xml:space="preserve"> </w:t>
      </w:r>
      <w:proofErr w:type="spellStart"/>
      <w:r w:rsidRPr="00C57AA7">
        <w:rPr>
          <w:rFonts w:eastAsia="Times New Roman" w:cs="Times New Roman"/>
          <w:sz w:val="28"/>
          <w:szCs w:val="28"/>
        </w:rPr>
        <w:t>pieței</w:t>
      </w:r>
      <w:proofErr w:type="spellEnd"/>
      <w:r w:rsidRPr="00C57AA7">
        <w:rPr>
          <w:rFonts w:eastAsia="Times New Roman" w:cs="Times New Roman"/>
          <w:sz w:val="28"/>
          <w:szCs w:val="28"/>
        </w:rPr>
        <w:t xml:space="preserve">, </w:t>
      </w:r>
      <w:proofErr w:type="spellStart"/>
      <w:r w:rsidRPr="00C57AA7">
        <w:rPr>
          <w:rFonts w:eastAsia="Times New Roman" w:cs="Times New Roman"/>
          <w:sz w:val="28"/>
          <w:szCs w:val="28"/>
        </w:rPr>
        <w:t>fără</w:t>
      </w:r>
      <w:proofErr w:type="spellEnd"/>
      <w:r w:rsidRPr="00C57AA7">
        <w:rPr>
          <w:rFonts w:eastAsia="Times New Roman" w:cs="Times New Roman"/>
          <w:sz w:val="28"/>
          <w:szCs w:val="28"/>
        </w:rPr>
        <w:t xml:space="preserve"> </w:t>
      </w:r>
      <w:proofErr w:type="spellStart"/>
      <w:r w:rsidRPr="00C57AA7">
        <w:rPr>
          <w:rFonts w:eastAsia="Times New Roman" w:cs="Times New Roman"/>
          <w:sz w:val="28"/>
          <w:szCs w:val="28"/>
        </w:rPr>
        <w:t>omiterea</w:t>
      </w:r>
      <w:proofErr w:type="spellEnd"/>
      <w:r w:rsidRPr="00C57AA7">
        <w:rPr>
          <w:rFonts w:eastAsia="Times New Roman" w:cs="Times New Roman"/>
          <w:sz w:val="28"/>
          <w:szCs w:val="28"/>
        </w:rPr>
        <w:t xml:space="preserve"> </w:t>
      </w:r>
      <w:proofErr w:type="spellStart"/>
      <w:r w:rsidRPr="00C57AA7">
        <w:rPr>
          <w:rFonts w:eastAsia="Times New Roman" w:cs="Times New Roman"/>
          <w:sz w:val="28"/>
          <w:szCs w:val="28"/>
        </w:rPr>
        <w:t>activităților</w:t>
      </w:r>
      <w:proofErr w:type="spellEnd"/>
      <w:r w:rsidRPr="00C57AA7">
        <w:rPr>
          <w:rFonts w:eastAsia="Times New Roman" w:cs="Times New Roman"/>
          <w:sz w:val="28"/>
          <w:szCs w:val="28"/>
        </w:rPr>
        <w:t xml:space="preserve"> </w:t>
      </w:r>
      <w:proofErr w:type="spellStart"/>
      <w:r w:rsidRPr="00C57AA7">
        <w:rPr>
          <w:rFonts w:eastAsia="Times New Roman" w:cs="Times New Roman"/>
          <w:sz w:val="28"/>
          <w:szCs w:val="28"/>
        </w:rPr>
        <w:t>obligatorii</w:t>
      </w:r>
      <w:proofErr w:type="spellEnd"/>
      <w:r w:rsidRPr="00C57AA7">
        <w:rPr>
          <w:rFonts w:eastAsia="Times New Roman" w:cs="Times New Roman"/>
          <w:sz w:val="28"/>
          <w:szCs w:val="28"/>
        </w:rPr>
        <w:t>.</w:t>
      </w:r>
    </w:p>
    <w:p w14:paraId="607E1CEA" w14:textId="77777777" w:rsidR="00A57563" w:rsidRPr="00C57AA7" w:rsidRDefault="00E8585D">
      <w:pPr>
        <w:pStyle w:val="Titlu2"/>
        <w:rPr>
          <w:rFonts w:ascii="Times New Roman" w:hAnsi="Times New Roman" w:cs="Times New Roman"/>
          <w:sz w:val="28"/>
          <w:szCs w:val="28"/>
        </w:rPr>
      </w:pPr>
      <w:r w:rsidRPr="00C57AA7">
        <w:rPr>
          <w:rFonts w:ascii="Times New Roman" w:hAnsi="Times New Roman" w:cs="Times New Roman"/>
          <w:sz w:val="28"/>
          <w:szCs w:val="28"/>
        </w:rPr>
        <w:lastRenderedPageBreak/>
        <w:t xml:space="preserve">3.3. </w:t>
      </w:r>
      <w:proofErr w:type="spellStart"/>
      <w:r w:rsidRPr="00C57AA7">
        <w:rPr>
          <w:rFonts w:ascii="Times New Roman" w:hAnsi="Times New Roman" w:cs="Times New Roman"/>
          <w:sz w:val="28"/>
          <w:szCs w:val="28"/>
        </w:rPr>
        <w:t>Surse</w:t>
      </w:r>
      <w:proofErr w:type="spellEnd"/>
      <w:r w:rsidRPr="00C57AA7">
        <w:rPr>
          <w:rFonts w:ascii="Times New Roman" w:hAnsi="Times New Roman" w:cs="Times New Roman"/>
          <w:sz w:val="28"/>
          <w:szCs w:val="28"/>
        </w:rPr>
        <w:t xml:space="preserve"> </w:t>
      </w:r>
      <w:proofErr w:type="spellStart"/>
      <w:r w:rsidRPr="00C57AA7">
        <w:rPr>
          <w:rFonts w:ascii="Times New Roman" w:hAnsi="Times New Roman" w:cs="Times New Roman"/>
          <w:sz w:val="28"/>
          <w:szCs w:val="28"/>
        </w:rPr>
        <w:t>identificate</w:t>
      </w:r>
      <w:proofErr w:type="spellEnd"/>
      <w:r w:rsidRPr="00C57AA7">
        <w:rPr>
          <w:rFonts w:ascii="Times New Roman" w:hAnsi="Times New Roman" w:cs="Times New Roman"/>
          <w:sz w:val="28"/>
          <w:szCs w:val="28"/>
        </w:rPr>
        <w:t xml:space="preserve"> </w:t>
      </w:r>
      <w:proofErr w:type="spellStart"/>
      <w:r w:rsidRPr="00C57AA7">
        <w:rPr>
          <w:rFonts w:ascii="Times New Roman" w:hAnsi="Times New Roman" w:cs="Times New Roman"/>
          <w:sz w:val="28"/>
          <w:szCs w:val="28"/>
        </w:rPr>
        <w:t>pentru</w:t>
      </w:r>
      <w:proofErr w:type="spellEnd"/>
      <w:r w:rsidRPr="00C57AA7">
        <w:rPr>
          <w:rFonts w:ascii="Times New Roman" w:hAnsi="Times New Roman" w:cs="Times New Roman"/>
          <w:sz w:val="28"/>
          <w:szCs w:val="28"/>
        </w:rPr>
        <w:t xml:space="preserve"> </w:t>
      </w:r>
      <w:proofErr w:type="spellStart"/>
      <w:r w:rsidRPr="00C57AA7">
        <w:rPr>
          <w:rFonts w:ascii="Times New Roman" w:hAnsi="Times New Roman" w:cs="Times New Roman"/>
          <w:sz w:val="28"/>
          <w:szCs w:val="28"/>
        </w:rPr>
        <w:t>finanțarea</w:t>
      </w:r>
      <w:proofErr w:type="spellEnd"/>
      <w:r w:rsidRPr="00C57AA7">
        <w:rPr>
          <w:rFonts w:ascii="Times New Roman" w:hAnsi="Times New Roman" w:cs="Times New Roman"/>
          <w:sz w:val="28"/>
          <w:szCs w:val="28"/>
        </w:rPr>
        <w:t xml:space="preserve"> </w:t>
      </w:r>
      <w:proofErr w:type="spellStart"/>
      <w:r w:rsidRPr="00C57AA7">
        <w:rPr>
          <w:rFonts w:ascii="Times New Roman" w:hAnsi="Times New Roman" w:cs="Times New Roman"/>
          <w:sz w:val="28"/>
          <w:szCs w:val="28"/>
        </w:rPr>
        <w:t>cheltuielilor</w:t>
      </w:r>
      <w:proofErr w:type="spellEnd"/>
      <w:r w:rsidRPr="00C57AA7">
        <w:rPr>
          <w:rFonts w:ascii="Times New Roman" w:hAnsi="Times New Roman" w:cs="Times New Roman"/>
          <w:sz w:val="28"/>
          <w:szCs w:val="28"/>
        </w:rPr>
        <w:t xml:space="preserve"> estimate (</w:t>
      </w:r>
      <w:proofErr w:type="spellStart"/>
      <w:r w:rsidRPr="00C57AA7">
        <w:rPr>
          <w:rFonts w:ascii="Times New Roman" w:hAnsi="Times New Roman" w:cs="Times New Roman"/>
          <w:sz w:val="28"/>
          <w:szCs w:val="28"/>
        </w:rPr>
        <w:t>în</w:t>
      </w:r>
      <w:proofErr w:type="spellEnd"/>
      <w:r w:rsidRPr="00C57AA7">
        <w:rPr>
          <w:rFonts w:ascii="Times New Roman" w:hAnsi="Times New Roman" w:cs="Times New Roman"/>
          <w:sz w:val="28"/>
          <w:szCs w:val="28"/>
        </w:rPr>
        <w:t xml:space="preserve"> </w:t>
      </w:r>
      <w:proofErr w:type="spellStart"/>
      <w:r w:rsidRPr="00C57AA7">
        <w:rPr>
          <w:rFonts w:ascii="Times New Roman" w:hAnsi="Times New Roman" w:cs="Times New Roman"/>
          <w:sz w:val="28"/>
          <w:szCs w:val="28"/>
        </w:rPr>
        <w:t>cazul</w:t>
      </w:r>
      <w:proofErr w:type="spellEnd"/>
      <w:r w:rsidRPr="00C57AA7">
        <w:rPr>
          <w:rFonts w:ascii="Times New Roman" w:hAnsi="Times New Roman" w:cs="Times New Roman"/>
          <w:sz w:val="28"/>
          <w:szCs w:val="28"/>
        </w:rPr>
        <w:t xml:space="preserve"> </w:t>
      </w:r>
      <w:proofErr w:type="spellStart"/>
      <w:r w:rsidRPr="00C57AA7">
        <w:rPr>
          <w:rFonts w:ascii="Times New Roman" w:hAnsi="Times New Roman" w:cs="Times New Roman"/>
          <w:sz w:val="28"/>
          <w:szCs w:val="28"/>
        </w:rPr>
        <w:t>finanțării</w:t>
      </w:r>
      <w:proofErr w:type="spellEnd"/>
      <w:r w:rsidRPr="00C57AA7">
        <w:rPr>
          <w:rFonts w:ascii="Times New Roman" w:hAnsi="Times New Roman" w:cs="Times New Roman"/>
          <w:sz w:val="28"/>
          <w:szCs w:val="28"/>
        </w:rPr>
        <w:t xml:space="preserve"> </w:t>
      </w:r>
      <w:proofErr w:type="spellStart"/>
      <w:r w:rsidRPr="00C57AA7">
        <w:rPr>
          <w:rFonts w:ascii="Times New Roman" w:hAnsi="Times New Roman" w:cs="Times New Roman"/>
          <w:sz w:val="28"/>
          <w:szCs w:val="28"/>
        </w:rPr>
        <w:t>nerambursabile</w:t>
      </w:r>
      <w:proofErr w:type="spellEnd"/>
      <w:r w:rsidRPr="00C57AA7">
        <w:rPr>
          <w:rFonts w:ascii="Times New Roman" w:hAnsi="Times New Roman" w:cs="Times New Roman"/>
          <w:sz w:val="28"/>
          <w:szCs w:val="28"/>
        </w:rPr>
        <w:t xml:space="preserve"> se </w:t>
      </w:r>
      <w:proofErr w:type="spellStart"/>
      <w:r w:rsidRPr="00C57AA7">
        <w:rPr>
          <w:rFonts w:ascii="Times New Roman" w:hAnsi="Times New Roman" w:cs="Times New Roman"/>
          <w:sz w:val="28"/>
          <w:szCs w:val="28"/>
        </w:rPr>
        <w:t>va</w:t>
      </w:r>
      <w:proofErr w:type="spellEnd"/>
      <w:r w:rsidRPr="00C57AA7">
        <w:rPr>
          <w:rFonts w:ascii="Times New Roman" w:hAnsi="Times New Roman" w:cs="Times New Roman"/>
          <w:sz w:val="28"/>
          <w:szCs w:val="28"/>
        </w:rPr>
        <w:t xml:space="preserve"> </w:t>
      </w:r>
      <w:proofErr w:type="spellStart"/>
      <w:r w:rsidRPr="00C57AA7">
        <w:rPr>
          <w:rFonts w:ascii="Times New Roman" w:hAnsi="Times New Roman" w:cs="Times New Roman"/>
          <w:sz w:val="28"/>
          <w:szCs w:val="28"/>
        </w:rPr>
        <w:t>menționa</w:t>
      </w:r>
      <w:proofErr w:type="spellEnd"/>
      <w:r w:rsidRPr="00C57AA7">
        <w:rPr>
          <w:rFonts w:ascii="Times New Roman" w:hAnsi="Times New Roman" w:cs="Times New Roman"/>
          <w:sz w:val="28"/>
          <w:szCs w:val="28"/>
        </w:rPr>
        <w:t xml:space="preserve"> </w:t>
      </w:r>
      <w:proofErr w:type="spellStart"/>
      <w:r w:rsidRPr="00C57AA7">
        <w:rPr>
          <w:rFonts w:ascii="Times New Roman" w:hAnsi="Times New Roman" w:cs="Times New Roman"/>
          <w:sz w:val="28"/>
          <w:szCs w:val="28"/>
        </w:rPr>
        <w:t>programul</w:t>
      </w:r>
      <w:proofErr w:type="spellEnd"/>
      <w:r w:rsidRPr="00C57AA7">
        <w:rPr>
          <w:rFonts w:ascii="Times New Roman" w:hAnsi="Times New Roman" w:cs="Times New Roman"/>
          <w:sz w:val="28"/>
          <w:szCs w:val="28"/>
        </w:rPr>
        <w:t xml:space="preserve"> </w:t>
      </w:r>
      <w:proofErr w:type="spellStart"/>
      <w:r w:rsidRPr="00C57AA7">
        <w:rPr>
          <w:rFonts w:ascii="Times New Roman" w:hAnsi="Times New Roman" w:cs="Times New Roman"/>
          <w:sz w:val="28"/>
          <w:szCs w:val="28"/>
        </w:rPr>
        <w:t>operațional</w:t>
      </w:r>
      <w:proofErr w:type="spellEnd"/>
      <w:r w:rsidRPr="00C57AA7">
        <w:rPr>
          <w:rFonts w:ascii="Times New Roman" w:hAnsi="Times New Roman" w:cs="Times New Roman"/>
          <w:sz w:val="28"/>
          <w:szCs w:val="28"/>
        </w:rPr>
        <w:t>/</w:t>
      </w:r>
      <w:proofErr w:type="spellStart"/>
      <w:r w:rsidRPr="00C57AA7">
        <w:rPr>
          <w:rFonts w:ascii="Times New Roman" w:hAnsi="Times New Roman" w:cs="Times New Roman"/>
          <w:sz w:val="28"/>
          <w:szCs w:val="28"/>
        </w:rPr>
        <w:t>axa</w:t>
      </w:r>
      <w:proofErr w:type="spellEnd"/>
      <w:r w:rsidRPr="00C57AA7">
        <w:rPr>
          <w:rFonts w:ascii="Times New Roman" w:hAnsi="Times New Roman" w:cs="Times New Roman"/>
          <w:sz w:val="28"/>
          <w:szCs w:val="28"/>
        </w:rPr>
        <w:t xml:space="preserve"> </w:t>
      </w:r>
      <w:proofErr w:type="spellStart"/>
      <w:r w:rsidRPr="00C57AA7">
        <w:rPr>
          <w:rFonts w:ascii="Times New Roman" w:hAnsi="Times New Roman" w:cs="Times New Roman"/>
          <w:sz w:val="28"/>
          <w:szCs w:val="28"/>
        </w:rPr>
        <w:t>corespunzătoare</w:t>
      </w:r>
      <w:proofErr w:type="spellEnd"/>
      <w:r w:rsidRPr="00C57AA7">
        <w:rPr>
          <w:rFonts w:ascii="Times New Roman" w:hAnsi="Times New Roman" w:cs="Times New Roman"/>
          <w:sz w:val="28"/>
          <w:szCs w:val="28"/>
        </w:rPr>
        <w:t xml:space="preserve">, </w:t>
      </w:r>
      <w:proofErr w:type="spellStart"/>
      <w:r w:rsidRPr="00C57AA7">
        <w:rPr>
          <w:rFonts w:ascii="Times New Roman" w:hAnsi="Times New Roman" w:cs="Times New Roman"/>
          <w:sz w:val="28"/>
          <w:szCs w:val="28"/>
        </w:rPr>
        <w:t>identificată</w:t>
      </w:r>
      <w:proofErr w:type="spellEnd"/>
      <w:r w:rsidRPr="00C57AA7">
        <w:rPr>
          <w:rFonts w:ascii="Times New Roman" w:hAnsi="Times New Roman" w:cs="Times New Roman"/>
          <w:sz w:val="28"/>
          <w:szCs w:val="28"/>
        </w:rPr>
        <w:t>)</w:t>
      </w:r>
    </w:p>
    <w:p w14:paraId="612829F4" w14:textId="77777777" w:rsidR="00A57563" w:rsidRPr="00C57AA7" w:rsidRDefault="00E8585D">
      <w:pPr>
        <w:rPr>
          <w:rFonts w:cs="Times New Roman"/>
          <w:sz w:val="28"/>
          <w:szCs w:val="28"/>
        </w:rPr>
      </w:pPr>
      <w:proofErr w:type="spellStart"/>
      <w:r w:rsidRPr="00C57AA7">
        <w:rPr>
          <w:rFonts w:eastAsia="Times New Roman" w:cs="Times New Roman"/>
          <w:sz w:val="28"/>
          <w:szCs w:val="28"/>
        </w:rPr>
        <w:t>Finanțarea</w:t>
      </w:r>
      <w:proofErr w:type="spellEnd"/>
      <w:r w:rsidRPr="00C57AA7">
        <w:rPr>
          <w:rFonts w:eastAsia="Times New Roman" w:cs="Times New Roman"/>
          <w:sz w:val="28"/>
          <w:szCs w:val="28"/>
        </w:rPr>
        <w:t xml:space="preserve"> </w:t>
      </w:r>
      <w:proofErr w:type="spellStart"/>
      <w:r w:rsidRPr="00C57AA7">
        <w:rPr>
          <w:rFonts w:eastAsia="Times New Roman" w:cs="Times New Roman"/>
          <w:sz w:val="28"/>
          <w:szCs w:val="28"/>
        </w:rPr>
        <w:t>este</w:t>
      </w:r>
      <w:proofErr w:type="spellEnd"/>
      <w:r w:rsidRPr="00C57AA7">
        <w:rPr>
          <w:rFonts w:eastAsia="Times New Roman" w:cs="Times New Roman"/>
          <w:sz w:val="28"/>
          <w:szCs w:val="28"/>
        </w:rPr>
        <w:t xml:space="preserve"> </w:t>
      </w:r>
      <w:proofErr w:type="spellStart"/>
      <w:r w:rsidRPr="00C57AA7">
        <w:rPr>
          <w:rFonts w:eastAsia="Times New Roman" w:cs="Times New Roman"/>
          <w:sz w:val="28"/>
          <w:szCs w:val="28"/>
        </w:rPr>
        <w:t>prevăzută</w:t>
      </w:r>
      <w:proofErr w:type="spellEnd"/>
      <w:r w:rsidRPr="00C57AA7">
        <w:rPr>
          <w:rFonts w:eastAsia="Times New Roman" w:cs="Times New Roman"/>
          <w:sz w:val="28"/>
          <w:szCs w:val="28"/>
        </w:rPr>
        <w:t xml:space="preserve"> </w:t>
      </w:r>
      <w:proofErr w:type="spellStart"/>
      <w:r w:rsidRPr="00C57AA7">
        <w:rPr>
          <w:rFonts w:eastAsia="Times New Roman" w:cs="Times New Roman"/>
          <w:sz w:val="28"/>
          <w:szCs w:val="28"/>
        </w:rPr>
        <w:t>în</w:t>
      </w:r>
      <w:proofErr w:type="spellEnd"/>
      <w:r w:rsidRPr="00C57AA7">
        <w:rPr>
          <w:rFonts w:eastAsia="Times New Roman" w:cs="Times New Roman"/>
          <w:sz w:val="28"/>
          <w:szCs w:val="28"/>
        </w:rPr>
        <w:t xml:space="preserve"> </w:t>
      </w:r>
      <w:proofErr w:type="spellStart"/>
      <w:r w:rsidRPr="00C57AA7">
        <w:rPr>
          <w:rFonts w:eastAsia="Times New Roman" w:cs="Times New Roman"/>
          <w:sz w:val="28"/>
          <w:szCs w:val="28"/>
        </w:rPr>
        <w:t>bugetul</w:t>
      </w:r>
      <w:proofErr w:type="spellEnd"/>
      <w:r w:rsidRPr="00C57AA7">
        <w:rPr>
          <w:rFonts w:eastAsia="Times New Roman" w:cs="Times New Roman"/>
          <w:sz w:val="28"/>
          <w:szCs w:val="28"/>
        </w:rPr>
        <w:t xml:space="preserve"> </w:t>
      </w:r>
      <w:proofErr w:type="spellStart"/>
      <w:r w:rsidRPr="00C57AA7">
        <w:rPr>
          <w:rFonts w:eastAsia="Times New Roman" w:cs="Times New Roman"/>
          <w:sz w:val="28"/>
          <w:szCs w:val="28"/>
        </w:rPr>
        <w:t>și</w:t>
      </w:r>
      <w:proofErr w:type="spellEnd"/>
      <w:r w:rsidRPr="00C57AA7">
        <w:rPr>
          <w:rFonts w:eastAsia="Times New Roman" w:cs="Times New Roman"/>
          <w:sz w:val="28"/>
          <w:szCs w:val="28"/>
        </w:rPr>
        <w:t xml:space="preserve"> </w:t>
      </w:r>
      <w:proofErr w:type="spellStart"/>
      <w:r w:rsidRPr="00C57AA7">
        <w:rPr>
          <w:rFonts w:eastAsia="Times New Roman" w:cs="Times New Roman"/>
          <w:sz w:val="28"/>
          <w:szCs w:val="28"/>
        </w:rPr>
        <w:t>lista</w:t>
      </w:r>
      <w:proofErr w:type="spellEnd"/>
      <w:r w:rsidRPr="00C57AA7">
        <w:rPr>
          <w:rFonts w:eastAsia="Times New Roman" w:cs="Times New Roman"/>
          <w:sz w:val="28"/>
          <w:szCs w:val="28"/>
        </w:rPr>
        <w:t xml:space="preserve"> de </w:t>
      </w:r>
      <w:proofErr w:type="spellStart"/>
      <w:r w:rsidRPr="00C57AA7">
        <w:rPr>
          <w:rFonts w:eastAsia="Times New Roman" w:cs="Times New Roman"/>
          <w:sz w:val="28"/>
          <w:szCs w:val="28"/>
        </w:rPr>
        <w:t>investiții</w:t>
      </w:r>
      <w:proofErr w:type="spellEnd"/>
      <w:r w:rsidRPr="00C57AA7">
        <w:rPr>
          <w:rFonts w:eastAsia="Times New Roman" w:cs="Times New Roman"/>
          <w:sz w:val="28"/>
          <w:szCs w:val="28"/>
        </w:rPr>
        <w:t xml:space="preserve"> ale </w:t>
      </w:r>
      <w:proofErr w:type="spellStart"/>
      <w:r w:rsidRPr="00C57AA7">
        <w:rPr>
          <w:rFonts w:eastAsia="Times New Roman" w:cs="Times New Roman"/>
          <w:sz w:val="28"/>
          <w:szCs w:val="28"/>
        </w:rPr>
        <w:t>Clubului</w:t>
      </w:r>
      <w:proofErr w:type="spellEnd"/>
      <w:r w:rsidRPr="00C57AA7">
        <w:rPr>
          <w:rFonts w:eastAsia="Times New Roman" w:cs="Times New Roman"/>
          <w:sz w:val="28"/>
          <w:szCs w:val="28"/>
        </w:rPr>
        <w:t xml:space="preserve"> </w:t>
      </w:r>
      <w:proofErr w:type="spellStart"/>
      <w:r w:rsidRPr="00C57AA7">
        <w:rPr>
          <w:rFonts w:eastAsia="Times New Roman" w:cs="Times New Roman"/>
          <w:sz w:val="28"/>
          <w:szCs w:val="28"/>
        </w:rPr>
        <w:t>Sportiv</w:t>
      </w:r>
      <w:proofErr w:type="spellEnd"/>
      <w:r w:rsidRPr="00C57AA7">
        <w:rPr>
          <w:rFonts w:eastAsia="Times New Roman" w:cs="Times New Roman"/>
          <w:sz w:val="28"/>
          <w:szCs w:val="28"/>
        </w:rPr>
        <w:t xml:space="preserve"> </w:t>
      </w:r>
      <w:proofErr w:type="spellStart"/>
      <w:r w:rsidRPr="00C57AA7">
        <w:rPr>
          <w:rFonts w:eastAsia="Times New Roman" w:cs="Times New Roman"/>
          <w:sz w:val="28"/>
          <w:szCs w:val="28"/>
        </w:rPr>
        <w:t>Județean</w:t>
      </w:r>
      <w:proofErr w:type="spellEnd"/>
      <w:r w:rsidRPr="00C57AA7">
        <w:rPr>
          <w:rFonts w:eastAsia="Times New Roman" w:cs="Times New Roman"/>
          <w:sz w:val="28"/>
          <w:szCs w:val="28"/>
        </w:rPr>
        <w:t xml:space="preserve"> </w:t>
      </w:r>
      <w:proofErr w:type="spellStart"/>
      <w:r w:rsidRPr="00C57AA7">
        <w:rPr>
          <w:rFonts w:eastAsia="Times New Roman" w:cs="Times New Roman"/>
          <w:sz w:val="28"/>
          <w:szCs w:val="28"/>
        </w:rPr>
        <w:t>Vrancea</w:t>
      </w:r>
      <w:proofErr w:type="spellEnd"/>
      <w:r w:rsidRPr="00C57AA7">
        <w:rPr>
          <w:rFonts w:eastAsia="Times New Roman" w:cs="Times New Roman"/>
          <w:sz w:val="28"/>
          <w:szCs w:val="28"/>
        </w:rPr>
        <w:t xml:space="preserve"> </w:t>
      </w:r>
      <w:proofErr w:type="spellStart"/>
      <w:r w:rsidRPr="00C57AA7">
        <w:rPr>
          <w:rFonts w:eastAsia="Times New Roman" w:cs="Times New Roman"/>
          <w:sz w:val="28"/>
          <w:szCs w:val="28"/>
        </w:rPr>
        <w:t>pentru</w:t>
      </w:r>
      <w:proofErr w:type="spellEnd"/>
      <w:r w:rsidRPr="00C57AA7">
        <w:rPr>
          <w:rFonts w:eastAsia="Times New Roman" w:cs="Times New Roman"/>
          <w:sz w:val="28"/>
          <w:szCs w:val="28"/>
        </w:rPr>
        <w:t xml:space="preserve"> </w:t>
      </w:r>
      <w:proofErr w:type="spellStart"/>
      <w:r w:rsidRPr="00C57AA7">
        <w:rPr>
          <w:rFonts w:eastAsia="Times New Roman" w:cs="Times New Roman"/>
          <w:sz w:val="28"/>
          <w:szCs w:val="28"/>
        </w:rPr>
        <w:t>anul</w:t>
      </w:r>
      <w:proofErr w:type="spellEnd"/>
      <w:r w:rsidRPr="00C57AA7">
        <w:rPr>
          <w:rFonts w:eastAsia="Times New Roman" w:cs="Times New Roman"/>
          <w:sz w:val="28"/>
          <w:szCs w:val="28"/>
        </w:rPr>
        <w:t xml:space="preserve"> 2026, </w:t>
      </w:r>
      <w:proofErr w:type="spellStart"/>
      <w:r w:rsidRPr="00C57AA7">
        <w:rPr>
          <w:rFonts w:eastAsia="Times New Roman" w:cs="Times New Roman"/>
          <w:sz w:val="28"/>
          <w:szCs w:val="28"/>
        </w:rPr>
        <w:t>în</w:t>
      </w:r>
      <w:proofErr w:type="spellEnd"/>
      <w:r w:rsidRPr="00C57AA7">
        <w:rPr>
          <w:rFonts w:eastAsia="Times New Roman" w:cs="Times New Roman"/>
          <w:sz w:val="28"/>
          <w:szCs w:val="28"/>
        </w:rPr>
        <w:t xml:space="preserve"> </w:t>
      </w:r>
      <w:proofErr w:type="spellStart"/>
      <w:r w:rsidRPr="00C57AA7">
        <w:rPr>
          <w:rFonts w:eastAsia="Times New Roman" w:cs="Times New Roman"/>
          <w:sz w:val="28"/>
          <w:szCs w:val="28"/>
        </w:rPr>
        <w:t>limita</w:t>
      </w:r>
      <w:proofErr w:type="spellEnd"/>
      <w:r w:rsidRPr="00C57AA7">
        <w:rPr>
          <w:rFonts w:eastAsia="Times New Roman" w:cs="Times New Roman"/>
          <w:sz w:val="28"/>
          <w:szCs w:val="28"/>
        </w:rPr>
        <w:t xml:space="preserve"> </w:t>
      </w:r>
      <w:proofErr w:type="spellStart"/>
      <w:r w:rsidRPr="00C57AA7">
        <w:rPr>
          <w:rFonts w:eastAsia="Times New Roman" w:cs="Times New Roman"/>
          <w:sz w:val="28"/>
          <w:szCs w:val="28"/>
        </w:rPr>
        <w:t>sumei</w:t>
      </w:r>
      <w:proofErr w:type="spellEnd"/>
      <w:r w:rsidRPr="00C57AA7">
        <w:rPr>
          <w:rFonts w:eastAsia="Times New Roman" w:cs="Times New Roman"/>
          <w:sz w:val="28"/>
          <w:szCs w:val="28"/>
        </w:rPr>
        <w:t xml:space="preserve"> de 70.000 lei, </w:t>
      </w:r>
      <w:proofErr w:type="spellStart"/>
      <w:r w:rsidRPr="00C57AA7">
        <w:rPr>
          <w:rFonts w:eastAsia="Times New Roman" w:cs="Times New Roman"/>
          <w:sz w:val="28"/>
          <w:szCs w:val="28"/>
        </w:rPr>
        <w:t>inclusiv</w:t>
      </w:r>
      <w:proofErr w:type="spellEnd"/>
      <w:r w:rsidRPr="00C57AA7">
        <w:rPr>
          <w:rFonts w:eastAsia="Times New Roman" w:cs="Times New Roman"/>
          <w:sz w:val="28"/>
          <w:szCs w:val="28"/>
        </w:rPr>
        <w:t xml:space="preserve"> TVA. </w:t>
      </w:r>
      <w:proofErr w:type="spellStart"/>
      <w:r w:rsidRPr="00C57AA7">
        <w:rPr>
          <w:rFonts w:eastAsia="Times New Roman" w:cs="Times New Roman"/>
          <w:sz w:val="28"/>
          <w:szCs w:val="28"/>
        </w:rPr>
        <w:t>Angajarea</w:t>
      </w:r>
      <w:proofErr w:type="spellEnd"/>
      <w:r w:rsidRPr="00C57AA7">
        <w:rPr>
          <w:rFonts w:eastAsia="Times New Roman" w:cs="Times New Roman"/>
          <w:sz w:val="28"/>
          <w:szCs w:val="28"/>
        </w:rPr>
        <w:t xml:space="preserve"> </w:t>
      </w:r>
      <w:proofErr w:type="spellStart"/>
      <w:r w:rsidRPr="00C57AA7">
        <w:rPr>
          <w:rFonts w:eastAsia="Times New Roman" w:cs="Times New Roman"/>
          <w:sz w:val="28"/>
          <w:szCs w:val="28"/>
        </w:rPr>
        <w:t>și</w:t>
      </w:r>
      <w:proofErr w:type="spellEnd"/>
      <w:r w:rsidRPr="00C57AA7">
        <w:rPr>
          <w:rFonts w:eastAsia="Times New Roman" w:cs="Times New Roman"/>
          <w:sz w:val="28"/>
          <w:szCs w:val="28"/>
        </w:rPr>
        <w:t xml:space="preserve"> </w:t>
      </w:r>
      <w:proofErr w:type="spellStart"/>
      <w:r w:rsidRPr="00C57AA7">
        <w:rPr>
          <w:rFonts w:eastAsia="Times New Roman" w:cs="Times New Roman"/>
          <w:sz w:val="28"/>
          <w:szCs w:val="28"/>
        </w:rPr>
        <w:t>utilizarea</w:t>
      </w:r>
      <w:proofErr w:type="spellEnd"/>
      <w:r w:rsidRPr="00C57AA7">
        <w:rPr>
          <w:rFonts w:eastAsia="Times New Roman" w:cs="Times New Roman"/>
          <w:sz w:val="28"/>
          <w:szCs w:val="28"/>
        </w:rPr>
        <w:t xml:space="preserve"> </w:t>
      </w:r>
      <w:proofErr w:type="spellStart"/>
      <w:r w:rsidRPr="00C57AA7">
        <w:rPr>
          <w:rFonts w:eastAsia="Times New Roman" w:cs="Times New Roman"/>
          <w:sz w:val="28"/>
          <w:szCs w:val="28"/>
        </w:rPr>
        <w:t>creditelor</w:t>
      </w:r>
      <w:proofErr w:type="spellEnd"/>
      <w:r w:rsidRPr="00C57AA7">
        <w:rPr>
          <w:rFonts w:eastAsia="Times New Roman" w:cs="Times New Roman"/>
          <w:sz w:val="28"/>
          <w:szCs w:val="28"/>
        </w:rPr>
        <w:t xml:space="preserve"> se </w:t>
      </w:r>
      <w:proofErr w:type="spellStart"/>
      <w:r w:rsidRPr="00C57AA7">
        <w:rPr>
          <w:rFonts w:eastAsia="Times New Roman" w:cs="Times New Roman"/>
          <w:sz w:val="28"/>
          <w:szCs w:val="28"/>
        </w:rPr>
        <w:t>vor</w:t>
      </w:r>
      <w:proofErr w:type="spellEnd"/>
      <w:r w:rsidRPr="00C57AA7">
        <w:rPr>
          <w:rFonts w:eastAsia="Times New Roman" w:cs="Times New Roman"/>
          <w:sz w:val="28"/>
          <w:szCs w:val="28"/>
        </w:rPr>
        <w:t xml:space="preserve"> </w:t>
      </w:r>
      <w:proofErr w:type="spellStart"/>
      <w:r w:rsidRPr="00C57AA7">
        <w:rPr>
          <w:rFonts w:eastAsia="Times New Roman" w:cs="Times New Roman"/>
          <w:sz w:val="28"/>
          <w:szCs w:val="28"/>
        </w:rPr>
        <w:t>realiza</w:t>
      </w:r>
      <w:proofErr w:type="spellEnd"/>
      <w:r w:rsidRPr="00C57AA7">
        <w:rPr>
          <w:rFonts w:eastAsia="Times New Roman" w:cs="Times New Roman"/>
          <w:sz w:val="28"/>
          <w:szCs w:val="28"/>
        </w:rPr>
        <w:t xml:space="preserve"> de Club, cu </w:t>
      </w:r>
      <w:proofErr w:type="spellStart"/>
      <w:r w:rsidRPr="00C57AA7">
        <w:rPr>
          <w:rFonts w:eastAsia="Times New Roman" w:cs="Times New Roman"/>
          <w:sz w:val="28"/>
          <w:szCs w:val="28"/>
        </w:rPr>
        <w:t>respectarea</w:t>
      </w:r>
      <w:proofErr w:type="spellEnd"/>
      <w:r w:rsidRPr="00C57AA7">
        <w:rPr>
          <w:rFonts w:eastAsia="Times New Roman" w:cs="Times New Roman"/>
          <w:sz w:val="28"/>
          <w:szCs w:val="28"/>
        </w:rPr>
        <w:t xml:space="preserve"> </w:t>
      </w:r>
      <w:proofErr w:type="spellStart"/>
      <w:r w:rsidRPr="00C57AA7">
        <w:rPr>
          <w:rFonts w:eastAsia="Times New Roman" w:cs="Times New Roman"/>
          <w:sz w:val="28"/>
          <w:szCs w:val="28"/>
        </w:rPr>
        <w:t>destinației</w:t>
      </w:r>
      <w:proofErr w:type="spellEnd"/>
      <w:r w:rsidRPr="00C57AA7">
        <w:rPr>
          <w:rFonts w:eastAsia="Times New Roman" w:cs="Times New Roman"/>
          <w:sz w:val="28"/>
          <w:szCs w:val="28"/>
        </w:rPr>
        <w:t xml:space="preserve"> </w:t>
      </w:r>
      <w:proofErr w:type="spellStart"/>
      <w:r w:rsidRPr="00C57AA7">
        <w:rPr>
          <w:rFonts w:eastAsia="Times New Roman" w:cs="Times New Roman"/>
          <w:sz w:val="28"/>
          <w:szCs w:val="28"/>
        </w:rPr>
        <w:t>aprobate</w:t>
      </w:r>
      <w:proofErr w:type="spellEnd"/>
      <w:r w:rsidRPr="00C57AA7">
        <w:rPr>
          <w:rFonts w:eastAsia="Times New Roman" w:cs="Times New Roman"/>
          <w:sz w:val="28"/>
          <w:szCs w:val="28"/>
        </w:rPr>
        <w:t xml:space="preserve">, a </w:t>
      </w:r>
      <w:proofErr w:type="spellStart"/>
      <w:r w:rsidRPr="00C57AA7">
        <w:rPr>
          <w:rFonts w:eastAsia="Times New Roman" w:cs="Times New Roman"/>
          <w:sz w:val="28"/>
          <w:szCs w:val="28"/>
        </w:rPr>
        <w:t>competențelor</w:t>
      </w:r>
      <w:proofErr w:type="spellEnd"/>
      <w:r w:rsidRPr="00C57AA7">
        <w:rPr>
          <w:rFonts w:eastAsia="Times New Roman" w:cs="Times New Roman"/>
          <w:sz w:val="28"/>
          <w:szCs w:val="28"/>
        </w:rPr>
        <w:t xml:space="preserve"> </w:t>
      </w:r>
      <w:proofErr w:type="spellStart"/>
      <w:r w:rsidRPr="00C57AA7">
        <w:rPr>
          <w:rFonts w:eastAsia="Times New Roman" w:cs="Times New Roman"/>
          <w:sz w:val="28"/>
          <w:szCs w:val="28"/>
        </w:rPr>
        <w:t>proprietarului</w:t>
      </w:r>
      <w:proofErr w:type="spellEnd"/>
      <w:r w:rsidRPr="00C57AA7">
        <w:rPr>
          <w:rFonts w:eastAsia="Times New Roman" w:cs="Times New Roman"/>
          <w:sz w:val="28"/>
          <w:szCs w:val="28"/>
        </w:rPr>
        <w:t xml:space="preserve"> </w:t>
      </w:r>
      <w:proofErr w:type="spellStart"/>
      <w:r w:rsidRPr="00C57AA7">
        <w:rPr>
          <w:rFonts w:eastAsia="Times New Roman" w:cs="Times New Roman"/>
          <w:sz w:val="28"/>
          <w:szCs w:val="28"/>
        </w:rPr>
        <w:t>și</w:t>
      </w:r>
      <w:proofErr w:type="spellEnd"/>
      <w:r w:rsidRPr="00C57AA7">
        <w:rPr>
          <w:rFonts w:eastAsia="Times New Roman" w:cs="Times New Roman"/>
          <w:sz w:val="28"/>
          <w:szCs w:val="28"/>
        </w:rPr>
        <w:t xml:space="preserve"> a </w:t>
      </w:r>
      <w:proofErr w:type="spellStart"/>
      <w:r w:rsidRPr="00C57AA7">
        <w:rPr>
          <w:rFonts w:eastAsia="Times New Roman" w:cs="Times New Roman"/>
          <w:sz w:val="28"/>
          <w:szCs w:val="28"/>
        </w:rPr>
        <w:t>legislației</w:t>
      </w:r>
      <w:proofErr w:type="spellEnd"/>
      <w:r w:rsidRPr="00C57AA7">
        <w:rPr>
          <w:rFonts w:eastAsia="Times New Roman" w:cs="Times New Roman"/>
          <w:sz w:val="28"/>
          <w:szCs w:val="28"/>
        </w:rPr>
        <w:t xml:space="preserve"> </w:t>
      </w:r>
      <w:proofErr w:type="spellStart"/>
      <w:r w:rsidRPr="00C57AA7">
        <w:rPr>
          <w:rFonts w:eastAsia="Times New Roman" w:cs="Times New Roman"/>
          <w:sz w:val="28"/>
          <w:szCs w:val="28"/>
        </w:rPr>
        <w:t>financiar-bugetare</w:t>
      </w:r>
      <w:proofErr w:type="spellEnd"/>
      <w:r w:rsidRPr="00C57AA7">
        <w:rPr>
          <w:rFonts w:eastAsia="Times New Roman" w:cs="Times New Roman"/>
          <w:sz w:val="28"/>
          <w:szCs w:val="28"/>
        </w:rPr>
        <w:t xml:space="preserve"> </w:t>
      </w:r>
      <w:proofErr w:type="spellStart"/>
      <w:r w:rsidRPr="00C57AA7">
        <w:rPr>
          <w:rFonts w:eastAsia="Times New Roman" w:cs="Times New Roman"/>
          <w:sz w:val="28"/>
          <w:szCs w:val="28"/>
        </w:rPr>
        <w:t>și</w:t>
      </w:r>
      <w:proofErr w:type="spellEnd"/>
      <w:r w:rsidRPr="00C57AA7">
        <w:rPr>
          <w:rFonts w:eastAsia="Times New Roman" w:cs="Times New Roman"/>
          <w:sz w:val="28"/>
          <w:szCs w:val="28"/>
        </w:rPr>
        <w:t xml:space="preserve"> </w:t>
      </w:r>
      <w:proofErr w:type="gramStart"/>
      <w:r w:rsidRPr="00C57AA7">
        <w:rPr>
          <w:rFonts w:eastAsia="Times New Roman" w:cs="Times New Roman"/>
          <w:sz w:val="28"/>
          <w:szCs w:val="28"/>
        </w:rPr>
        <w:t>a</w:t>
      </w:r>
      <w:proofErr w:type="gramEnd"/>
      <w:r w:rsidRPr="00C57AA7">
        <w:rPr>
          <w:rFonts w:eastAsia="Times New Roman" w:cs="Times New Roman"/>
          <w:sz w:val="28"/>
          <w:szCs w:val="28"/>
        </w:rPr>
        <w:t xml:space="preserve"> </w:t>
      </w:r>
      <w:proofErr w:type="spellStart"/>
      <w:r w:rsidRPr="00C57AA7">
        <w:rPr>
          <w:rFonts w:eastAsia="Times New Roman" w:cs="Times New Roman"/>
          <w:sz w:val="28"/>
          <w:szCs w:val="28"/>
        </w:rPr>
        <w:t>achizițiilor</w:t>
      </w:r>
      <w:proofErr w:type="spellEnd"/>
      <w:r w:rsidRPr="00C57AA7">
        <w:rPr>
          <w:rFonts w:eastAsia="Times New Roman" w:cs="Times New Roman"/>
          <w:sz w:val="28"/>
          <w:szCs w:val="28"/>
        </w:rPr>
        <w:t xml:space="preserve"> </w:t>
      </w:r>
      <w:proofErr w:type="spellStart"/>
      <w:r w:rsidRPr="00C57AA7">
        <w:rPr>
          <w:rFonts w:eastAsia="Times New Roman" w:cs="Times New Roman"/>
          <w:sz w:val="28"/>
          <w:szCs w:val="28"/>
        </w:rPr>
        <w:t>publice</w:t>
      </w:r>
      <w:proofErr w:type="spellEnd"/>
      <w:r w:rsidRPr="00C57AA7">
        <w:rPr>
          <w:rFonts w:eastAsia="Times New Roman" w:cs="Times New Roman"/>
          <w:sz w:val="28"/>
          <w:szCs w:val="28"/>
        </w:rPr>
        <w:t>.</w:t>
      </w:r>
    </w:p>
    <w:p w14:paraId="5CDE5386" w14:textId="77777777" w:rsidR="00A57563" w:rsidRPr="00C57AA7" w:rsidRDefault="00E8585D">
      <w:pPr>
        <w:pStyle w:val="Titlu1"/>
        <w:rPr>
          <w:rFonts w:ascii="Times New Roman" w:hAnsi="Times New Roman" w:cs="Times New Roman"/>
          <w:sz w:val="28"/>
        </w:rPr>
      </w:pPr>
      <w:r w:rsidRPr="00C57AA7">
        <w:rPr>
          <w:rFonts w:ascii="Times New Roman" w:hAnsi="Times New Roman" w:cs="Times New Roman"/>
          <w:sz w:val="28"/>
        </w:rPr>
        <w:t xml:space="preserve">4. </w:t>
      </w:r>
      <w:proofErr w:type="spellStart"/>
      <w:r w:rsidRPr="00C57AA7">
        <w:rPr>
          <w:rFonts w:ascii="Times New Roman" w:hAnsi="Times New Roman" w:cs="Times New Roman"/>
          <w:sz w:val="28"/>
        </w:rPr>
        <w:t>Informații</w:t>
      </w:r>
      <w:proofErr w:type="spellEnd"/>
      <w:r w:rsidRPr="00C57AA7">
        <w:rPr>
          <w:rFonts w:ascii="Times New Roman" w:hAnsi="Times New Roman" w:cs="Times New Roman"/>
          <w:sz w:val="28"/>
        </w:rPr>
        <w:t xml:space="preserve"> </w:t>
      </w:r>
      <w:proofErr w:type="spellStart"/>
      <w:r w:rsidRPr="00C57AA7">
        <w:rPr>
          <w:rFonts w:ascii="Times New Roman" w:hAnsi="Times New Roman" w:cs="Times New Roman"/>
          <w:sz w:val="28"/>
        </w:rPr>
        <w:t>privind</w:t>
      </w:r>
      <w:proofErr w:type="spellEnd"/>
      <w:r w:rsidRPr="00C57AA7">
        <w:rPr>
          <w:rFonts w:ascii="Times New Roman" w:hAnsi="Times New Roman" w:cs="Times New Roman"/>
          <w:sz w:val="28"/>
        </w:rPr>
        <w:t xml:space="preserve"> </w:t>
      </w:r>
      <w:proofErr w:type="spellStart"/>
      <w:r w:rsidRPr="00C57AA7">
        <w:rPr>
          <w:rFonts w:ascii="Times New Roman" w:hAnsi="Times New Roman" w:cs="Times New Roman"/>
          <w:sz w:val="28"/>
        </w:rPr>
        <w:t>regimul</w:t>
      </w:r>
      <w:proofErr w:type="spellEnd"/>
      <w:r w:rsidRPr="00C57AA7">
        <w:rPr>
          <w:rFonts w:ascii="Times New Roman" w:hAnsi="Times New Roman" w:cs="Times New Roman"/>
          <w:sz w:val="28"/>
        </w:rPr>
        <w:t xml:space="preserve"> juridic, economic </w:t>
      </w:r>
      <w:proofErr w:type="spellStart"/>
      <w:r w:rsidRPr="00C57AA7">
        <w:rPr>
          <w:rFonts w:ascii="Times New Roman" w:hAnsi="Times New Roman" w:cs="Times New Roman"/>
          <w:sz w:val="28"/>
        </w:rPr>
        <w:t>și</w:t>
      </w:r>
      <w:proofErr w:type="spellEnd"/>
      <w:r w:rsidRPr="00C57AA7">
        <w:rPr>
          <w:rFonts w:ascii="Times New Roman" w:hAnsi="Times New Roman" w:cs="Times New Roman"/>
          <w:sz w:val="28"/>
        </w:rPr>
        <w:t xml:space="preserve"> </w:t>
      </w:r>
      <w:proofErr w:type="spellStart"/>
      <w:r w:rsidRPr="00C57AA7">
        <w:rPr>
          <w:rFonts w:ascii="Times New Roman" w:hAnsi="Times New Roman" w:cs="Times New Roman"/>
          <w:sz w:val="28"/>
        </w:rPr>
        <w:t>tehnic</w:t>
      </w:r>
      <w:proofErr w:type="spellEnd"/>
      <w:r w:rsidRPr="00C57AA7">
        <w:rPr>
          <w:rFonts w:ascii="Times New Roman" w:hAnsi="Times New Roman" w:cs="Times New Roman"/>
          <w:sz w:val="28"/>
        </w:rPr>
        <w:t xml:space="preserve"> al </w:t>
      </w:r>
      <w:proofErr w:type="spellStart"/>
      <w:r w:rsidRPr="00C57AA7">
        <w:rPr>
          <w:rFonts w:ascii="Times New Roman" w:hAnsi="Times New Roman" w:cs="Times New Roman"/>
          <w:sz w:val="28"/>
        </w:rPr>
        <w:t>terenului</w:t>
      </w:r>
      <w:proofErr w:type="spellEnd"/>
      <w:r w:rsidRPr="00C57AA7">
        <w:rPr>
          <w:rFonts w:ascii="Times New Roman" w:hAnsi="Times New Roman" w:cs="Times New Roman"/>
          <w:sz w:val="28"/>
        </w:rPr>
        <w:t xml:space="preserve"> </w:t>
      </w:r>
      <w:proofErr w:type="spellStart"/>
      <w:r w:rsidRPr="00C57AA7">
        <w:rPr>
          <w:rFonts w:ascii="Times New Roman" w:hAnsi="Times New Roman" w:cs="Times New Roman"/>
          <w:sz w:val="28"/>
        </w:rPr>
        <w:t>și</w:t>
      </w:r>
      <w:proofErr w:type="spellEnd"/>
      <w:r w:rsidRPr="00C57AA7">
        <w:rPr>
          <w:rFonts w:ascii="Times New Roman" w:hAnsi="Times New Roman" w:cs="Times New Roman"/>
          <w:sz w:val="28"/>
        </w:rPr>
        <w:t>/</w:t>
      </w:r>
      <w:proofErr w:type="spellStart"/>
      <w:r w:rsidRPr="00C57AA7">
        <w:rPr>
          <w:rFonts w:ascii="Times New Roman" w:hAnsi="Times New Roman" w:cs="Times New Roman"/>
          <w:sz w:val="28"/>
        </w:rPr>
        <w:t>sau</w:t>
      </w:r>
      <w:proofErr w:type="spellEnd"/>
      <w:r w:rsidRPr="00C57AA7">
        <w:rPr>
          <w:rFonts w:ascii="Times New Roman" w:hAnsi="Times New Roman" w:cs="Times New Roman"/>
          <w:sz w:val="28"/>
        </w:rPr>
        <w:t xml:space="preserve"> al </w:t>
      </w:r>
      <w:proofErr w:type="spellStart"/>
      <w:r w:rsidRPr="00C57AA7">
        <w:rPr>
          <w:rFonts w:ascii="Times New Roman" w:hAnsi="Times New Roman" w:cs="Times New Roman"/>
          <w:sz w:val="28"/>
        </w:rPr>
        <w:t>construcției</w:t>
      </w:r>
      <w:proofErr w:type="spellEnd"/>
      <w:r w:rsidRPr="00C57AA7">
        <w:rPr>
          <w:rFonts w:ascii="Times New Roman" w:hAnsi="Times New Roman" w:cs="Times New Roman"/>
          <w:sz w:val="28"/>
        </w:rPr>
        <w:t xml:space="preserve"> </w:t>
      </w:r>
      <w:proofErr w:type="spellStart"/>
      <w:r w:rsidRPr="00C57AA7">
        <w:rPr>
          <w:rFonts w:ascii="Times New Roman" w:hAnsi="Times New Roman" w:cs="Times New Roman"/>
          <w:sz w:val="28"/>
        </w:rPr>
        <w:t>existente</w:t>
      </w:r>
      <w:proofErr w:type="spellEnd"/>
    </w:p>
    <w:p w14:paraId="58372C5F" w14:textId="77777777" w:rsidR="00A57563" w:rsidRPr="00C57AA7" w:rsidRDefault="00E8585D">
      <w:pPr>
        <w:pStyle w:val="Titlu2"/>
        <w:rPr>
          <w:rFonts w:ascii="Times New Roman" w:hAnsi="Times New Roman" w:cs="Times New Roman"/>
          <w:sz w:val="28"/>
          <w:szCs w:val="28"/>
        </w:rPr>
      </w:pPr>
      <w:r w:rsidRPr="00C57AA7">
        <w:rPr>
          <w:rFonts w:ascii="Times New Roman" w:hAnsi="Times New Roman" w:cs="Times New Roman"/>
          <w:sz w:val="28"/>
          <w:szCs w:val="28"/>
        </w:rPr>
        <w:t xml:space="preserve">4.1. </w:t>
      </w:r>
      <w:proofErr w:type="spellStart"/>
      <w:r w:rsidRPr="00C57AA7">
        <w:rPr>
          <w:rFonts w:ascii="Times New Roman" w:hAnsi="Times New Roman" w:cs="Times New Roman"/>
          <w:sz w:val="28"/>
          <w:szCs w:val="28"/>
        </w:rPr>
        <w:t>Regimul</w:t>
      </w:r>
      <w:proofErr w:type="spellEnd"/>
      <w:r w:rsidRPr="00C57AA7">
        <w:rPr>
          <w:rFonts w:ascii="Times New Roman" w:hAnsi="Times New Roman" w:cs="Times New Roman"/>
          <w:sz w:val="28"/>
          <w:szCs w:val="28"/>
        </w:rPr>
        <w:t xml:space="preserve"> juridic</w:t>
      </w:r>
    </w:p>
    <w:p w14:paraId="57AE198B" w14:textId="77777777" w:rsidR="00A57563" w:rsidRPr="00C57AA7" w:rsidRDefault="00E8585D">
      <w:pPr>
        <w:rPr>
          <w:rFonts w:cs="Times New Roman"/>
          <w:sz w:val="28"/>
          <w:szCs w:val="28"/>
        </w:rPr>
      </w:pPr>
      <w:r>
        <w:rPr>
          <w:rFonts w:eastAsia="Times New Roman" w:cs="Times New Roman"/>
          <w:sz w:val="28"/>
          <w:szCs w:val="28"/>
        </w:rPr>
        <w:t>Imobilul Complex sportiv - Stadionul „Milcov”, situat în municipiul Focșani, str. Aleea Stadionului nr. 2, aparține domeniului public al Județului Vrancea și este dat în administrarea Clubului Sportiv Județean Vrancea prin H.C.J. Vrancea nr. 80/06.05.2026 și Protocolul din 25.06.2026. Imobilul este identificat prin CF nr. 69345 Focșani și CF nr. 54477 Focșani. Poziția puțului și suprafața afectată vor fi raportate la documentația cadastrală actualizată.</w:t>
      </w:r>
    </w:p>
    <w:p w14:paraId="4D16CBF4" w14:textId="77777777" w:rsidR="00A57563" w:rsidRPr="00C57AA7" w:rsidRDefault="00E8585D">
      <w:pPr>
        <w:rPr>
          <w:rFonts w:cs="Times New Roman"/>
          <w:sz w:val="28"/>
          <w:szCs w:val="28"/>
        </w:rPr>
      </w:pPr>
      <w:proofErr w:type="spellStart"/>
      <w:r w:rsidRPr="00C57AA7">
        <w:rPr>
          <w:rFonts w:eastAsia="Times New Roman" w:cs="Times New Roman"/>
          <w:sz w:val="28"/>
          <w:szCs w:val="28"/>
        </w:rPr>
        <w:t>Investiția</w:t>
      </w:r>
      <w:proofErr w:type="spellEnd"/>
      <w:r w:rsidRPr="00C57AA7">
        <w:rPr>
          <w:rFonts w:eastAsia="Times New Roman" w:cs="Times New Roman"/>
          <w:sz w:val="28"/>
          <w:szCs w:val="28"/>
        </w:rPr>
        <w:t xml:space="preserve"> se </w:t>
      </w:r>
      <w:proofErr w:type="spellStart"/>
      <w:r w:rsidRPr="00C57AA7">
        <w:rPr>
          <w:rFonts w:eastAsia="Times New Roman" w:cs="Times New Roman"/>
          <w:sz w:val="28"/>
          <w:szCs w:val="28"/>
        </w:rPr>
        <w:t>realizează</w:t>
      </w:r>
      <w:proofErr w:type="spellEnd"/>
      <w:r w:rsidRPr="00C57AA7">
        <w:rPr>
          <w:rFonts w:eastAsia="Times New Roman" w:cs="Times New Roman"/>
          <w:sz w:val="28"/>
          <w:szCs w:val="28"/>
        </w:rPr>
        <w:t xml:space="preserve"> cu </w:t>
      </w:r>
      <w:proofErr w:type="spellStart"/>
      <w:r w:rsidRPr="00C57AA7">
        <w:rPr>
          <w:rFonts w:eastAsia="Times New Roman" w:cs="Times New Roman"/>
          <w:sz w:val="28"/>
          <w:szCs w:val="28"/>
        </w:rPr>
        <w:t>acordul</w:t>
      </w:r>
      <w:proofErr w:type="spellEnd"/>
      <w:r w:rsidRPr="00C57AA7">
        <w:rPr>
          <w:rFonts w:eastAsia="Times New Roman" w:cs="Times New Roman"/>
          <w:sz w:val="28"/>
          <w:szCs w:val="28"/>
        </w:rPr>
        <w:t xml:space="preserve"> </w:t>
      </w:r>
      <w:proofErr w:type="spellStart"/>
      <w:r w:rsidRPr="00C57AA7">
        <w:rPr>
          <w:rFonts w:eastAsia="Times New Roman" w:cs="Times New Roman"/>
          <w:sz w:val="28"/>
          <w:szCs w:val="28"/>
        </w:rPr>
        <w:t>expres</w:t>
      </w:r>
      <w:proofErr w:type="spellEnd"/>
      <w:r w:rsidRPr="00C57AA7">
        <w:rPr>
          <w:rFonts w:eastAsia="Times New Roman" w:cs="Times New Roman"/>
          <w:sz w:val="28"/>
          <w:szCs w:val="28"/>
        </w:rPr>
        <w:t xml:space="preserve"> al </w:t>
      </w:r>
      <w:proofErr w:type="spellStart"/>
      <w:r w:rsidRPr="00C57AA7">
        <w:rPr>
          <w:rFonts w:eastAsia="Times New Roman" w:cs="Times New Roman"/>
          <w:sz w:val="28"/>
          <w:szCs w:val="28"/>
        </w:rPr>
        <w:t>Consiliului</w:t>
      </w:r>
      <w:proofErr w:type="spellEnd"/>
      <w:r w:rsidRPr="00C57AA7">
        <w:rPr>
          <w:rFonts w:eastAsia="Times New Roman" w:cs="Times New Roman"/>
          <w:sz w:val="28"/>
          <w:szCs w:val="28"/>
        </w:rPr>
        <w:t xml:space="preserve"> </w:t>
      </w:r>
      <w:proofErr w:type="spellStart"/>
      <w:r w:rsidRPr="00C57AA7">
        <w:rPr>
          <w:rFonts w:eastAsia="Times New Roman" w:cs="Times New Roman"/>
          <w:sz w:val="28"/>
          <w:szCs w:val="28"/>
        </w:rPr>
        <w:t>Județean</w:t>
      </w:r>
      <w:proofErr w:type="spellEnd"/>
      <w:r w:rsidRPr="00C57AA7">
        <w:rPr>
          <w:rFonts w:eastAsia="Times New Roman" w:cs="Times New Roman"/>
          <w:sz w:val="28"/>
          <w:szCs w:val="28"/>
        </w:rPr>
        <w:t xml:space="preserve"> </w:t>
      </w:r>
      <w:proofErr w:type="spellStart"/>
      <w:r w:rsidRPr="00C57AA7">
        <w:rPr>
          <w:rFonts w:eastAsia="Times New Roman" w:cs="Times New Roman"/>
          <w:sz w:val="28"/>
          <w:szCs w:val="28"/>
        </w:rPr>
        <w:t>Vrancea</w:t>
      </w:r>
      <w:proofErr w:type="spellEnd"/>
      <w:r w:rsidRPr="00C57AA7">
        <w:rPr>
          <w:rFonts w:eastAsia="Times New Roman" w:cs="Times New Roman"/>
          <w:sz w:val="28"/>
          <w:szCs w:val="28"/>
        </w:rPr>
        <w:t xml:space="preserve">, </w:t>
      </w:r>
      <w:proofErr w:type="spellStart"/>
      <w:r w:rsidRPr="00C57AA7">
        <w:rPr>
          <w:rFonts w:eastAsia="Times New Roman" w:cs="Times New Roman"/>
          <w:sz w:val="28"/>
          <w:szCs w:val="28"/>
        </w:rPr>
        <w:t>iar</w:t>
      </w:r>
      <w:proofErr w:type="spellEnd"/>
      <w:r w:rsidRPr="00C57AA7">
        <w:rPr>
          <w:rFonts w:eastAsia="Times New Roman" w:cs="Times New Roman"/>
          <w:sz w:val="28"/>
          <w:szCs w:val="28"/>
        </w:rPr>
        <w:t xml:space="preserve"> </w:t>
      </w:r>
      <w:proofErr w:type="spellStart"/>
      <w:r w:rsidRPr="00C57AA7">
        <w:rPr>
          <w:rFonts w:eastAsia="Times New Roman" w:cs="Times New Roman"/>
          <w:sz w:val="28"/>
          <w:szCs w:val="28"/>
        </w:rPr>
        <w:t>bunul</w:t>
      </w:r>
      <w:proofErr w:type="spellEnd"/>
      <w:r w:rsidRPr="00C57AA7">
        <w:rPr>
          <w:rFonts w:eastAsia="Times New Roman" w:cs="Times New Roman"/>
          <w:sz w:val="28"/>
          <w:szCs w:val="28"/>
        </w:rPr>
        <w:t xml:space="preserve"> </w:t>
      </w:r>
      <w:proofErr w:type="spellStart"/>
      <w:r w:rsidRPr="00C57AA7">
        <w:rPr>
          <w:rFonts w:eastAsia="Times New Roman" w:cs="Times New Roman"/>
          <w:sz w:val="28"/>
          <w:szCs w:val="28"/>
        </w:rPr>
        <w:t>rezultat</w:t>
      </w:r>
      <w:proofErr w:type="spellEnd"/>
      <w:r w:rsidRPr="00C57AA7">
        <w:rPr>
          <w:rFonts w:eastAsia="Times New Roman" w:cs="Times New Roman"/>
          <w:sz w:val="28"/>
          <w:szCs w:val="28"/>
        </w:rPr>
        <w:t xml:space="preserve"> </w:t>
      </w:r>
      <w:proofErr w:type="spellStart"/>
      <w:r w:rsidRPr="00C57AA7">
        <w:rPr>
          <w:rFonts w:eastAsia="Times New Roman" w:cs="Times New Roman"/>
          <w:sz w:val="28"/>
          <w:szCs w:val="28"/>
        </w:rPr>
        <w:t>rămâne</w:t>
      </w:r>
      <w:proofErr w:type="spellEnd"/>
      <w:r w:rsidRPr="00C57AA7">
        <w:rPr>
          <w:rFonts w:eastAsia="Times New Roman" w:cs="Times New Roman"/>
          <w:sz w:val="28"/>
          <w:szCs w:val="28"/>
        </w:rPr>
        <w:t xml:space="preserve"> </w:t>
      </w:r>
      <w:proofErr w:type="spellStart"/>
      <w:r w:rsidRPr="00C57AA7">
        <w:rPr>
          <w:rFonts w:eastAsia="Times New Roman" w:cs="Times New Roman"/>
          <w:sz w:val="28"/>
          <w:szCs w:val="28"/>
        </w:rPr>
        <w:t>în</w:t>
      </w:r>
      <w:proofErr w:type="spellEnd"/>
      <w:r w:rsidRPr="00C57AA7">
        <w:rPr>
          <w:rFonts w:eastAsia="Times New Roman" w:cs="Times New Roman"/>
          <w:sz w:val="28"/>
          <w:szCs w:val="28"/>
        </w:rPr>
        <w:t xml:space="preserve"> </w:t>
      </w:r>
      <w:proofErr w:type="spellStart"/>
      <w:r w:rsidRPr="00C57AA7">
        <w:rPr>
          <w:rFonts w:eastAsia="Times New Roman" w:cs="Times New Roman"/>
          <w:sz w:val="28"/>
          <w:szCs w:val="28"/>
        </w:rPr>
        <w:t>proprietatea</w:t>
      </w:r>
      <w:proofErr w:type="spellEnd"/>
      <w:r w:rsidRPr="00C57AA7">
        <w:rPr>
          <w:rFonts w:eastAsia="Times New Roman" w:cs="Times New Roman"/>
          <w:sz w:val="28"/>
          <w:szCs w:val="28"/>
        </w:rPr>
        <w:t xml:space="preserve"> </w:t>
      </w:r>
      <w:proofErr w:type="spellStart"/>
      <w:r w:rsidRPr="00C57AA7">
        <w:rPr>
          <w:rFonts w:eastAsia="Times New Roman" w:cs="Times New Roman"/>
          <w:sz w:val="28"/>
          <w:szCs w:val="28"/>
        </w:rPr>
        <w:t>Județului</w:t>
      </w:r>
      <w:proofErr w:type="spellEnd"/>
      <w:r w:rsidRPr="00C57AA7">
        <w:rPr>
          <w:rFonts w:eastAsia="Times New Roman" w:cs="Times New Roman"/>
          <w:sz w:val="28"/>
          <w:szCs w:val="28"/>
        </w:rPr>
        <w:t xml:space="preserve"> </w:t>
      </w:r>
      <w:proofErr w:type="spellStart"/>
      <w:r w:rsidRPr="00C57AA7">
        <w:rPr>
          <w:rFonts w:eastAsia="Times New Roman" w:cs="Times New Roman"/>
          <w:sz w:val="28"/>
          <w:szCs w:val="28"/>
        </w:rPr>
        <w:t>Vrancea</w:t>
      </w:r>
      <w:proofErr w:type="spellEnd"/>
      <w:r w:rsidRPr="00C57AA7">
        <w:rPr>
          <w:rFonts w:eastAsia="Times New Roman" w:cs="Times New Roman"/>
          <w:sz w:val="28"/>
          <w:szCs w:val="28"/>
        </w:rPr>
        <w:t xml:space="preserve">. </w:t>
      </w:r>
      <w:proofErr w:type="spellStart"/>
      <w:r w:rsidRPr="00C57AA7">
        <w:rPr>
          <w:rFonts w:eastAsia="Times New Roman" w:cs="Times New Roman"/>
          <w:sz w:val="28"/>
          <w:szCs w:val="28"/>
        </w:rPr>
        <w:t>Dreptul</w:t>
      </w:r>
      <w:proofErr w:type="spellEnd"/>
      <w:r w:rsidRPr="00C57AA7">
        <w:rPr>
          <w:rFonts w:eastAsia="Times New Roman" w:cs="Times New Roman"/>
          <w:sz w:val="28"/>
          <w:szCs w:val="28"/>
        </w:rPr>
        <w:t xml:space="preserve"> de </w:t>
      </w:r>
      <w:proofErr w:type="spellStart"/>
      <w:r w:rsidRPr="00C57AA7">
        <w:rPr>
          <w:rFonts w:eastAsia="Times New Roman" w:cs="Times New Roman"/>
          <w:sz w:val="28"/>
          <w:szCs w:val="28"/>
        </w:rPr>
        <w:t>administrare</w:t>
      </w:r>
      <w:proofErr w:type="spellEnd"/>
      <w:r w:rsidRPr="00C57AA7">
        <w:rPr>
          <w:rFonts w:eastAsia="Times New Roman" w:cs="Times New Roman"/>
          <w:sz w:val="28"/>
          <w:szCs w:val="28"/>
        </w:rPr>
        <w:t xml:space="preserve"> </w:t>
      </w:r>
      <w:proofErr w:type="spellStart"/>
      <w:r w:rsidRPr="00C57AA7">
        <w:rPr>
          <w:rFonts w:eastAsia="Times New Roman" w:cs="Times New Roman"/>
          <w:sz w:val="28"/>
          <w:szCs w:val="28"/>
        </w:rPr>
        <w:t>și</w:t>
      </w:r>
      <w:proofErr w:type="spellEnd"/>
      <w:r w:rsidRPr="00C57AA7">
        <w:rPr>
          <w:rFonts w:eastAsia="Times New Roman" w:cs="Times New Roman"/>
          <w:sz w:val="28"/>
          <w:szCs w:val="28"/>
        </w:rPr>
        <w:t xml:space="preserve"> </w:t>
      </w:r>
      <w:proofErr w:type="spellStart"/>
      <w:r w:rsidRPr="00C57AA7">
        <w:rPr>
          <w:rFonts w:eastAsia="Times New Roman" w:cs="Times New Roman"/>
          <w:sz w:val="28"/>
          <w:szCs w:val="28"/>
        </w:rPr>
        <w:t>dreptul</w:t>
      </w:r>
      <w:proofErr w:type="spellEnd"/>
      <w:r w:rsidRPr="00C57AA7">
        <w:rPr>
          <w:rFonts w:eastAsia="Times New Roman" w:cs="Times New Roman"/>
          <w:sz w:val="28"/>
          <w:szCs w:val="28"/>
        </w:rPr>
        <w:t xml:space="preserve"> de </w:t>
      </w:r>
      <w:proofErr w:type="spellStart"/>
      <w:r w:rsidRPr="00C57AA7">
        <w:rPr>
          <w:rFonts w:eastAsia="Times New Roman" w:cs="Times New Roman"/>
          <w:sz w:val="28"/>
          <w:szCs w:val="28"/>
        </w:rPr>
        <w:t>execuție</w:t>
      </w:r>
      <w:proofErr w:type="spellEnd"/>
      <w:r w:rsidRPr="00C57AA7">
        <w:rPr>
          <w:rFonts w:eastAsia="Times New Roman" w:cs="Times New Roman"/>
          <w:sz w:val="28"/>
          <w:szCs w:val="28"/>
        </w:rPr>
        <w:t xml:space="preserve"> </w:t>
      </w:r>
      <w:proofErr w:type="spellStart"/>
      <w:r w:rsidRPr="00C57AA7">
        <w:rPr>
          <w:rFonts w:eastAsia="Times New Roman" w:cs="Times New Roman"/>
          <w:sz w:val="28"/>
          <w:szCs w:val="28"/>
        </w:rPr>
        <w:t>vor</w:t>
      </w:r>
      <w:proofErr w:type="spellEnd"/>
      <w:r w:rsidRPr="00C57AA7">
        <w:rPr>
          <w:rFonts w:eastAsia="Times New Roman" w:cs="Times New Roman"/>
          <w:sz w:val="28"/>
          <w:szCs w:val="28"/>
        </w:rPr>
        <w:t xml:space="preserve"> fi </w:t>
      </w:r>
      <w:proofErr w:type="spellStart"/>
      <w:r w:rsidRPr="00C57AA7">
        <w:rPr>
          <w:rFonts w:eastAsia="Times New Roman" w:cs="Times New Roman"/>
          <w:sz w:val="28"/>
          <w:szCs w:val="28"/>
        </w:rPr>
        <w:t>dovedite</w:t>
      </w:r>
      <w:proofErr w:type="spellEnd"/>
      <w:r w:rsidRPr="00C57AA7">
        <w:rPr>
          <w:rFonts w:eastAsia="Times New Roman" w:cs="Times New Roman"/>
          <w:sz w:val="28"/>
          <w:szCs w:val="28"/>
        </w:rPr>
        <w:t xml:space="preserve"> la </w:t>
      </w:r>
      <w:proofErr w:type="spellStart"/>
      <w:r w:rsidRPr="00C57AA7">
        <w:rPr>
          <w:rFonts w:eastAsia="Times New Roman" w:cs="Times New Roman"/>
          <w:sz w:val="28"/>
          <w:szCs w:val="28"/>
        </w:rPr>
        <w:t>etapele</w:t>
      </w:r>
      <w:proofErr w:type="spellEnd"/>
      <w:r w:rsidRPr="00C57AA7">
        <w:rPr>
          <w:rFonts w:eastAsia="Times New Roman" w:cs="Times New Roman"/>
          <w:sz w:val="28"/>
          <w:szCs w:val="28"/>
        </w:rPr>
        <w:t xml:space="preserve"> la care sunt solicitate.</w:t>
      </w:r>
    </w:p>
    <w:p w14:paraId="7E9B1D0A" w14:textId="77777777" w:rsidR="00A57563" w:rsidRPr="00C57AA7" w:rsidRDefault="00E8585D">
      <w:pPr>
        <w:pStyle w:val="Titlu2"/>
        <w:rPr>
          <w:rFonts w:ascii="Times New Roman" w:hAnsi="Times New Roman" w:cs="Times New Roman"/>
          <w:sz w:val="28"/>
          <w:szCs w:val="28"/>
        </w:rPr>
      </w:pPr>
      <w:r w:rsidRPr="00C57AA7">
        <w:rPr>
          <w:rFonts w:ascii="Times New Roman" w:hAnsi="Times New Roman" w:cs="Times New Roman"/>
          <w:sz w:val="28"/>
          <w:szCs w:val="28"/>
        </w:rPr>
        <w:t xml:space="preserve">4.2. </w:t>
      </w:r>
      <w:proofErr w:type="spellStart"/>
      <w:r w:rsidRPr="00C57AA7">
        <w:rPr>
          <w:rFonts w:ascii="Times New Roman" w:hAnsi="Times New Roman" w:cs="Times New Roman"/>
          <w:sz w:val="28"/>
          <w:szCs w:val="28"/>
        </w:rPr>
        <w:t>Regimul</w:t>
      </w:r>
      <w:proofErr w:type="spellEnd"/>
      <w:r w:rsidRPr="00C57AA7">
        <w:rPr>
          <w:rFonts w:ascii="Times New Roman" w:hAnsi="Times New Roman" w:cs="Times New Roman"/>
          <w:sz w:val="28"/>
          <w:szCs w:val="28"/>
        </w:rPr>
        <w:t xml:space="preserve"> </w:t>
      </w:r>
      <w:proofErr w:type="gramStart"/>
      <w:r w:rsidRPr="00C57AA7">
        <w:rPr>
          <w:rFonts w:ascii="Times New Roman" w:hAnsi="Times New Roman" w:cs="Times New Roman"/>
          <w:sz w:val="28"/>
          <w:szCs w:val="28"/>
        </w:rPr>
        <w:t>economic</w:t>
      </w:r>
      <w:proofErr w:type="gramEnd"/>
    </w:p>
    <w:p w14:paraId="1FB5FAD3" w14:textId="77777777" w:rsidR="00A57563" w:rsidRPr="00C57AA7" w:rsidRDefault="00E8585D">
      <w:pPr>
        <w:rPr>
          <w:rFonts w:cs="Times New Roman"/>
          <w:sz w:val="28"/>
          <w:szCs w:val="28"/>
        </w:rPr>
      </w:pPr>
      <w:proofErr w:type="spellStart"/>
      <w:r w:rsidRPr="00C57AA7">
        <w:rPr>
          <w:rFonts w:eastAsia="Times New Roman" w:cs="Times New Roman"/>
          <w:sz w:val="28"/>
          <w:szCs w:val="28"/>
        </w:rPr>
        <w:t>Amplasamentul</w:t>
      </w:r>
      <w:proofErr w:type="spellEnd"/>
      <w:r w:rsidRPr="00C57AA7">
        <w:rPr>
          <w:rFonts w:eastAsia="Times New Roman" w:cs="Times New Roman"/>
          <w:sz w:val="28"/>
          <w:szCs w:val="28"/>
        </w:rPr>
        <w:t xml:space="preserve"> are </w:t>
      </w:r>
      <w:proofErr w:type="spellStart"/>
      <w:r w:rsidRPr="00C57AA7">
        <w:rPr>
          <w:rFonts w:eastAsia="Times New Roman" w:cs="Times New Roman"/>
          <w:sz w:val="28"/>
          <w:szCs w:val="28"/>
        </w:rPr>
        <w:t>destinație</w:t>
      </w:r>
      <w:proofErr w:type="spellEnd"/>
      <w:r w:rsidRPr="00C57AA7">
        <w:rPr>
          <w:rFonts w:eastAsia="Times New Roman" w:cs="Times New Roman"/>
          <w:sz w:val="28"/>
          <w:szCs w:val="28"/>
        </w:rPr>
        <w:t xml:space="preserve"> </w:t>
      </w:r>
      <w:proofErr w:type="spellStart"/>
      <w:r w:rsidRPr="00C57AA7">
        <w:rPr>
          <w:rFonts w:eastAsia="Times New Roman" w:cs="Times New Roman"/>
          <w:sz w:val="28"/>
          <w:szCs w:val="28"/>
        </w:rPr>
        <w:t>sportivă</w:t>
      </w:r>
      <w:proofErr w:type="spellEnd"/>
      <w:r w:rsidRPr="00C57AA7">
        <w:rPr>
          <w:rFonts w:eastAsia="Times New Roman" w:cs="Times New Roman"/>
          <w:sz w:val="28"/>
          <w:szCs w:val="28"/>
        </w:rPr>
        <w:t xml:space="preserve">. </w:t>
      </w:r>
      <w:proofErr w:type="spellStart"/>
      <w:r w:rsidRPr="00C57AA7">
        <w:rPr>
          <w:rFonts w:eastAsia="Times New Roman" w:cs="Times New Roman"/>
          <w:sz w:val="28"/>
          <w:szCs w:val="28"/>
        </w:rPr>
        <w:t>Puțul</w:t>
      </w:r>
      <w:proofErr w:type="spellEnd"/>
      <w:r w:rsidRPr="00C57AA7">
        <w:rPr>
          <w:rFonts w:eastAsia="Times New Roman" w:cs="Times New Roman"/>
          <w:sz w:val="28"/>
          <w:szCs w:val="28"/>
        </w:rPr>
        <w:t xml:space="preserve"> </w:t>
      </w:r>
      <w:proofErr w:type="spellStart"/>
      <w:r w:rsidRPr="00C57AA7">
        <w:rPr>
          <w:rFonts w:eastAsia="Times New Roman" w:cs="Times New Roman"/>
          <w:sz w:val="28"/>
          <w:szCs w:val="28"/>
        </w:rPr>
        <w:t>este</w:t>
      </w:r>
      <w:proofErr w:type="spellEnd"/>
      <w:r w:rsidRPr="00C57AA7">
        <w:rPr>
          <w:rFonts w:eastAsia="Times New Roman" w:cs="Times New Roman"/>
          <w:sz w:val="28"/>
          <w:szCs w:val="28"/>
        </w:rPr>
        <w:t xml:space="preserve"> </w:t>
      </w:r>
      <w:proofErr w:type="spellStart"/>
      <w:r w:rsidRPr="00C57AA7">
        <w:rPr>
          <w:rFonts w:eastAsia="Times New Roman" w:cs="Times New Roman"/>
          <w:sz w:val="28"/>
          <w:szCs w:val="28"/>
        </w:rPr>
        <w:t>destinat</w:t>
      </w:r>
      <w:proofErr w:type="spellEnd"/>
      <w:r w:rsidRPr="00C57AA7">
        <w:rPr>
          <w:rFonts w:eastAsia="Times New Roman" w:cs="Times New Roman"/>
          <w:sz w:val="28"/>
          <w:szCs w:val="28"/>
        </w:rPr>
        <w:t xml:space="preserve"> </w:t>
      </w:r>
      <w:proofErr w:type="spellStart"/>
      <w:r w:rsidRPr="00C57AA7">
        <w:rPr>
          <w:rFonts w:eastAsia="Times New Roman" w:cs="Times New Roman"/>
          <w:sz w:val="28"/>
          <w:szCs w:val="28"/>
        </w:rPr>
        <w:t>exclusiv</w:t>
      </w:r>
      <w:proofErr w:type="spellEnd"/>
      <w:r w:rsidRPr="00C57AA7">
        <w:rPr>
          <w:rFonts w:eastAsia="Times New Roman" w:cs="Times New Roman"/>
          <w:sz w:val="28"/>
          <w:szCs w:val="28"/>
        </w:rPr>
        <w:t xml:space="preserve"> </w:t>
      </w:r>
      <w:proofErr w:type="spellStart"/>
      <w:r w:rsidRPr="00C57AA7">
        <w:rPr>
          <w:rFonts w:eastAsia="Times New Roman" w:cs="Times New Roman"/>
          <w:sz w:val="28"/>
          <w:szCs w:val="28"/>
        </w:rPr>
        <w:t>asigurării</w:t>
      </w:r>
      <w:proofErr w:type="spellEnd"/>
      <w:r w:rsidRPr="00C57AA7">
        <w:rPr>
          <w:rFonts w:eastAsia="Times New Roman" w:cs="Times New Roman"/>
          <w:sz w:val="28"/>
          <w:szCs w:val="28"/>
        </w:rPr>
        <w:t xml:space="preserve"> </w:t>
      </w:r>
      <w:proofErr w:type="spellStart"/>
      <w:r w:rsidRPr="00C57AA7">
        <w:rPr>
          <w:rFonts w:eastAsia="Times New Roman" w:cs="Times New Roman"/>
          <w:sz w:val="28"/>
          <w:szCs w:val="28"/>
        </w:rPr>
        <w:t>unei</w:t>
      </w:r>
      <w:proofErr w:type="spellEnd"/>
      <w:r w:rsidRPr="00C57AA7">
        <w:rPr>
          <w:rFonts w:eastAsia="Times New Roman" w:cs="Times New Roman"/>
          <w:sz w:val="28"/>
          <w:szCs w:val="28"/>
        </w:rPr>
        <w:t xml:space="preserve"> </w:t>
      </w:r>
      <w:proofErr w:type="spellStart"/>
      <w:r w:rsidRPr="00C57AA7">
        <w:rPr>
          <w:rFonts w:eastAsia="Times New Roman" w:cs="Times New Roman"/>
          <w:sz w:val="28"/>
          <w:szCs w:val="28"/>
        </w:rPr>
        <w:t>surse</w:t>
      </w:r>
      <w:proofErr w:type="spellEnd"/>
      <w:r w:rsidRPr="00C57AA7">
        <w:rPr>
          <w:rFonts w:eastAsia="Times New Roman" w:cs="Times New Roman"/>
          <w:sz w:val="28"/>
          <w:szCs w:val="28"/>
        </w:rPr>
        <w:t xml:space="preserve"> </w:t>
      </w:r>
      <w:proofErr w:type="spellStart"/>
      <w:r w:rsidRPr="00C57AA7">
        <w:rPr>
          <w:rFonts w:eastAsia="Times New Roman" w:cs="Times New Roman"/>
          <w:sz w:val="28"/>
          <w:szCs w:val="28"/>
        </w:rPr>
        <w:t>pentru</w:t>
      </w:r>
      <w:proofErr w:type="spellEnd"/>
      <w:r w:rsidRPr="00C57AA7">
        <w:rPr>
          <w:rFonts w:eastAsia="Times New Roman" w:cs="Times New Roman"/>
          <w:sz w:val="28"/>
          <w:szCs w:val="28"/>
        </w:rPr>
        <w:t xml:space="preserve"> </w:t>
      </w:r>
      <w:proofErr w:type="spellStart"/>
      <w:r w:rsidRPr="00C57AA7">
        <w:rPr>
          <w:rFonts w:eastAsia="Times New Roman" w:cs="Times New Roman"/>
          <w:sz w:val="28"/>
          <w:szCs w:val="28"/>
        </w:rPr>
        <w:t>irigarea</w:t>
      </w:r>
      <w:proofErr w:type="spellEnd"/>
      <w:r w:rsidRPr="00C57AA7">
        <w:rPr>
          <w:rFonts w:eastAsia="Times New Roman" w:cs="Times New Roman"/>
          <w:sz w:val="28"/>
          <w:szCs w:val="28"/>
        </w:rPr>
        <w:t xml:space="preserve"> </w:t>
      </w:r>
      <w:proofErr w:type="spellStart"/>
      <w:r w:rsidRPr="00C57AA7">
        <w:rPr>
          <w:rFonts w:eastAsia="Times New Roman" w:cs="Times New Roman"/>
          <w:sz w:val="28"/>
          <w:szCs w:val="28"/>
        </w:rPr>
        <w:t>terenurilor</w:t>
      </w:r>
      <w:proofErr w:type="spellEnd"/>
      <w:r w:rsidRPr="00C57AA7">
        <w:rPr>
          <w:rFonts w:eastAsia="Times New Roman" w:cs="Times New Roman"/>
          <w:sz w:val="28"/>
          <w:szCs w:val="28"/>
        </w:rPr>
        <w:t xml:space="preserve"> </w:t>
      </w:r>
      <w:proofErr w:type="spellStart"/>
      <w:r w:rsidRPr="00C57AA7">
        <w:rPr>
          <w:rFonts w:eastAsia="Times New Roman" w:cs="Times New Roman"/>
          <w:sz w:val="28"/>
          <w:szCs w:val="28"/>
        </w:rPr>
        <w:t>naturale</w:t>
      </w:r>
      <w:proofErr w:type="spellEnd"/>
      <w:r w:rsidRPr="00C57AA7">
        <w:rPr>
          <w:rFonts w:eastAsia="Times New Roman" w:cs="Times New Roman"/>
          <w:sz w:val="28"/>
          <w:szCs w:val="28"/>
        </w:rPr>
        <w:t xml:space="preserve">, </w:t>
      </w:r>
      <w:proofErr w:type="spellStart"/>
      <w:r w:rsidRPr="00C57AA7">
        <w:rPr>
          <w:rFonts w:eastAsia="Times New Roman" w:cs="Times New Roman"/>
          <w:sz w:val="28"/>
          <w:szCs w:val="28"/>
        </w:rPr>
        <w:t>în</w:t>
      </w:r>
      <w:proofErr w:type="spellEnd"/>
      <w:r w:rsidRPr="00C57AA7">
        <w:rPr>
          <w:rFonts w:eastAsia="Times New Roman" w:cs="Times New Roman"/>
          <w:sz w:val="28"/>
          <w:szCs w:val="28"/>
        </w:rPr>
        <w:t xml:space="preserve"> </w:t>
      </w:r>
      <w:proofErr w:type="spellStart"/>
      <w:r w:rsidRPr="00C57AA7">
        <w:rPr>
          <w:rFonts w:eastAsia="Times New Roman" w:cs="Times New Roman"/>
          <w:sz w:val="28"/>
          <w:szCs w:val="28"/>
        </w:rPr>
        <w:t>limitele</w:t>
      </w:r>
      <w:proofErr w:type="spellEnd"/>
      <w:r w:rsidRPr="00C57AA7">
        <w:rPr>
          <w:rFonts w:eastAsia="Times New Roman" w:cs="Times New Roman"/>
          <w:sz w:val="28"/>
          <w:szCs w:val="28"/>
        </w:rPr>
        <w:t xml:space="preserve"> </w:t>
      </w:r>
      <w:proofErr w:type="spellStart"/>
      <w:r w:rsidRPr="00C57AA7">
        <w:rPr>
          <w:rFonts w:eastAsia="Times New Roman" w:cs="Times New Roman"/>
          <w:sz w:val="28"/>
          <w:szCs w:val="28"/>
        </w:rPr>
        <w:t>debitului</w:t>
      </w:r>
      <w:proofErr w:type="spellEnd"/>
      <w:r w:rsidRPr="00C57AA7">
        <w:rPr>
          <w:rFonts w:eastAsia="Times New Roman" w:cs="Times New Roman"/>
          <w:sz w:val="28"/>
          <w:szCs w:val="28"/>
        </w:rPr>
        <w:t xml:space="preserve"> </w:t>
      </w:r>
      <w:proofErr w:type="spellStart"/>
      <w:r w:rsidRPr="00C57AA7">
        <w:rPr>
          <w:rFonts w:eastAsia="Times New Roman" w:cs="Times New Roman"/>
          <w:sz w:val="28"/>
          <w:szCs w:val="28"/>
        </w:rPr>
        <w:t>autorizat</w:t>
      </w:r>
      <w:proofErr w:type="spellEnd"/>
      <w:r w:rsidRPr="00C57AA7">
        <w:rPr>
          <w:rFonts w:eastAsia="Times New Roman" w:cs="Times New Roman"/>
          <w:sz w:val="28"/>
          <w:szCs w:val="28"/>
        </w:rPr>
        <w:t xml:space="preserve">. </w:t>
      </w:r>
      <w:proofErr w:type="spellStart"/>
      <w:r w:rsidRPr="00C57AA7">
        <w:rPr>
          <w:rFonts w:eastAsia="Times New Roman" w:cs="Times New Roman"/>
          <w:sz w:val="28"/>
          <w:szCs w:val="28"/>
        </w:rPr>
        <w:t>Condiționările</w:t>
      </w:r>
      <w:proofErr w:type="spellEnd"/>
      <w:r w:rsidRPr="00C57AA7">
        <w:rPr>
          <w:rFonts w:eastAsia="Times New Roman" w:cs="Times New Roman"/>
          <w:sz w:val="28"/>
          <w:szCs w:val="28"/>
        </w:rPr>
        <w:t xml:space="preserve"> </w:t>
      </w:r>
      <w:proofErr w:type="spellStart"/>
      <w:r w:rsidRPr="00C57AA7">
        <w:rPr>
          <w:rFonts w:eastAsia="Times New Roman" w:cs="Times New Roman"/>
          <w:sz w:val="28"/>
          <w:szCs w:val="28"/>
        </w:rPr>
        <w:t>economice</w:t>
      </w:r>
      <w:proofErr w:type="spellEnd"/>
      <w:r w:rsidRPr="00C57AA7">
        <w:rPr>
          <w:rFonts w:eastAsia="Times New Roman" w:cs="Times New Roman"/>
          <w:sz w:val="28"/>
          <w:szCs w:val="28"/>
        </w:rPr>
        <w:t xml:space="preserve"> </w:t>
      </w:r>
      <w:proofErr w:type="spellStart"/>
      <w:r w:rsidRPr="00C57AA7">
        <w:rPr>
          <w:rFonts w:eastAsia="Times New Roman" w:cs="Times New Roman"/>
          <w:sz w:val="28"/>
          <w:szCs w:val="28"/>
        </w:rPr>
        <w:t>și</w:t>
      </w:r>
      <w:proofErr w:type="spellEnd"/>
      <w:r w:rsidRPr="00C57AA7">
        <w:rPr>
          <w:rFonts w:eastAsia="Times New Roman" w:cs="Times New Roman"/>
          <w:sz w:val="28"/>
          <w:szCs w:val="28"/>
        </w:rPr>
        <w:t xml:space="preserve"> </w:t>
      </w:r>
      <w:proofErr w:type="spellStart"/>
      <w:r w:rsidRPr="00C57AA7">
        <w:rPr>
          <w:rFonts w:eastAsia="Times New Roman" w:cs="Times New Roman"/>
          <w:sz w:val="28"/>
          <w:szCs w:val="28"/>
        </w:rPr>
        <w:t>urbanistice</w:t>
      </w:r>
      <w:proofErr w:type="spellEnd"/>
      <w:r w:rsidRPr="00C57AA7">
        <w:rPr>
          <w:rFonts w:eastAsia="Times New Roman" w:cs="Times New Roman"/>
          <w:sz w:val="28"/>
          <w:szCs w:val="28"/>
        </w:rPr>
        <w:t xml:space="preserve"> </w:t>
      </w:r>
      <w:proofErr w:type="spellStart"/>
      <w:r w:rsidRPr="00C57AA7">
        <w:rPr>
          <w:rFonts w:eastAsia="Times New Roman" w:cs="Times New Roman"/>
          <w:sz w:val="28"/>
          <w:szCs w:val="28"/>
        </w:rPr>
        <w:t>vor</w:t>
      </w:r>
      <w:proofErr w:type="spellEnd"/>
      <w:r w:rsidRPr="00C57AA7">
        <w:rPr>
          <w:rFonts w:eastAsia="Times New Roman" w:cs="Times New Roman"/>
          <w:sz w:val="28"/>
          <w:szCs w:val="28"/>
        </w:rPr>
        <w:t xml:space="preserve"> fi </w:t>
      </w:r>
      <w:proofErr w:type="spellStart"/>
      <w:r w:rsidRPr="00C57AA7">
        <w:rPr>
          <w:rFonts w:eastAsia="Times New Roman" w:cs="Times New Roman"/>
          <w:sz w:val="28"/>
          <w:szCs w:val="28"/>
        </w:rPr>
        <w:t>stabilite</w:t>
      </w:r>
      <w:proofErr w:type="spellEnd"/>
      <w:r w:rsidRPr="00C57AA7">
        <w:rPr>
          <w:rFonts w:eastAsia="Times New Roman" w:cs="Times New Roman"/>
          <w:sz w:val="28"/>
          <w:szCs w:val="28"/>
        </w:rPr>
        <w:t xml:space="preserve"> </w:t>
      </w:r>
      <w:proofErr w:type="spellStart"/>
      <w:r w:rsidRPr="00C57AA7">
        <w:rPr>
          <w:rFonts w:eastAsia="Times New Roman" w:cs="Times New Roman"/>
          <w:sz w:val="28"/>
          <w:szCs w:val="28"/>
        </w:rPr>
        <w:t>prin</w:t>
      </w:r>
      <w:proofErr w:type="spellEnd"/>
      <w:r w:rsidRPr="00C57AA7">
        <w:rPr>
          <w:rFonts w:eastAsia="Times New Roman" w:cs="Times New Roman"/>
          <w:sz w:val="28"/>
          <w:szCs w:val="28"/>
        </w:rPr>
        <w:t xml:space="preserve"> </w:t>
      </w:r>
      <w:proofErr w:type="spellStart"/>
      <w:r w:rsidRPr="00C57AA7">
        <w:rPr>
          <w:rFonts w:eastAsia="Times New Roman" w:cs="Times New Roman"/>
          <w:sz w:val="28"/>
          <w:szCs w:val="28"/>
        </w:rPr>
        <w:t>certificatul</w:t>
      </w:r>
      <w:proofErr w:type="spellEnd"/>
      <w:r w:rsidRPr="00C57AA7">
        <w:rPr>
          <w:rFonts w:eastAsia="Times New Roman" w:cs="Times New Roman"/>
          <w:sz w:val="28"/>
          <w:szCs w:val="28"/>
        </w:rPr>
        <w:t xml:space="preserve"> de urbanism </w:t>
      </w:r>
      <w:proofErr w:type="spellStart"/>
      <w:r w:rsidRPr="00C57AA7">
        <w:rPr>
          <w:rFonts w:eastAsia="Times New Roman" w:cs="Times New Roman"/>
          <w:sz w:val="28"/>
          <w:szCs w:val="28"/>
        </w:rPr>
        <w:t>și</w:t>
      </w:r>
      <w:proofErr w:type="spellEnd"/>
      <w:r w:rsidRPr="00C57AA7">
        <w:rPr>
          <w:rFonts w:eastAsia="Times New Roman" w:cs="Times New Roman"/>
          <w:sz w:val="28"/>
          <w:szCs w:val="28"/>
        </w:rPr>
        <w:t xml:space="preserve"> </w:t>
      </w:r>
      <w:proofErr w:type="spellStart"/>
      <w:r w:rsidRPr="00C57AA7">
        <w:rPr>
          <w:rFonts w:eastAsia="Times New Roman" w:cs="Times New Roman"/>
          <w:sz w:val="28"/>
          <w:szCs w:val="28"/>
        </w:rPr>
        <w:t>actele</w:t>
      </w:r>
      <w:proofErr w:type="spellEnd"/>
      <w:r w:rsidRPr="00C57AA7">
        <w:rPr>
          <w:rFonts w:eastAsia="Times New Roman" w:cs="Times New Roman"/>
          <w:sz w:val="28"/>
          <w:szCs w:val="28"/>
        </w:rPr>
        <w:t xml:space="preserve"> </w:t>
      </w:r>
      <w:proofErr w:type="spellStart"/>
      <w:r w:rsidRPr="00C57AA7">
        <w:rPr>
          <w:rFonts w:eastAsia="Times New Roman" w:cs="Times New Roman"/>
          <w:sz w:val="28"/>
          <w:szCs w:val="28"/>
        </w:rPr>
        <w:t>autorităților</w:t>
      </w:r>
      <w:proofErr w:type="spellEnd"/>
      <w:r w:rsidRPr="00C57AA7">
        <w:rPr>
          <w:rFonts w:eastAsia="Times New Roman" w:cs="Times New Roman"/>
          <w:sz w:val="28"/>
          <w:szCs w:val="28"/>
        </w:rPr>
        <w:t xml:space="preserve"> </w:t>
      </w:r>
      <w:proofErr w:type="spellStart"/>
      <w:r w:rsidRPr="00C57AA7">
        <w:rPr>
          <w:rFonts w:eastAsia="Times New Roman" w:cs="Times New Roman"/>
          <w:sz w:val="28"/>
          <w:szCs w:val="28"/>
        </w:rPr>
        <w:t>competente</w:t>
      </w:r>
      <w:proofErr w:type="spellEnd"/>
      <w:r w:rsidRPr="00C57AA7">
        <w:rPr>
          <w:rFonts w:eastAsia="Times New Roman" w:cs="Times New Roman"/>
          <w:sz w:val="28"/>
          <w:szCs w:val="28"/>
        </w:rPr>
        <w:t>.</w:t>
      </w:r>
    </w:p>
    <w:p w14:paraId="2364439A" w14:textId="77777777" w:rsidR="00A57563" w:rsidRPr="00C57AA7" w:rsidRDefault="00E8585D">
      <w:pPr>
        <w:pStyle w:val="Titlu2"/>
        <w:rPr>
          <w:rFonts w:ascii="Times New Roman" w:hAnsi="Times New Roman" w:cs="Times New Roman"/>
          <w:sz w:val="28"/>
          <w:szCs w:val="28"/>
        </w:rPr>
      </w:pPr>
      <w:r w:rsidRPr="00C57AA7">
        <w:rPr>
          <w:rFonts w:ascii="Times New Roman" w:hAnsi="Times New Roman" w:cs="Times New Roman"/>
          <w:sz w:val="28"/>
          <w:szCs w:val="28"/>
        </w:rPr>
        <w:t xml:space="preserve">4.3. </w:t>
      </w:r>
      <w:proofErr w:type="spellStart"/>
      <w:r w:rsidRPr="00C57AA7">
        <w:rPr>
          <w:rFonts w:ascii="Times New Roman" w:hAnsi="Times New Roman" w:cs="Times New Roman"/>
          <w:sz w:val="28"/>
          <w:szCs w:val="28"/>
        </w:rPr>
        <w:t>Regimul</w:t>
      </w:r>
      <w:proofErr w:type="spellEnd"/>
      <w:r w:rsidRPr="00C57AA7">
        <w:rPr>
          <w:rFonts w:ascii="Times New Roman" w:hAnsi="Times New Roman" w:cs="Times New Roman"/>
          <w:sz w:val="28"/>
          <w:szCs w:val="28"/>
        </w:rPr>
        <w:t xml:space="preserve"> </w:t>
      </w:r>
      <w:proofErr w:type="spellStart"/>
      <w:r w:rsidRPr="00C57AA7">
        <w:rPr>
          <w:rFonts w:ascii="Times New Roman" w:hAnsi="Times New Roman" w:cs="Times New Roman"/>
          <w:sz w:val="28"/>
          <w:szCs w:val="28"/>
        </w:rPr>
        <w:t>tehnic</w:t>
      </w:r>
      <w:proofErr w:type="spellEnd"/>
    </w:p>
    <w:p w14:paraId="58822158" w14:textId="77777777" w:rsidR="00A57563" w:rsidRPr="00C57AA7" w:rsidRDefault="00E8585D">
      <w:pPr>
        <w:rPr>
          <w:rFonts w:cs="Times New Roman"/>
          <w:sz w:val="28"/>
          <w:szCs w:val="28"/>
        </w:rPr>
      </w:pPr>
      <w:r w:rsidRPr="00C57AA7">
        <w:rPr>
          <w:rFonts w:eastAsia="Times New Roman" w:cs="Times New Roman"/>
          <w:sz w:val="28"/>
          <w:szCs w:val="28"/>
        </w:rPr>
        <w:t xml:space="preserve">Nu sunt </w:t>
      </w:r>
      <w:proofErr w:type="spellStart"/>
      <w:r w:rsidRPr="00C57AA7">
        <w:rPr>
          <w:rFonts w:eastAsia="Times New Roman" w:cs="Times New Roman"/>
          <w:sz w:val="28"/>
          <w:szCs w:val="28"/>
        </w:rPr>
        <w:t>confirmate</w:t>
      </w:r>
      <w:proofErr w:type="spellEnd"/>
      <w:r w:rsidRPr="00C57AA7">
        <w:rPr>
          <w:rFonts w:eastAsia="Times New Roman" w:cs="Times New Roman"/>
          <w:sz w:val="28"/>
          <w:szCs w:val="28"/>
        </w:rPr>
        <w:t xml:space="preserve"> </w:t>
      </w:r>
      <w:proofErr w:type="spellStart"/>
      <w:r w:rsidRPr="00C57AA7">
        <w:rPr>
          <w:rFonts w:eastAsia="Times New Roman" w:cs="Times New Roman"/>
          <w:sz w:val="28"/>
          <w:szCs w:val="28"/>
        </w:rPr>
        <w:t>adâncimea</w:t>
      </w:r>
      <w:proofErr w:type="spellEnd"/>
      <w:r w:rsidRPr="00C57AA7">
        <w:rPr>
          <w:rFonts w:eastAsia="Times New Roman" w:cs="Times New Roman"/>
          <w:sz w:val="28"/>
          <w:szCs w:val="28"/>
        </w:rPr>
        <w:t xml:space="preserve">, </w:t>
      </w:r>
      <w:proofErr w:type="spellStart"/>
      <w:r w:rsidRPr="00C57AA7">
        <w:rPr>
          <w:rFonts w:eastAsia="Times New Roman" w:cs="Times New Roman"/>
          <w:sz w:val="28"/>
          <w:szCs w:val="28"/>
        </w:rPr>
        <w:t>diametrele</w:t>
      </w:r>
      <w:proofErr w:type="spellEnd"/>
      <w:r w:rsidRPr="00C57AA7">
        <w:rPr>
          <w:rFonts w:eastAsia="Times New Roman" w:cs="Times New Roman"/>
          <w:sz w:val="28"/>
          <w:szCs w:val="28"/>
        </w:rPr>
        <w:t xml:space="preserve">, </w:t>
      </w:r>
      <w:proofErr w:type="spellStart"/>
      <w:r w:rsidRPr="00C57AA7">
        <w:rPr>
          <w:rFonts w:eastAsia="Times New Roman" w:cs="Times New Roman"/>
          <w:sz w:val="28"/>
          <w:szCs w:val="28"/>
        </w:rPr>
        <w:t>coloanele</w:t>
      </w:r>
      <w:proofErr w:type="spellEnd"/>
      <w:r w:rsidRPr="00C57AA7">
        <w:rPr>
          <w:rFonts w:eastAsia="Times New Roman" w:cs="Times New Roman"/>
          <w:sz w:val="28"/>
          <w:szCs w:val="28"/>
        </w:rPr>
        <w:t xml:space="preserve"> </w:t>
      </w:r>
      <w:proofErr w:type="spellStart"/>
      <w:r w:rsidRPr="00C57AA7">
        <w:rPr>
          <w:rFonts w:eastAsia="Times New Roman" w:cs="Times New Roman"/>
          <w:sz w:val="28"/>
          <w:szCs w:val="28"/>
        </w:rPr>
        <w:t>litologice</w:t>
      </w:r>
      <w:proofErr w:type="spellEnd"/>
      <w:r w:rsidRPr="00C57AA7">
        <w:rPr>
          <w:rFonts w:eastAsia="Times New Roman" w:cs="Times New Roman"/>
          <w:sz w:val="28"/>
          <w:szCs w:val="28"/>
        </w:rPr>
        <w:t xml:space="preserve">, </w:t>
      </w:r>
      <w:proofErr w:type="spellStart"/>
      <w:r w:rsidRPr="00C57AA7">
        <w:rPr>
          <w:rFonts w:eastAsia="Times New Roman" w:cs="Times New Roman"/>
          <w:sz w:val="28"/>
          <w:szCs w:val="28"/>
        </w:rPr>
        <w:t>nivelurile</w:t>
      </w:r>
      <w:proofErr w:type="spellEnd"/>
      <w:r w:rsidRPr="00C57AA7">
        <w:rPr>
          <w:rFonts w:eastAsia="Times New Roman" w:cs="Times New Roman"/>
          <w:sz w:val="28"/>
          <w:szCs w:val="28"/>
        </w:rPr>
        <w:t xml:space="preserve"> statice </w:t>
      </w:r>
      <w:proofErr w:type="spellStart"/>
      <w:r w:rsidRPr="00C57AA7">
        <w:rPr>
          <w:rFonts w:eastAsia="Times New Roman" w:cs="Times New Roman"/>
          <w:sz w:val="28"/>
          <w:szCs w:val="28"/>
        </w:rPr>
        <w:t>și</w:t>
      </w:r>
      <w:proofErr w:type="spellEnd"/>
      <w:r w:rsidRPr="00C57AA7">
        <w:rPr>
          <w:rFonts w:eastAsia="Times New Roman" w:cs="Times New Roman"/>
          <w:sz w:val="28"/>
          <w:szCs w:val="28"/>
        </w:rPr>
        <w:t xml:space="preserve"> </w:t>
      </w:r>
      <w:proofErr w:type="spellStart"/>
      <w:r w:rsidRPr="00C57AA7">
        <w:rPr>
          <w:rFonts w:eastAsia="Times New Roman" w:cs="Times New Roman"/>
          <w:sz w:val="28"/>
          <w:szCs w:val="28"/>
        </w:rPr>
        <w:t>dinamice</w:t>
      </w:r>
      <w:proofErr w:type="spellEnd"/>
      <w:r w:rsidRPr="00C57AA7">
        <w:rPr>
          <w:rFonts w:eastAsia="Times New Roman" w:cs="Times New Roman"/>
          <w:sz w:val="28"/>
          <w:szCs w:val="28"/>
        </w:rPr>
        <w:t xml:space="preserve">, </w:t>
      </w:r>
      <w:proofErr w:type="spellStart"/>
      <w:r w:rsidRPr="00C57AA7">
        <w:rPr>
          <w:rFonts w:eastAsia="Times New Roman" w:cs="Times New Roman"/>
          <w:sz w:val="28"/>
          <w:szCs w:val="28"/>
        </w:rPr>
        <w:t>debitul</w:t>
      </w:r>
      <w:proofErr w:type="spellEnd"/>
      <w:r w:rsidRPr="00C57AA7">
        <w:rPr>
          <w:rFonts w:eastAsia="Times New Roman" w:cs="Times New Roman"/>
          <w:sz w:val="28"/>
          <w:szCs w:val="28"/>
        </w:rPr>
        <w:t xml:space="preserve"> </w:t>
      </w:r>
      <w:proofErr w:type="spellStart"/>
      <w:r w:rsidRPr="00C57AA7">
        <w:rPr>
          <w:rFonts w:eastAsia="Times New Roman" w:cs="Times New Roman"/>
          <w:sz w:val="28"/>
          <w:szCs w:val="28"/>
        </w:rPr>
        <w:t>exploatabil</w:t>
      </w:r>
      <w:proofErr w:type="spellEnd"/>
      <w:r w:rsidRPr="00C57AA7">
        <w:rPr>
          <w:rFonts w:eastAsia="Times New Roman" w:cs="Times New Roman"/>
          <w:sz w:val="28"/>
          <w:szCs w:val="28"/>
        </w:rPr>
        <w:t xml:space="preserve">, </w:t>
      </w:r>
      <w:proofErr w:type="spellStart"/>
      <w:r w:rsidRPr="00C57AA7">
        <w:rPr>
          <w:rFonts w:eastAsia="Times New Roman" w:cs="Times New Roman"/>
          <w:sz w:val="28"/>
          <w:szCs w:val="28"/>
        </w:rPr>
        <w:t>calitatea</w:t>
      </w:r>
      <w:proofErr w:type="spellEnd"/>
      <w:r w:rsidRPr="00C57AA7">
        <w:rPr>
          <w:rFonts w:eastAsia="Times New Roman" w:cs="Times New Roman"/>
          <w:sz w:val="28"/>
          <w:szCs w:val="28"/>
        </w:rPr>
        <w:t xml:space="preserve"> </w:t>
      </w:r>
      <w:proofErr w:type="spellStart"/>
      <w:r w:rsidRPr="00C57AA7">
        <w:rPr>
          <w:rFonts w:eastAsia="Times New Roman" w:cs="Times New Roman"/>
          <w:sz w:val="28"/>
          <w:szCs w:val="28"/>
        </w:rPr>
        <w:t>apei</w:t>
      </w:r>
      <w:proofErr w:type="spellEnd"/>
      <w:r w:rsidRPr="00C57AA7">
        <w:rPr>
          <w:rFonts w:eastAsia="Times New Roman" w:cs="Times New Roman"/>
          <w:sz w:val="28"/>
          <w:szCs w:val="28"/>
        </w:rPr>
        <w:t xml:space="preserve"> </w:t>
      </w:r>
      <w:proofErr w:type="spellStart"/>
      <w:r w:rsidRPr="00C57AA7">
        <w:rPr>
          <w:rFonts w:eastAsia="Times New Roman" w:cs="Times New Roman"/>
          <w:sz w:val="28"/>
          <w:szCs w:val="28"/>
        </w:rPr>
        <w:t>și</w:t>
      </w:r>
      <w:proofErr w:type="spellEnd"/>
      <w:r w:rsidRPr="00C57AA7">
        <w:rPr>
          <w:rFonts w:eastAsia="Times New Roman" w:cs="Times New Roman"/>
          <w:sz w:val="28"/>
          <w:szCs w:val="28"/>
        </w:rPr>
        <w:t xml:space="preserve"> </w:t>
      </w:r>
      <w:proofErr w:type="spellStart"/>
      <w:r w:rsidRPr="00C57AA7">
        <w:rPr>
          <w:rFonts w:eastAsia="Times New Roman" w:cs="Times New Roman"/>
          <w:sz w:val="28"/>
          <w:szCs w:val="28"/>
        </w:rPr>
        <w:t>poziția</w:t>
      </w:r>
      <w:proofErr w:type="spellEnd"/>
      <w:r w:rsidRPr="00C57AA7">
        <w:rPr>
          <w:rFonts w:eastAsia="Times New Roman" w:cs="Times New Roman"/>
          <w:sz w:val="28"/>
          <w:szCs w:val="28"/>
        </w:rPr>
        <w:t xml:space="preserve"> </w:t>
      </w:r>
      <w:proofErr w:type="spellStart"/>
      <w:r w:rsidRPr="00C57AA7">
        <w:rPr>
          <w:rFonts w:eastAsia="Times New Roman" w:cs="Times New Roman"/>
          <w:sz w:val="28"/>
          <w:szCs w:val="28"/>
        </w:rPr>
        <w:t>optimă</w:t>
      </w:r>
      <w:proofErr w:type="spellEnd"/>
      <w:r w:rsidRPr="00C57AA7">
        <w:rPr>
          <w:rFonts w:eastAsia="Times New Roman" w:cs="Times New Roman"/>
          <w:sz w:val="28"/>
          <w:szCs w:val="28"/>
        </w:rPr>
        <w:t xml:space="preserve">. </w:t>
      </w:r>
      <w:proofErr w:type="spellStart"/>
      <w:r w:rsidRPr="00C57AA7">
        <w:rPr>
          <w:rFonts w:eastAsia="Times New Roman" w:cs="Times New Roman"/>
          <w:sz w:val="28"/>
          <w:szCs w:val="28"/>
        </w:rPr>
        <w:t>Aceste</w:t>
      </w:r>
      <w:proofErr w:type="spellEnd"/>
      <w:r w:rsidRPr="00C57AA7">
        <w:rPr>
          <w:rFonts w:eastAsia="Times New Roman" w:cs="Times New Roman"/>
          <w:sz w:val="28"/>
          <w:szCs w:val="28"/>
        </w:rPr>
        <w:t xml:space="preserve"> </w:t>
      </w:r>
      <w:proofErr w:type="spellStart"/>
      <w:r w:rsidRPr="00C57AA7">
        <w:rPr>
          <w:rFonts w:eastAsia="Times New Roman" w:cs="Times New Roman"/>
          <w:sz w:val="28"/>
          <w:szCs w:val="28"/>
        </w:rPr>
        <w:t>elemente</w:t>
      </w:r>
      <w:proofErr w:type="spellEnd"/>
      <w:r w:rsidRPr="00C57AA7">
        <w:rPr>
          <w:rFonts w:eastAsia="Times New Roman" w:cs="Times New Roman"/>
          <w:sz w:val="28"/>
          <w:szCs w:val="28"/>
        </w:rPr>
        <w:t xml:space="preserve"> se </w:t>
      </w:r>
      <w:proofErr w:type="spellStart"/>
      <w:r w:rsidRPr="00C57AA7">
        <w:rPr>
          <w:rFonts w:eastAsia="Times New Roman" w:cs="Times New Roman"/>
          <w:sz w:val="28"/>
          <w:szCs w:val="28"/>
        </w:rPr>
        <w:t>stabilesc</w:t>
      </w:r>
      <w:proofErr w:type="spellEnd"/>
      <w:r w:rsidRPr="00C57AA7">
        <w:rPr>
          <w:rFonts w:eastAsia="Times New Roman" w:cs="Times New Roman"/>
          <w:sz w:val="28"/>
          <w:szCs w:val="28"/>
        </w:rPr>
        <w:t xml:space="preserve"> </w:t>
      </w:r>
      <w:proofErr w:type="spellStart"/>
      <w:r w:rsidRPr="00C57AA7">
        <w:rPr>
          <w:rFonts w:eastAsia="Times New Roman" w:cs="Times New Roman"/>
          <w:sz w:val="28"/>
          <w:szCs w:val="28"/>
        </w:rPr>
        <w:t>prin</w:t>
      </w:r>
      <w:proofErr w:type="spellEnd"/>
      <w:r w:rsidRPr="00C57AA7">
        <w:rPr>
          <w:rFonts w:eastAsia="Times New Roman" w:cs="Times New Roman"/>
          <w:sz w:val="28"/>
          <w:szCs w:val="28"/>
        </w:rPr>
        <w:t xml:space="preserve"> </w:t>
      </w:r>
      <w:proofErr w:type="spellStart"/>
      <w:r w:rsidRPr="00C57AA7">
        <w:rPr>
          <w:rFonts w:eastAsia="Times New Roman" w:cs="Times New Roman"/>
          <w:sz w:val="28"/>
          <w:szCs w:val="28"/>
        </w:rPr>
        <w:t>studiul</w:t>
      </w:r>
      <w:proofErr w:type="spellEnd"/>
      <w:r w:rsidRPr="00C57AA7">
        <w:rPr>
          <w:rFonts w:eastAsia="Times New Roman" w:cs="Times New Roman"/>
          <w:sz w:val="28"/>
          <w:szCs w:val="28"/>
        </w:rPr>
        <w:t xml:space="preserve"> </w:t>
      </w:r>
      <w:proofErr w:type="spellStart"/>
      <w:r w:rsidRPr="00C57AA7">
        <w:rPr>
          <w:rFonts w:eastAsia="Times New Roman" w:cs="Times New Roman"/>
          <w:sz w:val="28"/>
          <w:szCs w:val="28"/>
        </w:rPr>
        <w:t>hidrogeologic</w:t>
      </w:r>
      <w:proofErr w:type="spellEnd"/>
      <w:r w:rsidRPr="00C57AA7">
        <w:rPr>
          <w:rFonts w:eastAsia="Times New Roman" w:cs="Times New Roman"/>
          <w:sz w:val="28"/>
          <w:szCs w:val="28"/>
        </w:rPr>
        <w:t xml:space="preserve">, </w:t>
      </w:r>
      <w:proofErr w:type="spellStart"/>
      <w:r w:rsidRPr="00C57AA7">
        <w:rPr>
          <w:rFonts w:eastAsia="Times New Roman" w:cs="Times New Roman"/>
          <w:sz w:val="28"/>
          <w:szCs w:val="28"/>
        </w:rPr>
        <w:t>documentația</w:t>
      </w:r>
      <w:proofErr w:type="spellEnd"/>
      <w:r w:rsidRPr="00C57AA7">
        <w:rPr>
          <w:rFonts w:eastAsia="Times New Roman" w:cs="Times New Roman"/>
          <w:sz w:val="28"/>
          <w:szCs w:val="28"/>
        </w:rPr>
        <w:t xml:space="preserve"> de </w:t>
      </w:r>
      <w:proofErr w:type="spellStart"/>
      <w:r w:rsidRPr="00C57AA7">
        <w:rPr>
          <w:rFonts w:eastAsia="Times New Roman" w:cs="Times New Roman"/>
          <w:sz w:val="28"/>
          <w:szCs w:val="28"/>
        </w:rPr>
        <w:t>gospodărire</w:t>
      </w:r>
      <w:proofErr w:type="spellEnd"/>
      <w:r w:rsidRPr="00C57AA7">
        <w:rPr>
          <w:rFonts w:eastAsia="Times New Roman" w:cs="Times New Roman"/>
          <w:sz w:val="28"/>
          <w:szCs w:val="28"/>
        </w:rPr>
        <w:t xml:space="preserve"> </w:t>
      </w:r>
      <w:proofErr w:type="gramStart"/>
      <w:r w:rsidRPr="00C57AA7">
        <w:rPr>
          <w:rFonts w:eastAsia="Times New Roman" w:cs="Times New Roman"/>
          <w:sz w:val="28"/>
          <w:szCs w:val="28"/>
        </w:rPr>
        <w:t>a</w:t>
      </w:r>
      <w:proofErr w:type="gramEnd"/>
      <w:r w:rsidRPr="00C57AA7">
        <w:rPr>
          <w:rFonts w:eastAsia="Times New Roman" w:cs="Times New Roman"/>
          <w:sz w:val="28"/>
          <w:szCs w:val="28"/>
        </w:rPr>
        <w:t xml:space="preserve"> </w:t>
      </w:r>
      <w:proofErr w:type="spellStart"/>
      <w:r w:rsidRPr="00C57AA7">
        <w:rPr>
          <w:rFonts w:eastAsia="Times New Roman" w:cs="Times New Roman"/>
          <w:sz w:val="28"/>
          <w:szCs w:val="28"/>
        </w:rPr>
        <w:t>apelor</w:t>
      </w:r>
      <w:proofErr w:type="spellEnd"/>
      <w:r w:rsidRPr="00C57AA7">
        <w:rPr>
          <w:rFonts w:eastAsia="Times New Roman" w:cs="Times New Roman"/>
          <w:sz w:val="28"/>
          <w:szCs w:val="28"/>
        </w:rPr>
        <w:t xml:space="preserve">, SF </w:t>
      </w:r>
      <w:proofErr w:type="spellStart"/>
      <w:r w:rsidRPr="00C57AA7">
        <w:rPr>
          <w:rFonts w:eastAsia="Times New Roman" w:cs="Times New Roman"/>
          <w:sz w:val="28"/>
          <w:szCs w:val="28"/>
        </w:rPr>
        <w:t>și</w:t>
      </w:r>
      <w:proofErr w:type="spellEnd"/>
      <w:r w:rsidRPr="00C57AA7">
        <w:rPr>
          <w:rFonts w:eastAsia="Times New Roman" w:cs="Times New Roman"/>
          <w:sz w:val="28"/>
          <w:szCs w:val="28"/>
        </w:rPr>
        <w:t xml:space="preserve"> </w:t>
      </w:r>
      <w:proofErr w:type="spellStart"/>
      <w:r w:rsidRPr="00C57AA7">
        <w:rPr>
          <w:rFonts w:eastAsia="Times New Roman" w:cs="Times New Roman"/>
          <w:sz w:val="28"/>
          <w:szCs w:val="28"/>
        </w:rPr>
        <w:t>rezultatele</w:t>
      </w:r>
      <w:proofErr w:type="spellEnd"/>
      <w:r w:rsidRPr="00C57AA7">
        <w:rPr>
          <w:rFonts w:eastAsia="Times New Roman" w:cs="Times New Roman"/>
          <w:sz w:val="28"/>
          <w:szCs w:val="28"/>
        </w:rPr>
        <w:t xml:space="preserve"> </w:t>
      </w:r>
      <w:proofErr w:type="spellStart"/>
      <w:r w:rsidRPr="00C57AA7">
        <w:rPr>
          <w:rFonts w:eastAsia="Times New Roman" w:cs="Times New Roman"/>
          <w:sz w:val="28"/>
          <w:szCs w:val="28"/>
        </w:rPr>
        <w:t>efective</w:t>
      </w:r>
      <w:proofErr w:type="spellEnd"/>
      <w:r w:rsidRPr="00C57AA7">
        <w:rPr>
          <w:rFonts w:eastAsia="Times New Roman" w:cs="Times New Roman"/>
          <w:sz w:val="28"/>
          <w:szCs w:val="28"/>
        </w:rPr>
        <w:t xml:space="preserve"> ale </w:t>
      </w:r>
      <w:proofErr w:type="spellStart"/>
      <w:r w:rsidRPr="00C57AA7">
        <w:rPr>
          <w:rFonts w:eastAsia="Times New Roman" w:cs="Times New Roman"/>
          <w:sz w:val="28"/>
          <w:szCs w:val="28"/>
        </w:rPr>
        <w:t>forajului</w:t>
      </w:r>
      <w:proofErr w:type="spellEnd"/>
      <w:r w:rsidRPr="00C57AA7">
        <w:rPr>
          <w:rFonts w:eastAsia="Times New Roman" w:cs="Times New Roman"/>
          <w:sz w:val="28"/>
          <w:szCs w:val="28"/>
        </w:rPr>
        <w:t xml:space="preserve"> </w:t>
      </w:r>
      <w:proofErr w:type="spellStart"/>
      <w:r w:rsidRPr="00C57AA7">
        <w:rPr>
          <w:rFonts w:eastAsia="Times New Roman" w:cs="Times New Roman"/>
          <w:sz w:val="28"/>
          <w:szCs w:val="28"/>
        </w:rPr>
        <w:t>și</w:t>
      </w:r>
      <w:proofErr w:type="spellEnd"/>
      <w:r w:rsidRPr="00C57AA7">
        <w:rPr>
          <w:rFonts w:eastAsia="Times New Roman" w:cs="Times New Roman"/>
          <w:sz w:val="28"/>
          <w:szCs w:val="28"/>
        </w:rPr>
        <w:t xml:space="preserve"> </w:t>
      </w:r>
      <w:proofErr w:type="spellStart"/>
      <w:r w:rsidRPr="00C57AA7">
        <w:rPr>
          <w:rFonts w:eastAsia="Times New Roman" w:cs="Times New Roman"/>
          <w:sz w:val="28"/>
          <w:szCs w:val="28"/>
        </w:rPr>
        <w:t>probelor</w:t>
      </w:r>
      <w:proofErr w:type="spellEnd"/>
      <w:r w:rsidRPr="00C57AA7">
        <w:rPr>
          <w:rFonts w:eastAsia="Times New Roman" w:cs="Times New Roman"/>
          <w:sz w:val="28"/>
          <w:szCs w:val="28"/>
        </w:rPr>
        <w:t>.</w:t>
      </w:r>
    </w:p>
    <w:p w14:paraId="134601DE" w14:textId="77777777" w:rsidR="00A57563" w:rsidRPr="00C57AA7" w:rsidRDefault="00E8585D">
      <w:pPr>
        <w:pStyle w:val="Titlu1"/>
        <w:rPr>
          <w:rFonts w:ascii="Times New Roman" w:hAnsi="Times New Roman" w:cs="Times New Roman"/>
          <w:sz w:val="28"/>
        </w:rPr>
      </w:pPr>
      <w:r w:rsidRPr="00C57AA7">
        <w:rPr>
          <w:rFonts w:ascii="Times New Roman" w:hAnsi="Times New Roman" w:cs="Times New Roman"/>
          <w:sz w:val="28"/>
        </w:rPr>
        <w:lastRenderedPageBreak/>
        <w:t xml:space="preserve">5. </w:t>
      </w:r>
      <w:proofErr w:type="spellStart"/>
      <w:r w:rsidRPr="00C57AA7">
        <w:rPr>
          <w:rFonts w:ascii="Times New Roman" w:hAnsi="Times New Roman" w:cs="Times New Roman"/>
          <w:sz w:val="28"/>
        </w:rPr>
        <w:t>Particularități</w:t>
      </w:r>
      <w:proofErr w:type="spellEnd"/>
      <w:r w:rsidRPr="00C57AA7">
        <w:rPr>
          <w:rFonts w:ascii="Times New Roman" w:hAnsi="Times New Roman" w:cs="Times New Roman"/>
          <w:sz w:val="28"/>
        </w:rPr>
        <w:t xml:space="preserve"> ale </w:t>
      </w:r>
      <w:proofErr w:type="spellStart"/>
      <w:r w:rsidRPr="00C57AA7">
        <w:rPr>
          <w:rFonts w:ascii="Times New Roman" w:hAnsi="Times New Roman" w:cs="Times New Roman"/>
          <w:sz w:val="28"/>
        </w:rPr>
        <w:t>amplasamentului</w:t>
      </w:r>
      <w:proofErr w:type="spellEnd"/>
      <w:r w:rsidRPr="00C57AA7">
        <w:rPr>
          <w:rFonts w:ascii="Times New Roman" w:hAnsi="Times New Roman" w:cs="Times New Roman"/>
          <w:sz w:val="28"/>
        </w:rPr>
        <w:t>/</w:t>
      </w:r>
      <w:proofErr w:type="spellStart"/>
      <w:r w:rsidRPr="00C57AA7">
        <w:rPr>
          <w:rFonts w:ascii="Times New Roman" w:hAnsi="Times New Roman" w:cs="Times New Roman"/>
          <w:sz w:val="28"/>
        </w:rPr>
        <w:t>amplasamentelor</w:t>
      </w:r>
      <w:proofErr w:type="spellEnd"/>
      <w:r w:rsidRPr="00C57AA7">
        <w:rPr>
          <w:rFonts w:ascii="Times New Roman" w:hAnsi="Times New Roman" w:cs="Times New Roman"/>
          <w:sz w:val="28"/>
        </w:rPr>
        <w:t xml:space="preserve"> </w:t>
      </w:r>
      <w:proofErr w:type="spellStart"/>
      <w:r w:rsidRPr="00C57AA7">
        <w:rPr>
          <w:rFonts w:ascii="Times New Roman" w:hAnsi="Times New Roman" w:cs="Times New Roman"/>
          <w:sz w:val="28"/>
        </w:rPr>
        <w:t>propus</w:t>
      </w:r>
      <w:proofErr w:type="spellEnd"/>
      <w:r w:rsidRPr="00C57AA7">
        <w:rPr>
          <w:rFonts w:ascii="Times New Roman" w:hAnsi="Times New Roman" w:cs="Times New Roman"/>
          <w:sz w:val="28"/>
        </w:rPr>
        <w:t xml:space="preserve">(e) </w:t>
      </w:r>
      <w:proofErr w:type="spellStart"/>
      <w:r w:rsidRPr="00C57AA7">
        <w:rPr>
          <w:rFonts w:ascii="Times New Roman" w:hAnsi="Times New Roman" w:cs="Times New Roman"/>
          <w:sz w:val="28"/>
        </w:rPr>
        <w:t>pentru</w:t>
      </w:r>
      <w:proofErr w:type="spellEnd"/>
      <w:r w:rsidRPr="00C57AA7">
        <w:rPr>
          <w:rFonts w:ascii="Times New Roman" w:hAnsi="Times New Roman" w:cs="Times New Roman"/>
          <w:sz w:val="28"/>
        </w:rPr>
        <w:t xml:space="preserve"> </w:t>
      </w:r>
      <w:proofErr w:type="spellStart"/>
      <w:r w:rsidRPr="00C57AA7">
        <w:rPr>
          <w:rFonts w:ascii="Times New Roman" w:hAnsi="Times New Roman" w:cs="Times New Roman"/>
          <w:sz w:val="28"/>
        </w:rPr>
        <w:t>realizarea</w:t>
      </w:r>
      <w:proofErr w:type="spellEnd"/>
      <w:r w:rsidRPr="00C57AA7">
        <w:rPr>
          <w:rFonts w:ascii="Times New Roman" w:hAnsi="Times New Roman" w:cs="Times New Roman"/>
          <w:sz w:val="28"/>
        </w:rPr>
        <w:t xml:space="preserve"> </w:t>
      </w:r>
      <w:proofErr w:type="spellStart"/>
      <w:r w:rsidRPr="00C57AA7">
        <w:rPr>
          <w:rFonts w:ascii="Times New Roman" w:hAnsi="Times New Roman" w:cs="Times New Roman"/>
          <w:sz w:val="28"/>
        </w:rPr>
        <w:t>obiectivului</w:t>
      </w:r>
      <w:proofErr w:type="spellEnd"/>
      <w:r w:rsidRPr="00C57AA7">
        <w:rPr>
          <w:rFonts w:ascii="Times New Roman" w:hAnsi="Times New Roman" w:cs="Times New Roman"/>
          <w:sz w:val="28"/>
        </w:rPr>
        <w:t xml:space="preserve"> de </w:t>
      </w:r>
      <w:proofErr w:type="spellStart"/>
      <w:r w:rsidRPr="00C57AA7">
        <w:rPr>
          <w:rFonts w:ascii="Times New Roman" w:hAnsi="Times New Roman" w:cs="Times New Roman"/>
          <w:sz w:val="28"/>
        </w:rPr>
        <w:t>investiții</w:t>
      </w:r>
      <w:proofErr w:type="spellEnd"/>
      <w:r w:rsidRPr="00C57AA7">
        <w:rPr>
          <w:rFonts w:ascii="Times New Roman" w:hAnsi="Times New Roman" w:cs="Times New Roman"/>
          <w:sz w:val="28"/>
        </w:rPr>
        <w:t>:</w:t>
      </w:r>
    </w:p>
    <w:p w14:paraId="7FC24D67" w14:textId="77777777" w:rsidR="00A57563" w:rsidRPr="00C57AA7" w:rsidRDefault="00E8585D">
      <w:pPr>
        <w:pStyle w:val="Titlu2"/>
        <w:rPr>
          <w:rFonts w:ascii="Times New Roman" w:hAnsi="Times New Roman" w:cs="Times New Roman"/>
          <w:sz w:val="28"/>
          <w:szCs w:val="28"/>
        </w:rPr>
      </w:pPr>
      <w:r w:rsidRPr="00C57AA7">
        <w:rPr>
          <w:rFonts w:ascii="Times New Roman" w:hAnsi="Times New Roman" w:cs="Times New Roman"/>
          <w:sz w:val="28"/>
          <w:szCs w:val="28"/>
        </w:rPr>
        <w:t xml:space="preserve">a) </w:t>
      </w:r>
      <w:proofErr w:type="spellStart"/>
      <w:r w:rsidRPr="00C57AA7">
        <w:rPr>
          <w:rFonts w:ascii="Times New Roman" w:hAnsi="Times New Roman" w:cs="Times New Roman"/>
          <w:sz w:val="28"/>
          <w:szCs w:val="28"/>
        </w:rPr>
        <w:t>Descrierea</w:t>
      </w:r>
      <w:proofErr w:type="spellEnd"/>
      <w:r w:rsidRPr="00C57AA7">
        <w:rPr>
          <w:rFonts w:ascii="Times New Roman" w:hAnsi="Times New Roman" w:cs="Times New Roman"/>
          <w:sz w:val="28"/>
          <w:szCs w:val="28"/>
        </w:rPr>
        <w:t xml:space="preserve"> </w:t>
      </w:r>
      <w:proofErr w:type="spellStart"/>
      <w:r w:rsidRPr="00C57AA7">
        <w:rPr>
          <w:rFonts w:ascii="Times New Roman" w:hAnsi="Times New Roman" w:cs="Times New Roman"/>
          <w:sz w:val="28"/>
          <w:szCs w:val="28"/>
        </w:rPr>
        <w:t>succintă</w:t>
      </w:r>
      <w:proofErr w:type="spellEnd"/>
      <w:r w:rsidRPr="00C57AA7">
        <w:rPr>
          <w:rFonts w:ascii="Times New Roman" w:hAnsi="Times New Roman" w:cs="Times New Roman"/>
          <w:sz w:val="28"/>
          <w:szCs w:val="28"/>
        </w:rPr>
        <w:t xml:space="preserve"> </w:t>
      </w:r>
      <w:proofErr w:type="gramStart"/>
      <w:r w:rsidRPr="00C57AA7">
        <w:rPr>
          <w:rFonts w:ascii="Times New Roman" w:hAnsi="Times New Roman" w:cs="Times New Roman"/>
          <w:sz w:val="28"/>
          <w:szCs w:val="28"/>
        </w:rPr>
        <w:t>a</w:t>
      </w:r>
      <w:proofErr w:type="gramEnd"/>
      <w:r w:rsidRPr="00C57AA7">
        <w:rPr>
          <w:rFonts w:ascii="Times New Roman" w:hAnsi="Times New Roman" w:cs="Times New Roman"/>
          <w:sz w:val="28"/>
          <w:szCs w:val="28"/>
        </w:rPr>
        <w:t xml:space="preserve"> </w:t>
      </w:r>
      <w:proofErr w:type="spellStart"/>
      <w:r w:rsidRPr="00C57AA7">
        <w:rPr>
          <w:rFonts w:ascii="Times New Roman" w:hAnsi="Times New Roman" w:cs="Times New Roman"/>
          <w:sz w:val="28"/>
          <w:szCs w:val="28"/>
        </w:rPr>
        <w:t>amplasamentului</w:t>
      </w:r>
      <w:proofErr w:type="spellEnd"/>
      <w:r w:rsidRPr="00C57AA7">
        <w:rPr>
          <w:rFonts w:ascii="Times New Roman" w:hAnsi="Times New Roman" w:cs="Times New Roman"/>
          <w:sz w:val="28"/>
          <w:szCs w:val="28"/>
        </w:rPr>
        <w:t>/</w:t>
      </w:r>
      <w:proofErr w:type="spellStart"/>
      <w:r w:rsidRPr="00C57AA7">
        <w:rPr>
          <w:rFonts w:ascii="Times New Roman" w:hAnsi="Times New Roman" w:cs="Times New Roman"/>
          <w:sz w:val="28"/>
          <w:szCs w:val="28"/>
        </w:rPr>
        <w:t>amplasamentelor</w:t>
      </w:r>
      <w:proofErr w:type="spellEnd"/>
      <w:r w:rsidRPr="00C57AA7">
        <w:rPr>
          <w:rFonts w:ascii="Times New Roman" w:hAnsi="Times New Roman" w:cs="Times New Roman"/>
          <w:sz w:val="28"/>
          <w:szCs w:val="28"/>
        </w:rPr>
        <w:t xml:space="preserve"> </w:t>
      </w:r>
      <w:proofErr w:type="spellStart"/>
      <w:r w:rsidRPr="00C57AA7">
        <w:rPr>
          <w:rFonts w:ascii="Times New Roman" w:hAnsi="Times New Roman" w:cs="Times New Roman"/>
          <w:sz w:val="28"/>
          <w:szCs w:val="28"/>
        </w:rPr>
        <w:t>propus</w:t>
      </w:r>
      <w:proofErr w:type="spellEnd"/>
      <w:r w:rsidRPr="00C57AA7">
        <w:rPr>
          <w:rFonts w:ascii="Times New Roman" w:hAnsi="Times New Roman" w:cs="Times New Roman"/>
          <w:sz w:val="28"/>
          <w:szCs w:val="28"/>
        </w:rPr>
        <w:t>(e) (</w:t>
      </w:r>
      <w:proofErr w:type="spellStart"/>
      <w:r w:rsidRPr="00C57AA7">
        <w:rPr>
          <w:rFonts w:ascii="Times New Roman" w:hAnsi="Times New Roman" w:cs="Times New Roman"/>
          <w:sz w:val="28"/>
          <w:szCs w:val="28"/>
        </w:rPr>
        <w:t>localizare</w:t>
      </w:r>
      <w:proofErr w:type="spellEnd"/>
      <w:r w:rsidRPr="00C57AA7">
        <w:rPr>
          <w:rFonts w:ascii="Times New Roman" w:hAnsi="Times New Roman" w:cs="Times New Roman"/>
          <w:sz w:val="28"/>
          <w:szCs w:val="28"/>
        </w:rPr>
        <w:t xml:space="preserve">, </w:t>
      </w:r>
      <w:proofErr w:type="spellStart"/>
      <w:r w:rsidRPr="00C57AA7">
        <w:rPr>
          <w:rFonts w:ascii="Times New Roman" w:hAnsi="Times New Roman" w:cs="Times New Roman"/>
          <w:sz w:val="28"/>
          <w:szCs w:val="28"/>
        </w:rPr>
        <w:t>suprafața</w:t>
      </w:r>
      <w:proofErr w:type="spellEnd"/>
      <w:r w:rsidRPr="00C57AA7">
        <w:rPr>
          <w:rFonts w:ascii="Times New Roman" w:hAnsi="Times New Roman" w:cs="Times New Roman"/>
          <w:sz w:val="28"/>
          <w:szCs w:val="28"/>
        </w:rPr>
        <w:t xml:space="preserve"> </w:t>
      </w:r>
      <w:proofErr w:type="spellStart"/>
      <w:r w:rsidRPr="00C57AA7">
        <w:rPr>
          <w:rFonts w:ascii="Times New Roman" w:hAnsi="Times New Roman" w:cs="Times New Roman"/>
          <w:sz w:val="28"/>
          <w:szCs w:val="28"/>
        </w:rPr>
        <w:t>terenului</w:t>
      </w:r>
      <w:proofErr w:type="spellEnd"/>
      <w:r w:rsidRPr="00C57AA7">
        <w:rPr>
          <w:rFonts w:ascii="Times New Roman" w:hAnsi="Times New Roman" w:cs="Times New Roman"/>
          <w:sz w:val="28"/>
          <w:szCs w:val="28"/>
        </w:rPr>
        <w:t xml:space="preserve">, </w:t>
      </w:r>
      <w:proofErr w:type="spellStart"/>
      <w:r w:rsidRPr="00C57AA7">
        <w:rPr>
          <w:rFonts w:ascii="Times New Roman" w:hAnsi="Times New Roman" w:cs="Times New Roman"/>
          <w:sz w:val="28"/>
          <w:szCs w:val="28"/>
        </w:rPr>
        <w:t>dimensiuni</w:t>
      </w:r>
      <w:proofErr w:type="spellEnd"/>
      <w:r w:rsidRPr="00C57AA7">
        <w:rPr>
          <w:rFonts w:ascii="Times New Roman" w:hAnsi="Times New Roman" w:cs="Times New Roman"/>
          <w:sz w:val="28"/>
          <w:szCs w:val="28"/>
        </w:rPr>
        <w:t xml:space="preserve"> </w:t>
      </w:r>
      <w:proofErr w:type="spellStart"/>
      <w:r w:rsidRPr="00C57AA7">
        <w:rPr>
          <w:rFonts w:ascii="Times New Roman" w:hAnsi="Times New Roman" w:cs="Times New Roman"/>
          <w:sz w:val="28"/>
          <w:szCs w:val="28"/>
        </w:rPr>
        <w:t>în</w:t>
      </w:r>
      <w:proofErr w:type="spellEnd"/>
      <w:r w:rsidRPr="00C57AA7">
        <w:rPr>
          <w:rFonts w:ascii="Times New Roman" w:hAnsi="Times New Roman" w:cs="Times New Roman"/>
          <w:sz w:val="28"/>
          <w:szCs w:val="28"/>
        </w:rPr>
        <w:t xml:space="preserve"> plan)</w:t>
      </w:r>
    </w:p>
    <w:p w14:paraId="5C206B9E" w14:textId="135D950E" w:rsidR="00A57563" w:rsidRPr="00C57AA7" w:rsidRDefault="00E8585D">
      <w:pPr>
        <w:rPr>
          <w:rFonts w:cs="Times New Roman"/>
          <w:sz w:val="28"/>
          <w:szCs w:val="28"/>
        </w:rPr>
      </w:pPr>
      <w:r>
        <w:rPr>
          <w:rFonts w:eastAsia="Times New Roman" w:cs="Times New Roman"/>
          <w:sz w:val="28"/>
          <w:szCs w:val="28"/>
        </w:rPr>
        <w:t>Puțul va fi amplasat în cadrul imobilului Complex sportiv - Stadionul „Milcov”, în afara suprafețelor de joc și a zonelor de siguranță. Poziția exactă este prin studiul hidrogeologic, ridicarea topografică și analiza cadastrală și a rețelelor.</w:t>
      </w:r>
    </w:p>
    <w:p w14:paraId="62CD6855" w14:textId="77777777" w:rsidR="00A57563" w:rsidRPr="00C57AA7" w:rsidRDefault="00E8585D">
      <w:pPr>
        <w:pStyle w:val="Titlu2"/>
        <w:rPr>
          <w:rFonts w:ascii="Times New Roman" w:hAnsi="Times New Roman" w:cs="Times New Roman"/>
          <w:sz w:val="28"/>
          <w:szCs w:val="28"/>
        </w:rPr>
      </w:pPr>
      <w:r w:rsidRPr="00C57AA7">
        <w:rPr>
          <w:rFonts w:ascii="Times New Roman" w:hAnsi="Times New Roman" w:cs="Times New Roman"/>
          <w:sz w:val="28"/>
          <w:szCs w:val="28"/>
        </w:rPr>
        <w:t xml:space="preserve">b) </w:t>
      </w:r>
      <w:proofErr w:type="spellStart"/>
      <w:r w:rsidRPr="00C57AA7">
        <w:rPr>
          <w:rFonts w:ascii="Times New Roman" w:hAnsi="Times New Roman" w:cs="Times New Roman"/>
          <w:sz w:val="28"/>
          <w:szCs w:val="28"/>
        </w:rPr>
        <w:t>Relațiile</w:t>
      </w:r>
      <w:proofErr w:type="spellEnd"/>
      <w:r w:rsidRPr="00C57AA7">
        <w:rPr>
          <w:rFonts w:ascii="Times New Roman" w:hAnsi="Times New Roman" w:cs="Times New Roman"/>
          <w:sz w:val="28"/>
          <w:szCs w:val="28"/>
        </w:rPr>
        <w:t xml:space="preserve"> cu zone </w:t>
      </w:r>
      <w:proofErr w:type="spellStart"/>
      <w:r w:rsidRPr="00C57AA7">
        <w:rPr>
          <w:rFonts w:ascii="Times New Roman" w:hAnsi="Times New Roman" w:cs="Times New Roman"/>
          <w:sz w:val="28"/>
          <w:szCs w:val="28"/>
        </w:rPr>
        <w:t>învecinate</w:t>
      </w:r>
      <w:proofErr w:type="spellEnd"/>
      <w:r w:rsidRPr="00C57AA7">
        <w:rPr>
          <w:rFonts w:ascii="Times New Roman" w:hAnsi="Times New Roman" w:cs="Times New Roman"/>
          <w:sz w:val="28"/>
          <w:szCs w:val="28"/>
        </w:rPr>
        <w:t xml:space="preserve">, </w:t>
      </w:r>
      <w:proofErr w:type="spellStart"/>
      <w:r w:rsidRPr="00C57AA7">
        <w:rPr>
          <w:rFonts w:ascii="Times New Roman" w:hAnsi="Times New Roman" w:cs="Times New Roman"/>
          <w:sz w:val="28"/>
          <w:szCs w:val="28"/>
        </w:rPr>
        <w:t>accesuri</w:t>
      </w:r>
      <w:proofErr w:type="spellEnd"/>
      <w:r w:rsidRPr="00C57AA7">
        <w:rPr>
          <w:rFonts w:ascii="Times New Roman" w:hAnsi="Times New Roman" w:cs="Times New Roman"/>
          <w:sz w:val="28"/>
          <w:szCs w:val="28"/>
        </w:rPr>
        <w:t xml:space="preserve"> </w:t>
      </w:r>
      <w:proofErr w:type="spellStart"/>
      <w:r w:rsidRPr="00C57AA7">
        <w:rPr>
          <w:rFonts w:ascii="Times New Roman" w:hAnsi="Times New Roman" w:cs="Times New Roman"/>
          <w:sz w:val="28"/>
          <w:szCs w:val="28"/>
        </w:rPr>
        <w:t>existente</w:t>
      </w:r>
      <w:proofErr w:type="spellEnd"/>
      <w:r w:rsidRPr="00C57AA7">
        <w:rPr>
          <w:rFonts w:ascii="Times New Roman" w:hAnsi="Times New Roman" w:cs="Times New Roman"/>
          <w:sz w:val="28"/>
          <w:szCs w:val="28"/>
        </w:rPr>
        <w:t xml:space="preserve"> </w:t>
      </w:r>
      <w:proofErr w:type="spellStart"/>
      <w:r w:rsidRPr="00C57AA7">
        <w:rPr>
          <w:rFonts w:ascii="Times New Roman" w:hAnsi="Times New Roman" w:cs="Times New Roman"/>
          <w:sz w:val="28"/>
          <w:szCs w:val="28"/>
        </w:rPr>
        <w:t>și</w:t>
      </w:r>
      <w:proofErr w:type="spellEnd"/>
      <w:r w:rsidRPr="00C57AA7">
        <w:rPr>
          <w:rFonts w:ascii="Times New Roman" w:hAnsi="Times New Roman" w:cs="Times New Roman"/>
          <w:sz w:val="28"/>
          <w:szCs w:val="28"/>
        </w:rPr>
        <w:t>/</w:t>
      </w:r>
      <w:proofErr w:type="spellStart"/>
      <w:r w:rsidRPr="00C57AA7">
        <w:rPr>
          <w:rFonts w:ascii="Times New Roman" w:hAnsi="Times New Roman" w:cs="Times New Roman"/>
          <w:sz w:val="28"/>
          <w:szCs w:val="28"/>
        </w:rPr>
        <w:t>sau</w:t>
      </w:r>
      <w:proofErr w:type="spellEnd"/>
      <w:r w:rsidRPr="00C57AA7">
        <w:rPr>
          <w:rFonts w:ascii="Times New Roman" w:hAnsi="Times New Roman" w:cs="Times New Roman"/>
          <w:sz w:val="28"/>
          <w:szCs w:val="28"/>
        </w:rPr>
        <w:t xml:space="preserve"> </w:t>
      </w:r>
      <w:proofErr w:type="spellStart"/>
      <w:r w:rsidRPr="00C57AA7">
        <w:rPr>
          <w:rFonts w:ascii="Times New Roman" w:hAnsi="Times New Roman" w:cs="Times New Roman"/>
          <w:sz w:val="28"/>
          <w:szCs w:val="28"/>
        </w:rPr>
        <w:t>căi</w:t>
      </w:r>
      <w:proofErr w:type="spellEnd"/>
      <w:r w:rsidRPr="00C57AA7">
        <w:rPr>
          <w:rFonts w:ascii="Times New Roman" w:hAnsi="Times New Roman" w:cs="Times New Roman"/>
          <w:sz w:val="28"/>
          <w:szCs w:val="28"/>
        </w:rPr>
        <w:t xml:space="preserve"> de </w:t>
      </w:r>
      <w:proofErr w:type="spellStart"/>
      <w:r w:rsidRPr="00C57AA7">
        <w:rPr>
          <w:rFonts w:ascii="Times New Roman" w:hAnsi="Times New Roman" w:cs="Times New Roman"/>
          <w:sz w:val="28"/>
          <w:szCs w:val="28"/>
        </w:rPr>
        <w:t>acces</w:t>
      </w:r>
      <w:proofErr w:type="spellEnd"/>
      <w:r w:rsidRPr="00C57AA7">
        <w:rPr>
          <w:rFonts w:ascii="Times New Roman" w:hAnsi="Times New Roman" w:cs="Times New Roman"/>
          <w:sz w:val="28"/>
          <w:szCs w:val="28"/>
        </w:rPr>
        <w:t xml:space="preserve"> </w:t>
      </w:r>
      <w:proofErr w:type="spellStart"/>
      <w:r w:rsidRPr="00C57AA7">
        <w:rPr>
          <w:rFonts w:ascii="Times New Roman" w:hAnsi="Times New Roman" w:cs="Times New Roman"/>
          <w:sz w:val="28"/>
          <w:szCs w:val="28"/>
        </w:rPr>
        <w:t>posibile</w:t>
      </w:r>
      <w:proofErr w:type="spellEnd"/>
    </w:p>
    <w:p w14:paraId="7D288035" w14:textId="77777777" w:rsidR="00A57563" w:rsidRPr="00C57AA7" w:rsidRDefault="00E8585D">
      <w:pPr>
        <w:rPr>
          <w:rFonts w:cs="Times New Roman"/>
          <w:sz w:val="28"/>
          <w:szCs w:val="28"/>
        </w:rPr>
      </w:pPr>
      <w:r w:rsidRPr="00C57AA7">
        <w:rPr>
          <w:rFonts w:eastAsia="Times New Roman" w:cs="Times New Roman"/>
          <w:sz w:val="28"/>
          <w:szCs w:val="28"/>
        </w:rPr>
        <w:t xml:space="preserve">Se </w:t>
      </w:r>
      <w:proofErr w:type="spellStart"/>
      <w:r w:rsidRPr="00C57AA7">
        <w:rPr>
          <w:rFonts w:eastAsia="Times New Roman" w:cs="Times New Roman"/>
          <w:sz w:val="28"/>
          <w:szCs w:val="28"/>
        </w:rPr>
        <w:t>va</w:t>
      </w:r>
      <w:proofErr w:type="spellEnd"/>
      <w:r w:rsidRPr="00C57AA7">
        <w:rPr>
          <w:rFonts w:eastAsia="Times New Roman" w:cs="Times New Roman"/>
          <w:sz w:val="28"/>
          <w:szCs w:val="28"/>
        </w:rPr>
        <w:t xml:space="preserve"> </w:t>
      </w:r>
      <w:proofErr w:type="spellStart"/>
      <w:r w:rsidRPr="00C57AA7">
        <w:rPr>
          <w:rFonts w:eastAsia="Times New Roman" w:cs="Times New Roman"/>
          <w:sz w:val="28"/>
          <w:szCs w:val="28"/>
        </w:rPr>
        <w:t>asigura</w:t>
      </w:r>
      <w:proofErr w:type="spellEnd"/>
      <w:r w:rsidRPr="00C57AA7">
        <w:rPr>
          <w:rFonts w:eastAsia="Times New Roman" w:cs="Times New Roman"/>
          <w:sz w:val="28"/>
          <w:szCs w:val="28"/>
        </w:rPr>
        <w:t xml:space="preserve"> </w:t>
      </w:r>
      <w:proofErr w:type="spellStart"/>
      <w:r w:rsidRPr="00C57AA7">
        <w:rPr>
          <w:rFonts w:eastAsia="Times New Roman" w:cs="Times New Roman"/>
          <w:sz w:val="28"/>
          <w:szCs w:val="28"/>
        </w:rPr>
        <w:t>accesul</w:t>
      </w:r>
      <w:proofErr w:type="spellEnd"/>
      <w:r w:rsidRPr="00C57AA7">
        <w:rPr>
          <w:rFonts w:eastAsia="Times New Roman" w:cs="Times New Roman"/>
          <w:sz w:val="28"/>
          <w:szCs w:val="28"/>
        </w:rPr>
        <w:t xml:space="preserve"> </w:t>
      </w:r>
      <w:proofErr w:type="spellStart"/>
      <w:r w:rsidRPr="00C57AA7">
        <w:rPr>
          <w:rFonts w:eastAsia="Times New Roman" w:cs="Times New Roman"/>
          <w:sz w:val="28"/>
          <w:szCs w:val="28"/>
        </w:rPr>
        <w:t>instalației</w:t>
      </w:r>
      <w:proofErr w:type="spellEnd"/>
      <w:r w:rsidRPr="00C57AA7">
        <w:rPr>
          <w:rFonts w:eastAsia="Times New Roman" w:cs="Times New Roman"/>
          <w:sz w:val="28"/>
          <w:szCs w:val="28"/>
        </w:rPr>
        <w:t xml:space="preserve"> de </w:t>
      </w:r>
      <w:proofErr w:type="spellStart"/>
      <w:r w:rsidRPr="00C57AA7">
        <w:rPr>
          <w:rFonts w:eastAsia="Times New Roman" w:cs="Times New Roman"/>
          <w:sz w:val="28"/>
          <w:szCs w:val="28"/>
        </w:rPr>
        <w:t>foraj</w:t>
      </w:r>
      <w:proofErr w:type="spellEnd"/>
      <w:r w:rsidRPr="00C57AA7">
        <w:rPr>
          <w:rFonts w:eastAsia="Times New Roman" w:cs="Times New Roman"/>
          <w:sz w:val="28"/>
          <w:szCs w:val="28"/>
        </w:rPr>
        <w:t xml:space="preserve"> </w:t>
      </w:r>
      <w:proofErr w:type="spellStart"/>
      <w:r w:rsidRPr="00C57AA7">
        <w:rPr>
          <w:rFonts w:eastAsia="Times New Roman" w:cs="Times New Roman"/>
          <w:sz w:val="28"/>
          <w:szCs w:val="28"/>
        </w:rPr>
        <w:t>și</w:t>
      </w:r>
      <w:proofErr w:type="spellEnd"/>
      <w:r w:rsidRPr="00C57AA7">
        <w:rPr>
          <w:rFonts w:eastAsia="Times New Roman" w:cs="Times New Roman"/>
          <w:sz w:val="28"/>
          <w:szCs w:val="28"/>
        </w:rPr>
        <w:t xml:space="preserve"> al </w:t>
      </w:r>
      <w:proofErr w:type="spellStart"/>
      <w:r w:rsidRPr="00C57AA7">
        <w:rPr>
          <w:rFonts w:eastAsia="Times New Roman" w:cs="Times New Roman"/>
          <w:sz w:val="28"/>
          <w:szCs w:val="28"/>
        </w:rPr>
        <w:t>utilajelor</w:t>
      </w:r>
      <w:proofErr w:type="spellEnd"/>
      <w:r w:rsidRPr="00C57AA7">
        <w:rPr>
          <w:rFonts w:eastAsia="Times New Roman" w:cs="Times New Roman"/>
          <w:sz w:val="28"/>
          <w:szCs w:val="28"/>
        </w:rPr>
        <w:t xml:space="preserve">, </w:t>
      </w:r>
      <w:proofErr w:type="spellStart"/>
      <w:r w:rsidRPr="00C57AA7">
        <w:rPr>
          <w:rFonts w:eastAsia="Times New Roman" w:cs="Times New Roman"/>
          <w:sz w:val="28"/>
          <w:szCs w:val="28"/>
        </w:rPr>
        <w:t>fără</w:t>
      </w:r>
      <w:proofErr w:type="spellEnd"/>
      <w:r w:rsidRPr="00C57AA7">
        <w:rPr>
          <w:rFonts w:eastAsia="Times New Roman" w:cs="Times New Roman"/>
          <w:sz w:val="28"/>
          <w:szCs w:val="28"/>
        </w:rPr>
        <w:t xml:space="preserve"> </w:t>
      </w:r>
      <w:proofErr w:type="spellStart"/>
      <w:r w:rsidRPr="00C57AA7">
        <w:rPr>
          <w:rFonts w:eastAsia="Times New Roman" w:cs="Times New Roman"/>
          <w:sz w:val="28"/>
          <w:szCs w:val="28"/>
        </w:rPr>
        <w:t>blocarea</w:t>
      </w:r>
      <w:proofErr w:type="spellEnd"/>
      <w:r w:rsidRPr="00C57AA7">
        <w:rPr>
          <w:rFonts w:eastAsia="Times New Roman" w:cs="Times New Roman"/>
          <w:sz w:val="28"/>
          <w:szCs w:val="28"/>
        </w:rPr>
        <w:t xml:space="preserve"> </w:t>
      </w:r>
      <w:proofErr w:type="spellStart"/>
      <w:r w:rsidRPr="00C57AA7">
        <w:rPr>
          <w:rFonts w:eastAsia="Times New Roman" w:cs="Times New Roman"/>
          <w:sz w:val="28"/>
          <w:szCs w:val="28"/>
        </w:rPr>
        <w:t>circulațiilor</w:t>
      </w:r>
      <w:proofErr w:type="spellEnd"/>
      <w:r w:rsidRPr="00C57AA7">
        <w:rPr>
          <w:rFonts w:eastAsia="Times New Roman" w:cs="Times New Roman"/>
          <w:sz w:val="28"/>
          <w:szCs w:val="28"/>
        </w:rPr>
        <w:t xml:space="preserve"> </w:t>
      </w:r>
      <w:proofErr w:type="spellStart"/>
      <w:r w:rsidRPr="00C57AA7">
        <w:rPr>
          <w:rFonts w:eastAsia="Times New Roman" w:cs="Times New Roman"/>
          <w:sz w:val="28"/>
          <w:szCs w:val="28"/>
        </w:rPr>
        <w:t>și</w:t>
      </w:r>
      <w:proofErr w:type="spellEnd"/>
      <w:r w:rsidRPr="00C57AA7">
        <w:rPr>
          <w:rFonts w:eastAsia="Times New Roman" w:cs="Times New Roman"/>
          <w:sz w:val="28"/>
          <w:szCs w:val="28"/>
        </w:rPr>
        <w:t xml:space="preserve"> </w:t>
      </w:r>
      <w:proofErr w:type="spellStart"/>
      <w:r w:rsidRPr="00C57AA7">
        <w:rPr>
          <w:rFonts w:eastAsia="Times New Roman" w:cs="Times New Roman"/>
          <w:sz w:val="28"/>
          <w:szCs w:val="28"/>
        </w:rPr>
        <w:t>fără</w:t>
      </w:r>
      <w:proofErr w:type="spellEnd"/>
      <w:r w:rsidRPr="00C57AA7">
        <w:rPr>
          <w:rFonts w:eastAsia="Times New Roman" w:cs="Times New Roman"/>
          <w:sz w:val="28"/>
          <w:szCs w:val="28"/>
        </w:rPr>
        <w:t xml:space="preserve"> </w:t>
      </w:r>
      <w:proofErr w:type="spellStart"/>
      <w:r w:rsidRPr="00C57AA7">
        <w:rPr>
          <w:rFonts w:eastAsia="Times New Roman" w:cs="Times New Roman"/>
          <w:sz w:val="28"/>
          <w:szCs w:val="28"/>
        </w:rPr>
        <w:t>afectarea</w:t>
      </w:r>
      <w:proofErr w:type="spellEnd"/>
      <w:r w:rsidRPr="00C57AA7">
        <w:rPr>
          <w:rFonts w:eastAsia="Times New Roman" w:cs="Times New Roman"/>
          <w:sz w:val="28"/>
          <w:szCs w:val="28"/>
        </w:rPr>
        <w:t xml:space="preserve"> </w:t>
      </w:r>
      <w:proofErr w:type="spellStart"/>
      <w:r w:rsidRPr="00C57AA7">
        <w:rPr>
          <w:rFonts w:eastAsia="Times New Roman" w:cs="Times New Roman"/>
          <w:sz w:val="28"/>
          <w:szCs w:val="28"/>
        </w:rPr>
        <w:t>nejustificată</w:t>
      </w:r>
      <w:proofErr w:type="spellEnd"/>
      <w:r w:rsidRPr="00C57AA7">
        <w:rPr>
          <w:rFonts w:eastAsia="Times New Roman" w:cs="Times New Roman"/>
          <w:sz w:val="28"/>
          <w:szCs w:val="28"/>
        </w:rPr>
        <w:t xml:space="preserve"> a </w:t>
      </w:r>
      <w:proofErr w:type="spellStart"/>
      <w:r w:rsidRPr="00C57AA7">
        <w:rPr>
          <w:rFonts w:eastAsia="Times New Roman" w:cs="Times New Roman"/>
          <w:sz w:val="28"/>
          <w:szCs w:val="28"/>
        </w:rPr>
        <w:t>terenurilor</w:t>
      </w:r>
      <w:proofErr w:type="spellEnd"/>
      <w:r w:rsidRPr="00C57AA7">
        <w:rPr>
          <w:rFonts w:eastAsia="Times New Roman" w:cs="Times New Roman"/>
          <w:sz w:val="28"/>
          <w:szCs w:val="28"/>
        </w:rPr>
        <w:t xml:space="preserve"> </w:t>
      </w:r>
      <w:proofErr w:type="spellStart"/>
      <w:r w:rsidRPr="00C57AA7">
        <w:rPr>
          <w:rFonts w:eastAsia="Times New Roman" w:cs="Times New Roman"/>
          <w:sz w:val="28"/>
          <w:szCs w:val="28"/>
        </w:rPr>
        <w:t>sau</w:t>
      </w:r>
      <w:proofErr w:type="spellEnd"/>
      <w:r w:rsidRPr="00C57AA7">
        <w:rPr>
          <w:rFonts w:eastAsia="Times New Roman" w:cs="Times New Roman"/>
          <w:sz w:val="28"/>
          <w:szCs w:val="28"/>
        </w:rPr>
        <w:t xml:space="preserve"> </w:t>
      </w:r>
      <w:proofErr w:type="spellStart"/>
      <w:r w:rsidRPr="00C57AA7">
        <w:rPr>
          <w:rFonts w:eastAsia="Times New Roman" w:cs="Times New Roman"/>
          <w:sz w:val="28"/>
          <w:szCs w:val="28"/>
        </w:rPr>
        <w:t>activităților</w:t>
      </w:r>
      <w:proofErr w:type="spellEnd"/>
      <w:r w:rsidRPr="00C57AA7">
        <w:rPr>
          <w:rFonts w:eastAsia="Times New Roman" w:cs="Times New Roman"/>
          <w:sz w:val="28"/>
          <w:szCs w:val="28"/>
        </w:rPr>
        <w:t xml:space="preserve"> sportive. Vor fi </w:t>
      </w:r>
      <w:proofErr w:type="spellStart"/>
      <w:r w:rsidRPr="00C57AA7">
        <w:rPr>
          <w:rFonts w:eastAsia="Times New Roman" w:cs="Times New Roman"/>
          <w:sz w:val="28"/>
          <w:szCs w:val="28"/>
        </w:rPr>
        <w:t>respectate</w:t>
      </w:r>
      <w:proofErr w:type="spellEnd"/>
      <w:r w:rsidRPr="00C57AA7">
        <w:rPr>
          <w:rFonts w:eastAsia="Times New Roman" w:cs="Times New Roman"/>
          <w:sz w:val="28"/>
          <w:szCs w:val="28"/>
        </w:rPr>
        <w:t xml:space="preserve"> </w:t>
      </w:r>
      <w:proofErr w:type="spellStart"/>
      <w:r w:rsidRPr="00C57AA7">
        <w:rPr>
          <w:rFonts w:eastAsia="Times New Roman" w:cs="Times New Roman"/>
          <w:sz w:val="28"/>
          <w:szCs w:val="28"/>
        </w:rPr>
        <w:t>distanțele</w:t>
      </w:r>
      <w:proofErr w:type="spellEnd"/>
      <w:r w:rsidRPr="00C57AA7">
        <w:rPr>
          <w:rFonts w:eastAsia="Times New Roman" w:cs="Times New Roman"/>
          <w:sz w:val="28"/>
          <w:szCs w:val="28"/>
        </w:rPr>
        <w:t xml:space="preserve"> de </w:t>
      </w:r>
      <w:proofErr w:type="spellStart"/>
      <w:r w:rsidRPr="00C57AA7">
        <w:rPr>
          <w:rFonts w:eastAsia="Times New Roman" w:cs="Times New Roman"/>
          <w:sz w:val="28"/>
          <w:szCs w:val="28"/>
        </w:rPr>
        <w:t>protecție</w:t>
      </w:r>
      <w:proofErr w:type="spellEnd"/>
      <w:r w:rsidRPr="00C57AA7">
        <w:rPr>
          <w:rFonts w:eastAsia="Times New Roman" w:cs="Times New Roman"/>
          <w:sz w:val="28"/>
          <w:szCs w:val="28"/>
        </w:rPr>
        <w:t xml:space="preserve"> </w:t>
      </w:r>
      <w:proofErr w:type="spellStart"/>
      <w:r w:rsidRPr="00C57AA7">
        <w:rPr>
          <w:rFonts w:eastAsia="Times New Roman" w:cs="Times New Roman"/>
          <w:sz w:val="28"/>
          <w:szCs w:val="28"/>
        </w:rPr>
        <w:t>față</w:t>
      </w:r>
      <w:proofErr w:type="spellEnd"/>
      <w:r w:rsidRPr="00C57AA7">
        <w:rPr>
          <w:rFonts w:eastAsia="Times New Roman" w:cs="Times New Roman"/>
          <w:sz w:val="28"/>
          <w:szCs w:val="28"/>
        </w:rPr>
        <w:t xml:space="preserve"> de </w:t>
      </w:r>
      <w:proofErr w:type="spellStart"/>
      <w:r w:rsidRPr="00C57AA7">
        <w:rPr>
          <w:rFonts w:eastAsia="Times New Roman" w:cs="Times New Roman"/>
          <w:sz w:val="28"/>
          <w:szCs w:val="28"/>
        </w:rPr>
        <w:t>surse</w:t>
      </w:r>
      <w:proofErr w:type="spellEnd"/>
      <w:r w:rsidRPr="00C57AA7">
        <w:rPr>
          <w:rFonts w:eastAsia="Times New Roman" w:cs="Times New Roman"/>
          <w:sz w:val="28"/>
          <w:szCs w:val="28"/>
        </w:rPr>
        <w:t xml:space="preserve"> de </w:t>
      </w:r>
      <w:proofErr w:type="spellStart"/>
      <w:r w:rsidRPr="00C57AA7">
        <w:rPr>
          <w:rFonts w:eastAsia="Times New Roman" w:cs="Times New Roman"/>
          <w:sz w:val="28"/>
          <w:szCs w:val="28"/>
        </w:rPr>
        <w:t>poluare</w:t>
      </w:r>
      <w:proofErr w:type="spellEnd"/>
      <w:r w:rsidRPr="00C57AA7">
        <w:rPr>
          <w:rFonts w:eastAsia="Times New Roman" w:cs="Times New Roman"/>
          <w:sz w:val="28"/>
          <w:szCs w:val="28"/>
        </w:rPr>
        <w:t xml:space="preserve">, </w:t>
      </w:r>
      <w:proofErr w:type="spellStart"/>
      <w:r w:rsidRPr="00C57AA7">
        <w:rPr>
          <w:rFonts w:eastAsia="Times New Roman" w:cs="Times New Roman"/>
          <w:sz w:val="28"/>
          <w:szCs w:val="28"/>
        </w:rPr>
        <w:t>construcții</w:t>
      </w:r>
      <w:proofErr w:type="spellEnd"/>
      <w:r w:rsidRPr="00C57AA7">
        <w:rPr>
          <w:rFonts w:eastAsia="Times New Roman" w:cs="Times New Roman"/>
          <w:sz w:val="28"/>
          <w:szCs w:val="28"/>
        </w:rPr>
        <w:t xml:space="preserve"> </w:t>
      </w:r>
      <w:proofErr w:type="spellStart"/>
      <w:r w:rsidRPr="00C57AA7">
        <w:rPr>
          <w:rFonts w:eastAsia="Times New Roman" w:cs="Times New Roman"/>
          <w:sz w:val="28"/>
          <w:szCs w:val="28"/>
        </w:rPr>
        <w:t>și</w:t>
      </w:r>
      <w:proofErr w:type="spellEnd"/>
      <w:r w:rsidRPr="00C57AA7">
        <w:rPr>
          <w:rFonts w:eastAsia="Times New Roman" w:cs="Times New Roman"/>
          <w:sz w:val="28"/>
          <w:szCs w:val="28"/>
        </w:rPr>
        <w:t xml:space="preserve"> </w:t>
      </w:r>
      <w:proofErr w:type="spellStart"/>
      <w:r w:rsidRPr="00C57AA7">
        <w:rPr>
          <w:rFonts w:eastAsia="Times New Roman" w:cs="Times New Roman"/>
          <w:sz w:val="28"/>
          <w:szCs w:val="28"/>
        </w:rPr>
        <w:t>proprietăți</w:t>
      </w:r>
      <w:proofErr w:type="spellEnd"/>
      <w:r w:rsidRPr="00C57AA7">
        <w:rPr>
          <w:rFonts w:eastAsia="Times New Roman" w:cs="Times New Roman"/>
          <w:sz w:val="28"/>
          <w:szCs w:val="28"/>
        </w:rPr>
        <w:t>.</w:t>
      </w:r>
    </w:p>
    <w:p w14:paraId="15CB70B6" w14:textId="77777777" w:rsidR="00A57563" w:rsidRPr="00C57AA7" w:rsidRDefault="00E8585D">
      <w:pPr>
        <w:pStyle w:val="Titlu2"/>
        <w:rPr>
          <w:rFonts w:ascii="Times New Roman" w:hAnsi="Times New Roman" w:cs="Times New Roman"/>
          <w:sz w:val="28"/>
          <w:szCs w:val="28"/>
        </w:rPr>
      </w:pPr>
      <w:r w:rsidRPr="00C57AA7">
        <w:rPr>
          <w:rFonts w:ascii="Times New Roman" w:hAnsi="Times New Roman" w:cs="Times New Roman"/>
          <w:sz w:val="28"/>
          <w:szCs w:val="28"/>
        </w:rPr>
        <w:t xml:space="preserve">c) </w:t>
      </w:r>
      <w:proofErr w:type="spellStart"/>
      <w:r w:rsidRPr="00C57AA7">
        <w:rPr>
          <w:rFonts w:ascii="Times New Roman" w:hAnsi="Times New Roman" w:cs="Times New Roman"/>
          <w:sz w:val="28"/>
          <w:szCs w:val="28"/>
        </w:rPr>
        <w:t>Surse</w:t>
      </w:r>
      <w:proofErr w:type="spellEnd"/>
      <w:r w:rsidRPr="00C57AA7">
        <w:rPr>
          <w:rFonts w:ascii="Times New Roman" w:hAnsi="Times New Roman" w:cs="Times New Roman"/>
          <w:sz w:val="28"/>
          <w:szCs w:val="28"/>
        </w:rPr>
        <w:t xml:space="preserve"> de </w:t>
      </w:r>
      <w:proofErr w:type="spellStart"/>
      <w:r w:rsidRPr="00C57AA7">
        <w:rPr>
          <w:rFonts w:ascii="Times New Roman" w:hAnsi="Times New Roman" w:cs="Times New Roman"/>
          <w:sz w:val="28"/>
          <w:szCs w:val="28"/>
        </w:rPr>
        <w:t>poluare</w:t>
      </w:r>
      <w:proofErr w:type="spellEnd"/>
      <w:r w:rsidRPr="00C57AA7">
        <w:rPr>
          <w:rFonts w:ascii="Times New Roman" w:hAnsi="Times New Roman" w:cs="Times New Roman"/>
          <w:sz w:val="28"/>
          <w:szCs w:val="28"/>
        </w:rPr>
        <w:t xml:space="preserve"> </w:t>
      </w:r>
      <w:proofErr w:type="spellStart"/>
      <w:r w:rsidRPr="00C57AA7">
        <w:rPr>
          <w:rFonts w:ascii="Times New Roman" w:hAnsi="Times New Roman" w:cs="Times New Roman"/>
          <w:sz w:val="28"/>
          <w:szCs w:val="28"/>
        </w:rPr>
        <w:t>existente</w:t>
      </w:r>
      <w:proofErr w:type="spellEnd"/>
      <w:r w:rsidRPr="00C57AA7">
        <w:rPr>
          <w:rFonts w:ascii="Times New Roman" w:hAnsi="Times New Roman" w:cs="Times New Roman"/>
          <w:sz w:val="28"/>
          <w:szCs w:val="28"/>
        </w:rPr>
        <w:t xml:space="preserve"> </w:t>
      </w:r>
      <w:proofErr w:type="spellStart"/>
      <w:r w:rsidRPr="00C57AA7">
        <w:rPr>
          <w:rFonts w:ascii="Times New Roman" w:hAnsi="Times New Roman" w:cs="Times New Roman"/>
          <w:sz w:val="28"/>
          <w:szCs w:val="28"/>
        </w:rPr>
        <w:t>în</w:t>
      </w:r>
      <w:proofErr w:type="spellEnd"/>
      <w:r w:rsidRPr="00C57AA7">
        <w:rPr>
          <w:rFonts w:ascii="Times New Roman" w:hAnsi="Times New Roman" w:cs="Times New Roman"/>
          <w:sz w:val="28"/>
          <w:szCs w:val="28"/>
        </w:rPr>
        <w:t xml:space="preserve"> </w:t>
      </w:r>
      <w:proofErr w:type="spellStart"/>
      <w:r w:rsidRPr="00C57AA7">
        <w:rPr>
          <w:rFonts w:ascii="Times New Roman" w:hAnsi="Times New Roman" w:cs="Times New Roman"/>
          <w:sz w:val="28"/>
          <w:szCs w:val="28"/>
        </w:rPr>
        <w:t>zonă</w:t>
      </w:r>
      <w:proofErr w:type="spellEnd"/>
    </w:p>
    <w:p w14:paraId="38AFA88B" w14:textId="77777777" w:rsidR="00A57563" w:rsidRPr="00C57AA7" w:rsidRDefault="00E8585D">
      <w:pPr>
        <w:rPr>
          <w:rFonts w:cs="Times New Roman"/>
          <w:sz w:val="28"/>
          <w:szCs w:val="28"/>
        </w:rPr>
      </w:pPr>
      <w:r w:rsidRPr="00C57AA7">
        <w:rPr>
          <w:rFonts w:eastAsia="Times New Roman" w:cs="Times New Roman"/>
          <w:sz w:val="28"/>
          <w:szCs w:val="28"/>
        </w:rPr>
        <w:t xml:space="preserve">Vor fi </w:t>
      </w:r>
      <w:proofErr w:type="spellStart"/>
      <w:r w:rsidRPr="00C57AA7">
        <w:rPr>
          <w:rFonts w:eastAsia="Times New Roman" w:cs="Times New Roman"/>
          <w:sz w:val="28"/>
          <w:szCs w:val="28"/>
        </w:rPr>
        <w:t>inventariate</w:t>
      </w:r>
      <w:proofErr w:type="spellEnd"/>
      <w:r w:rsidRPr="00C57AA7">
        <w:rPr>
          <w:rFonts w:eastAsia="Times New Roman" w:cs="Times New Roman"/>
          <w:sz w:val="28"/>
          <w:szCs w:val="28"/>
        </w:rPr>
        <w:t xml:space="preserve"> </w:t>
      </w:r>
      <w:proofErr w:type="spellStart"/>
      <w:r w:rsidRPr="00C57AA7">
        <w:rPr>
          <w:rFonts w:eastAsia="Times New Roman" w:cs="Times New Roman"/>
          <w:sz w:val="28"/>
          <w:szCs w:val="28"/>
        </w:rPr>
        <w:t>canalizările</w:t>
      </w:r>
      <w:proofErr w:type="spellEnd"/>
      <w:r w:rsidRPr="00C57AA7">
        <w:rPr>
          <w:rFonts w:eastAsia="Times New Roman" w:cs="Times New Roman"/>
          <w:sz w:val="28"/>
          <w:szCs w:val="28"/>
        </w:rPr>
        <w:t xml:space="preserve">, </w:t>
      </w:r>
      <w:proofErr w:type="spellStart"/>
      <w:r w:rsidRPr="00C57AA7">
        <w:rPr>
          <w:rFonts w:eastAsia="Times New Roman" w:cs="Times New Roman"/>
          <w:sz w:val="28"/>
          <w:szCs w:val="28"/>
        </w:rPr>
        <w:t>fosele</w:t>
      </w:r>
      <w:proofErr w:type="spellEnd"/>
      <w:r w:rsidRPr="00C57AA7">
        <w:rPr>
          <w:rFonts w:eastAsia="Times New Roman" w:cs="Times New Roman"/>
          <w:sz w:val="28"/>
          <w:szCs w:val="28"/>
        </w:rPr>
        <w:t xml:space="preserve">, </w:t>
      </w:r>
      <w:proofErr w:type="spellStart"/>
      <w:r w:rsidRPr="00C57AA7">
        <w:rPr>
          <w:rFonts w:eastAsia="Times New Roman" w:cs="Times New Roman"/>
          <w:sz w:val="28"/>
          <w:szCs w:val="28"/>
        </w:rPr>
        <w:t>depozitările</w:t>
      </w:r>
      <w:proofErr w:type="spellEnd"/>
      <w:r w:rsidRPr="00C57AA7">
        <w:rPr>
          <w:rFonts w:eastAsia="Times New Roman" w:cs="Times New Roman"/>
          <w:sz w:val="28"/>
          <w:szCs w:val="28"/>
        </w:rPr>
        <w:t xml:space="preserve">, </w:t>
      </w:r>
      <w:proofErr w:type="spellStart"/>
      <w:r w:rsidRPr="00C57AA7">
        <w:rPr>
          <w:rFonts w:eastAsia="Times New Roman" w:cs="Times New Roman"/>
          <w:sz w:val="28"/>
          <w:szCs w:val="28"/>
        </w:rPr>
        <w:t>platformele</w:t>
      </w:r>
      <w:proofErr w:type="spellEnd"/>
      <w:r w:rsidRPr="00C57AA7">
        <w:rPr>
          <w:rFonts w:eastAsia="Times New Roman" w:cs="Times New Roman"/>
          <w:sz w:val="28"/>
          <w:szCs w:val="28"/>
        </w:rPr>
        <w:t xml:space="preserve">, </w:t>
      </w:r>
      <w:proofErr w:type="spellStart"/>
      <w:r w:rsidRPr="00C57AA7">
        <w:rPr>
          <w:rFonts w:eastAsia="Times New Roman" w:cs="Times New Roman"/>
          <w:sz w:val="28"/>
          <w:szCs w:val="28"/>
        </w:rPr>
        <w:t>conductele</w:t>
      </w:r>
      <w:proofErr w:type="spellEnd"/>
      <w:r w:rsidRPr="00C57AA7">
        <w:rPr>
          <w:rFonts w:eastAsia="Times New Roman" w:cs="Times New Roman"/>
          <w:sz w:val="28"/>
          <w:szCs w:val="28"/>
        </w:rPr>
        <w:t xml:space="preserve"> </w:t>
      </w:r>
      <w:proofErr w:type="spellStart"/>
      <w:r w:rsidRPr="00C57AA7">
        <w:rPr>
          <w:rFonts w:eastAsia="Times New Roman" w:cs="Times New Roman"/>
          <w:sz w:val="28"/>
          <w:szCs w:val="28"/>
        </w:rPr>
        <w:t>și</w:t>
      </w:r>
      <w:proofErr w:type="spellEnd"/>
      <w:r w:rsidRPr="00C57AA7">
        <w:rPr>
          <w:rFonts w:eastAsia="Times New Roman" w:cs="Times New Roman"/>
          <w:sz w:val="28"/>
          <w:szCs w:val="28"/>
        </w:rPr>
        <w:t xml:space="preserve"> </w:t>
      </w:r>
      <w:proofErr w:type="spellStart"/>
      <w:r w:rsidRPr="00C57AA7">
        <w:rPr>
          <w:rFonts w:eastAsia="Times New Roman" w:cs="Times New Roman"/>
          <w:sz w:val="28"/>
          <w:szCs w:val="28"/>
        </w:rPr>
        <w:t>orice</w:t>
      </w:r>
      <w:proofErr w:type="spellEnd"/>
      <w:r w:rsidRPr="00C57AA7">
        <w:rPr>
          <w:rFonts w:eastAsia="Times New Roman" w:cs="Times New Roman"/>
          <w:sz w:val="28"/>
          <w:szCs w:val="28"/>
        </w:rPr>
        <w:t xml:space="preserve"> </w:t>
      </w:r>
      <w:proofErr w:type="spellStart"/>
      <w:r w:rsidRPr="00C57AA7">
        <w:rPr>
          <w:rFonts w:eastAsia="Times New Roman" w:cs="Times New Roman"/>
          <w:sz w:val="28"/>
          <w:szCs w:val="28"/>
        </w:rPr>
        <w:t>surse</w:t>
      </w:r>
      <w:proofErr w:type="spellEnd"/>
      <w:r w:rsidRPr="00C57AA7">
        <w:rPr>
          <w:rFonts w:eastAsia="Times New Roman" w:cs="Times New Roman"/>
          <w:sz w:val="28"/>
          <w:szCs w:val="28"/>
        </w:rPr>
        <w:t xml:space="preserve"> </w:t>
      </w:r>
      <w:proofErr w:type="spellStart"/>
      <w:r w:rsidRPr="00C57AA7">
        <w:rPr>
          <w:rFonts w:eastAsia="Times New Roman" w:cs="Times New Roman"/>
          <w:sz w:val="28"/>
          <w:szCs w:val="28"/>
        </w:rPr>
        <w:t>potențiale</w:t>
      </w:r>
      <w:proofErr w:type="spellEnd"/>
      <w:r w:rsidRPr="00C57AA7">
        <w:rPr>
          <w:rFonts w:eastAsia="Times New Roman" w:cs="Times New Roman"/>
          <w:sz w:val="28"/>
          <w:szCs w:val="28"/>
        </w:rPr>
        <w:t xml:space="preserve"> de </w:t>
      </w:r>
      <w:proofErr w:type="spellStart"/>
      <w:r w:rsidRPr="00C57AA7">
        <w:rPr>
          <w:rFonts w:eastAsia="Times New Roman" w:cs="Times New Roman"/>
          <w:sz w:val="28"/>
          <w:szCs w:val="28"/>
        </w:rPr>
        <w:t>contaminare</w:t>
      </w:r>
      <w:proofErr w:type="spellEnd"/>
      <w:r w:rsidRPr="00C57AA7">
        <w:rPr>
          <w:rFonts w:eastAsia="Times New Roman" w:cs="Times New Roman"/>
          <w:sz w:val="28"/>
          <w:szCs w:val="28"/>
        </w:rPr>
        <w:t xml:space="preserve">. </w:t>
      </w:r>
      <w:proofErr w:type="spellStart"/>
      <w:r w:rsidRPr="00C57AA7">
        <w:rPr>
          <w:rFonts w:eastAsia="Times New Roman" w:cs="Times New Roman"/>
          <w:sz w:val="28"/>
          <w:szCs w:val="28"/>
        </w:rPr>
        <w:t>Amplasamentul</w:t>
      </w:r>
      <w:proofErr w:type="spellEnd"/>
      <w:r w:rsidRPr="00C57AA7">
        <w:rPr>
          <w:rFonts w:eastAsia="Times New Roman" w:cs="Times New Roman"/>
          <w:sz w:val="28"/>
          <w:szCs w:val="28"/>
        </w:rPr>
        <w:t xml:space="preserve"> </w:t>
      </w:r>
      <w:proofErr w:type="spellStart"/>
      <w:r w:rsidRPr="00C57AA7">
        <w:rPr>
          <w:rFonts w:eastAsia="Times New Roman" w:cs="Times New Roman"/>
          <w:sz w:val="28"/>
          <w:szCs w:val="28"/>
        </w:rPr>
        <w:t>și</w:t>
      </w:r>
      <w:proofErr w:type="spellEnd"/>
      <w:r w:rsidRPr="00C57AA7">
        <w:rPr>
          <w:rFonts w:eastAsia="Times New Roman" w:cs="Times New Roman"/>
          <w:sz w:val="28"/>
          <w:szCs w:val="28"/>
        </w:rPr>
        <w:t xml:space="preserve"> </w:t>
      </w:r>
      <w:proofErr w:type="spellStart"/>
      <w:r w:rsidRPr="00C57AA7">
        <w:rPr>
          <w:rFonts w:eastAsia="Times New Roman" w:cs="Times New Roman"/>
          <w:sz w:val="28"/>
          <w:szCs w:val="28"/>
        </w:rPr>
        <w:t>etanșările</w:t>
      </w:r>
      <w:proofErr w:type="spellEnd"/>
      <w:r w:rsidRPr="00C57AA7">
        <w:rPr>
          <w:rFonts w:eastAsia="Times New Roman" w:cs="Times New Roman"/>
          <w:sz w:val="28"/>
          <w:szCs w:val="28"/>
        </w:rPr>
        <w:t xml:space="preserve"> </w:t>
      </w:r>
      <w:proofErr w:type="spellStart"/>
      <w:r w:rsidRPr="00C57AA7">
        <w:rPr>
          <w:rFonts w:eastAsia="Times New Roman" w:cs="Times New Roman"/>
          <w:sz w:val="28"/>
          <w:szCs w:val="28"/>
        </w:rPr>
        <w:t>vor</w:t>
      </w:r>
      <w:proofErr w:type="spellEnd"/>
      <w:r w:rsidRPr="00C57AA7">
        <w:rPr>
          <w:rFonts w:eastAsia="Times New Roman" w:cs="Times New Roman"/>
          <w:sz w:val="28"/>
          <w:szCs w:val="28"/>
        </w:rPr>
        <w:t xml:space="preserve"> </w:t>
      </w:r>
      <w:proofErr w:type="spellStart"/>
      <w:r w:rsidRPr="00C57AA7">
        <w:rPr>
          <w:rFonts w:eastAsia="Times New Roman" w:cs="Times New Roman"/>
          <w:sz w:val="28"/>
          <w:szCs w:val="28"/>
        </w:rPr>
        <w:t>preveni</w:t>
      </w:r>
      <w:proofErr w:type="spellEnd"/>
      <w:r w:rsidRPr="00C57AA7">
        <w:rPr>
          <w:rFonts w:eastAsia="Times New Roman" w:cs="Times New Roman"/>
          <w:sz w:val="28"/>
          <w:szCs w:val="28"/>
        </w:rPr>
        <w:t xml:space="preserve"> </w:t>
      </w:r>
      <w:proofErr w:type="spellStart"/>
      <w:r w:rsidRPr="00C57AA7">
        <w:rPr>
          <w:rFonts w:eastAsia="Times New Roman" w:cs="Times New Roman"/>
          <w:sz w:val="28"/>
          <w:szCs w:val="28"/>
        </w:rPr>
        <w:t>pătrunderea</w:t>
      </w:r>
      <w:proofErr w:type="spellEnd"/>
      <w:r w:rsidRPr="00C57AA7">
        <w:rPr>
          <w:rFonts w:eastAsia="Times New Roman" w:cs="Times New Roman"/>
          <w:sz w:val="28"/>
          <w:szCs w:val="28"/>
        </w:rPr>
        <w:t xml:space="preserve"> </w:t>
      </w:r>
      <w:proofErr w:type="spellStart"/>
      <w:r w:rsidRPr="00C57AA7">
        <w:rPr>
          <w:rFonts w:eastAsia="Times New Roman" w:cs="Times New Roman"/>
          <w:sz w:val="28"/>
          <w:szCs w:val="28"/>
        </w:rPr>
        <w:t>poluanților</w:t>
      </w:r>
      <w:proofErr w:type="spellEnd"/>
      <w:r w:rsidRPr="00C57AA7">
        <w:rPr>
          <w:rFonts w:eastAsia="Times New Roman" w:cs="Times New Roman"/>
          <w:sz w:val="28"/>
          <w:szCs w:val="28"/>
        </w:rPr>
        <w:t xml:space="preserve"> </w:t>
      </w:r>
      <w:proofErr w:type="spellStart"/>
      <w:r w:rsidRPr="00C57AA7">
        <w:rPr>
          <w:rFonts w:eastAsia="Times New Roman" w:cs="Times New Roman"/>
          <w:sz w:val="28"/>
          <w:szCs w:val="28"/>
        </w:rPr>
        <w:t>și</w:t>
      </w:r>
      <w:proofErr w:type="spellEnd"/>
      <w:r w:rsidRPr="00C57AA7">
        <w:rPr>
          <w:rFonts w:eastAsia="Times New Roman" w:cs="Times New Roman"/>
          <w:sz w:val="28"/>
          <w:szCs w:val="28"/>
        </w:rPr>
        <w:t xml:space="preserve"> </w:t>
      </w:r>
      <w:proofErr w:type="spellStart"/>
      <w:r w:rsidRPr="00C57AA7">
        <w:rPr>
          <w:rFonts w:eastAsia="Times New Roman" w:cs="Times New Roman"/>
          <w:sz w:val="28"/>
          <w:szCs w:val="28"/>
        </w:rPr>
        <w:t>comunicarea</w:t>
      </w:r>
      <w:proofErr w:type="spellEnd"/>
      <w:r w:rsidRPr="00C57AA7">
        <w:rPr>
          <w:rFonts w:eastAsia="Times New Roman" w:cs="Times New Roman"/>
          <w:sz w:val="28"/>
          <w:szCs w:val="28"/>
        </w:rPr>
        <w:t xml:space="preserve"> </w:t>
      </w:r>
      <w:proofErr w:type="spellStart"/>
      <w:r w:rsidRPr="00C57AA7">
        <w:rPr>
          <w:rFonts w:eastAsia="Times New Roman" w:cs="Times New Roman"/>
          <w:sz w:val="28"/>
          <w:szCs w:val="28"/>
        </w:rPr>
        <w:t>necontrolată</w:t>
      </w:r>
      <w:proofErr w:type="spellEnd"/>
      <w:r w:rsidRPr="00C57AA7">
        <w:rPr>
          <w:rFonts w:eastAsia="Times New Roman" w:cs="Times New Roman"/>
          <w:sz w:val="28"/>
          <w:szCs w:val="28"/>
        </w:rPr>
        <w:t xml:space="preserve"> </w:t>
      </w:r>
      <w:proofErr w:type="spellStart"/>
      <w:r w:rsidRPr="00C57AA7">
        <w:rPr>
          <w:rFonts w:eastAsia="Times New Roman" w:cs="Times New Roman"/>
          <w:sz w:val="28"/>
          <w:szCs w:val="28"/>
        </w:rPr>
        <w:t>între</w:t>
      </w:r>
      <w:proofErr w:type="spellEnd"/>
      <w:r w:rsidRPr="00C57AA7">
        <w:rPr>
          <w:rFonts w:eastAsia="Times New Roman" w:cs="Times New Roman"/>
          <w:sz w:val="28"/>
          <w:szCs w:val="28"/>
        </w:rPr>
        <w:t xml:space="preserve"> </w:t>
      </w:r>
      <w:proofErr w:type="spellStart"/>
      <w:r w:rsidRPr="00C57AA7">
        <w:rPr>
          <w:rFonts w:eastAsia="Times New Roman" w:cs="Times New Roman"/>
          <w:sz w:val="28"/>
          <w:szCs w:val="28"/>
        </w:rPr>
        <w:t>acvifere</w:t>
      </w:r>
      <w:proofErr w:type="spellEnd"/>
      <w:r w:rsidRPr="00C57AA7">
        <w:rPr>
          <w:rFonts w:eastAsia="Times New Roman" w:cs="Times New Roman"/>
          <w:sz w:val="28"/>
          <w:szCs w:val="28"/>
        </w:rPr>
        <w:t>.</w:t>
      </w:r>
    </w:p>
    <w:p w14:paraId="45E1BFB3" w14:textId="77777777" w:rsidR="00A57563" w:rsidRPr="00C57AA7" w:rsidRDefault="00E8585D">
      <w:pPr>
        <w:pStyle w:val="Titlu2"/>
        <w:rPr>
          <w:rFonts w:ascii="Times New Roman" w:hAnsi="Times New Roman" w:cs="Times New Roman"/>
          <w:sz w:val="28"/>
          <w:szCs w:val="28"/>
        </w:rPr>
      </w:pPr>
      <w:r w:rsidRPr="00C57AA7">
        <w:rPr>
          <w:rFonts w:ascii="Times New Roman" w:hAnsi="Times New Roman" w:cs="Times New Roman"/>
          <w:sz w:val="28"/>
          <w:szCs w:val="28"/>
        </w:rPr>
        <w:t xml:space="preserve">d) </w:t>
      </w:r>
      <w:proofErr w:type="spellStart"/>
      <w:r w:rsidRPr="00C57AA7">
        <w:rPr>
          <w:rFonts w:ascii="Times New Roman" w:hAnsi="Times New Roman" w:cs="Times New Roman"/>
          <w:sz w:val="28"/>
          <w:szCs w:val="28"/>
        </w:rPr>
        <w:t>Particularități</w:t>
      </w:r>
      <w:proofErr w:type="spellEnd"/>
      <w:r w:rsidRPr="00C57AA7">
        <w:rPr>
          <w:rFonts w:ascii="Times New Roman" w:hAnsi="Times New Roman" w:cs="Times New Roman"/>
          <w:sz w:val="28"/>
          <w:szCs w:val="28"/>
        </w:rPr>
        <w:t xml:space="preserve"> de relief</w:t>
      </w:r>
    </w:p>
    <w:p w14:paraId="008422C1" w14:textId="77777777" w:rsidR="00A57563" w:rsidRPr="00C57AA7" w:rsidRDefault="00E8585D">
      <w:pPr>
        <w:rPr>
          <w:rFonts w:cs="Times New Roman"/>
          <w:sz w:val="28"/>
          <w:szCs w:val="28"/>
        </w:rPr>
      </w:pPr>
      <w:proofErr w:type="spellStart"/>
      <w:r w:rsidRPr="00C57AA7">
        <w:rPr>
          <w:rFonts w:eastAsia="Times New Roman" w:cs="Times New Roman"/>
          <w:sz w:val="28"/>
          <w:szCs w:val="28"/>
        </w:rPr>
        <w:t>Cotele</w:t>
      </w:r>
      <w:proofErr w:type="spellEnd"/>
      <w:r w:rsidRPr="00C57AA7">
        <w:rPr>
          <w:rFonts w:eastAsia="Times New Roman" w:cs="Times New Roman"/>
          <w:sz w:val="28"/>
          <w:szCs w:val="28"/>
        </w:rPr>
        <w:t xml:space="preserve"> </w:t>
      </w:r>
      <w:proofErr w:type="spellStart"/>
      <w:r w:rsidRPr="00C57AA7">
        <w:rPr>
          <w:rFonts w:eastAsia="Times New Roman" w:cs="Times New Roman"/>
          <w:sz w:val="28"/>
          <w:szCs w:val="28"/>
        </w:rPr>
        <w:t>terenului</w:t>
      </w:r>
      <w:proofErr w:type="spellEnd"/>
      <w:r w:rsidRPr="00C57AA7">
        <w:rPr>
          <w:rFonts w:eastAsia="Times New Roman" w:cs="Times New Roman"/>
          <w:sz w:val="28"/>
          <w:szCs w:val="28"/>
        </w:rPr>
        <w:t xml:space="preserve">, </w:t>
      </w:r>
      <w:proofErr w:type="spellStart"/>
      <w:r w:rsidRPr="00C57AA7">
        <w:rPr>
          <w:rFonts w:eastAsia="Times New Roman" w:cs="Times New Roman"/>
          <w:sz w:val="28"/>
          <w:szCs w:val="28"/>
        </w:rPr>
        <w:t>scurgerea</w:t>
      </w:r>
      <w:proofErr w:type="spellEnd"/>
      <w:r w:rsidRPr="00C57AA7">
        <w:rPr>
          <w:rFonts w:eastAsia="Times New Roman" w:cs="Times New Roman"/>
          <w:sz w:val="28"/>
          <w:szCs w:val="28"/>
        </w:rPr>
        <w:t xml:space="preserve"> </w:t>
      </w:r>
      <w:proofErr w:type="spellStart"/>
      <w:r w:rsidRPr="00C57AA7">
        <w:rPr>
          <w:rFonts w:eastAsia="Times New Roman" w:cs="Times New Roman"/>
          <w:sz w:val="28"/>
          <w:szCs w:val="28"/>
        </w:rPr>
        <w:t>apelor</w:t>
      </w:r>
      <w:proofErr w:type="spellEnd"/>
      <w:r w:rsidRPr="00C57AA7">
        <w:rPr>
          <w:rFonts w:eastAsia="Times New Roman" w:cs="Times New Roman"/>
          <w:sz w:val="28"/>
          <w:szCs w:val="28"/>
        </w:rPr>
        <w:t xml:space="preserve"> </w:t>
      </w:r>
      <w:proofErr w:type="spellStart"/>
      <w:r w:rsidRPr="00C57AA7">
        <w:rPr>
          <w:rFonts w:eastAsia="Times New Roman" w:cs="Times New Roman"/>
          <w:sz w:val="28"/>
          <w:szCs w:val="28"/>
        </w:rPr>
        <w:t>pluviale</w:t>
      </w:r>
      <w:proofErr w:type="spellEnd"/>
      <w:r w:rsidRPr="00C57AA7">
        <w:rPr>
          <w:rFonts w:eastAsia="Times New Roman" w:cs="Times New Roman"/>
          <w:sz w:val="28"/>
          <w:szCs w:val="28"/>
        </w:rPr>
        <w:t xml:space="preserve"> </w:t>
      </w:r>
      <w:proofErr w:type="spellStart"/>
      <w:r w:rsidRPr="00C57AA7">
        <w:rPr>
          <w:rFonts w:eastAsia="Times New Roman" w:cs="Times New Roman"/>
          <w:sz w:val="28"/>
          <w:szCs w:val="28"/>
        </w:rPr>
        <w:t>și</w:t>
      </w:r>
      <w:proofErr w:type="spellEnd"/>
      <w:r w:rsidRPr="00C57AA7">
        <w:rPr>
          <w:rFonts w:eastAsia="Times New Roman" w:cs="Times New Roman"/>
          <w:sz w:val="28"/>
          <w:szCs w:val="28"/>
        </w:rPr>
        <w:t xml:space="preserve"> </w:t>
      </w:r>
      <w:proofErr w:type="spellStart"/>
      <w:r w:rsidRPr="00C57AA7">
        <w:rPr>
          <w:rFonts w:eastAsia="Times New Roman" w:cs="Times New Roman"/>
          <w:sz w:val="28"/>
          <w:szCs w:val="28"/>
        </w:rPr>
        <w:t>riscul</w:t>
      </w:r>
      <w:proofErr w:type="spellEnd"/>
      <w:r w:rsidRPr="00C57AA7">
        <w:rPr>
          <w:rFonts w:eastAsia="Times New Roman" w:cs="Times New Roman"/>
          <w:sz w:val="28"/>
          <w:szCs w:val="28"/>
        </w:rPr>
        <w:t xml:space="preserve"> de </w:t>
      </w:r>
      <w:proofErr w:type="spellStart"/>
      <w:r w:rsidRPr="00C57AA7">
        <w:rPr>
          <w:rFonts w:eastAsia="Times New Roman" w:cs="Times New Roman"/>
          <w:sz w:val="28"/>
          <w:szCs w:val="28"/>
        </w:rPr>
        <w:t>băltire</w:t>
      </w:r>
      <w:proofErr w:type="spellEnd"/>
      <w:r w:rsidRPr="00C57AA7">
        <w:rPr>
          <w:rFonts w:eastAsia="Times New Roman" w:cs="Times New Roman"/>
          <w:sz w:val="28"/>
          <w:szCs w:val="28"/>
        </w:rPr>
        <w:t xml:space="preserve"> la capul </w:t>
      </w:r>
      <w:proofErr w:type="spellStart"/>
      <w:r w:rsidRPr="00C57AA7">
        <w:rPr>
          <w:rFonts w:eastAsia="Times New Roman" w:cs="Times New Roman"/>
          <w:sz w:val="28"/>
          <w:szCs w:val="28"/>
        </w:rPr>
        <w:t>puțului</w:t>
      </w:r>
      <w:proofErr w:type="spellEnd"/>
      <w:r w:rsidRPr="00C57AA7">
        <w:rPr>
          <w:rFonts w:eastAsia="Times New Roman" w:cs="Times New Roman"/>
          <w:sz w:val="28"/>
          <w:szCs w:val="28"/>
        </w:rPr>
        <w:t xml:space="preserve"> </w:t>
      </w:r>
      <w:proofErr w:type="spellStart"/>
      <w:r w:rsidRPr="00C57AA7">
        <w:rPr>
          <w:rFonts w:eastAsia="Times New Roman" w:cs="Times New Roman"/>
          <w:sz w:val="28"/>
          <w:szCs w:val="28"/>
        </w:rPr>
        <w:t>vor</w:t>
      </w:r>
      <w:proofErr w:type="spellEnd"/>
      <w:r w:rsidRPr="00C57AA7">
        <w:rPr>
          <w:rFonts w:eastAsia="Times New Roman" w:cs="Times New Roman"/>
          <w:sz w:val="28"/>
          <w:szCs w:val="28"/>
        </w:rPr>
        <w:t xml:space="preserve"> fi </w:t>
      </w:r>
      <w:proofErr w:type="spellStart"/>
      <w:r w:rsidRPr="00C57AA7">
        <w:rPr>
          <w:rFonts w:eastAsia="Times New Roman" w:cs="Times New Roman"/>
          <w:sz w:val="28"/>
          <w:szCs w:val="28"/>
        </w:rPr>
        <w:t>evidențiate</w:t>
      </w:r>
      <w:proofErr w:type="spellEnd"/>
      <w:r w:rsidRPr="00C57AA7">
        <w:rPr>
          <w:rFonts w:eastAsia="Times New Roman" w:cs="Times New Roman"/>
          <w:sz w:val="28"/>
          <w:szCs w:val="28"/>
        </w:rPr>
        <w:t xml:space="preserve"> </w:t>
      </w:r>
      <w:proofErr w:type="spellStart"/>
      <w:r w:rsidRPr="00C57AA7">
        <w:rPr>
          <w:rFonts w:eastAsia="Times New Roman" w:cs="Times New Roman"/>
          <w:sz w:val="28"/>
          <w:szCs w:val="28"/>
        </w:rPr>
        <w:t>topografic</w:t>
      </w:r>
      <w:proofErr w:type="spellEnd"/>
      <w:r w:rsidRPr="00C57AA7">
        <w:rPr>
          <w:rFonts w:eastAsia="Times New Roman" w:cs="Times New Roman"/>
          <w:sz w:val="28"/>
          <w:szCs w:val="28"/>
        </w:rPr>
        <w:t xml:space="preserve">. </w:t>
      </w:r>
      <w:proofErr w:type="spellStart"/>
      <w:r w:rsidRPr="00C57AA7">
        <w:rPr>
          <w:rFonts w:eastAsia="Times New Roman" w:cs="Times New Roman"/>
          <w:sz w:val="28"/>
          <w:szCs w:val="28"/>
        </w:rPr>
        <w:t>Protecția</w:t>
      </w:r>
      <w:proofErr w:type="spellEnd"/>
      <w:r w:rsidRPr="00C57AA7">
        <w:rPr>
          <w:rFonts w:eastAsia="Times New Roman" w:cs="Times New Roman"/>
          <w:sz w:val="28"/>
          <w:szCs w:val="28"/>
        </w:rPr>
        <w:t xml:space="preserve"> de </w:t>
      </w:r>
      <w:proofErr w:type="spellStart"/>
      <w:r w:rsidRPr="00C57AA7">
        <w:rPr>
          <w:rFonts w:eastAsia="Times New Roman" w:cs="Times New Roman"/>
          <w:sz w:val="28"/>
          <w:szCs w:val="28"/>
        </w:rPr>
        <w:t>suprafață</w:t>
      </w:r>
      <w:proofErr w:type="spellEnd"/>
      <w:r w:rsidRPr="00C57AA7">
        <w:rPr>
          <w:rFonts w:eastAsia="Times New Roman" w:cs="Times New Roman"/>
          <w:sz w:val="28"/>
          <w:szCs w:val="28"/>
        </w:rPr>
        <w:t xml:space="preserve"> </w:t>
      </w:r>
      <w:proofErr w:type="spellStart"/>
      <w:r w:rsidRPr="00C57AA7">
        <w:rPr>
          <w:rFonts w:eastAsia="Times New Roman" w:cs="Times New Roman"/>
          <w:sz w:val="28"/>
          <w:szCs w:val="28"/>
        </w:rPr>
        <w:t>va</w:t>
      </w:r>
      <w:proofErr w:type="spellEnd"/>
      <w:r w:rsidRPr="00C57AA7">
        <w:rPr>
          <w:rFonts w:eastAsia="Times New Roman" w:cs="Times New Roman"/>
          <w:sz w:val="28"/>
          <w:szCs w:val="28"/>
        </w:rPr>
        <w:t xml:space="preserve"> </w:t>
      </w:r>
      <w:proofErr w:type="spellStart"/>
      <w:r w:rsidRPr="00C57AA7">
        <w:rPr>
          <w:rFonts w:eastAsia="Times New Roman" w:cs="Times New Roman"/>
          <w:sz w:val="28"/>
          <w:szCs w:val="28"/>
        </w:rPr>
        <w:t>dirija</w:t>
      </w:r>
      <w:proofErr w:type="spellEnd"/>
      <w:r w:rsidRPr="00C57AA7">
        <w:rPr>
          <w:rFonts w:eastAsia="Times New Roman" w:cs="Times New Roman"/>
          <w:sz w:val="28"/>
          <w:szCs w:val="28"/>
        </w:rPr>
        <w:t xml:space="preserve"> </w:t>
      </w:r>
      <w:proofErr w:type="spellStart"/>
      <w:r w:rsidRPr="00C57AA7">
        <w:rPr>
          <w:rFonts w:eastAsia="Times New Roman" w:cs="Times New Roman"/>
          <w:sz w:val="28"/>
          <w:szCs w:val="28"/>
        </w:rPr>
        <w:t>apele</w:t>
      </w:r>
      <w:proofErr w:type="spellEnd"/>
      <w:r w:rsidRPr="00C57AA7">
        <w:rPr>
          <w:rFonts w:eastAsia="Times New Roman" w:cs="Times New Roman"/>
          <w:sz w:val="28"/>
          <w:szCs w:val="28"/>
        </w:rPr>
        <w:t xml:space="preserve"> </w:t>
      </w:r>
      <w:proofErr w:type="spellStart"/>
      <w:r w:rsidRPr="00C57AA7">
        <w:rPr>
          <w:rFonts w:eastAsia="Times New Roman" w:cs="Times New Roman"/>
          <w:sz w:val="28"/>
          <w:szCs w:val="28"/>
        </w:rPr>
        <w:t>în</w:t>
      </w:r>
      <w:proofErr w:type="spellEnd"/>
      <w:r w:rsidRPr="00C57AA7">
        <w:rPr>
          <w:rFonts w:eastAsia="Times New Roman" w:cs="Times New Roman"/>
          <w:sz w:val="28"/>
          <w:szCs w:val="28"/>
        </w:rPr>
        <w:t xml:space="preserve"> afara </w:t>
      </w:r>
      <w:proofErr w:type="spellStart"/>
      <w:r w:rsidRPr="00C57AA7">
        <w:rPr>
          <w:rFonts w:eastAsia="Times New Roman" w:cs="Times New Roman"/>
          <w:sz w:val="28"/>
          <w:szCs w:val="28"/>
        </w:rPr>
        <w:t>captării</w:t>
      </w:r>
      <w:proofErr w:type="spellEnd"/>
      <w:r w:rsidRPr="00C57AA7">
        <w:rPr>
          <w:rFonts w:eastAsia="Times New Roman" w:cs="Times New Roman"/>
          <w:sz w:val="28"/>
          <w:szCs w:val="28"/>
        </w:rPr>
        <w:t>.</w:t>
      </w:r>
    </w:p>
    <w:p w14:paraId="6835E8BA" w14:textId="77777777" w:rsidR="00A57563" w:rsidRPr="00C57AA7" w:rsidRDefault="00E8585D">
      <w:pPr>
        <w:pStyle w:val="Titlu2"/>
        <w:rPr>
          <w:rFonts w:ascii="Times New Roman" w:hAnsi="Times New Roman" w:cs="Times New Roman"/>
          <w:sz w:val="28"/>
          <w:szCs w:val="28"/>
        </w:rPr>
      </w:pPr>
      <w:r w:rsidRPr="00C57AA7">
        <w:rPr>
          <w:rFonts w:ascii="Times New Roman" w:hAnsi="Times New Roman" w:cs="Times New Roman"/>
          <w:sz w:val="28"/>
          <w:szCs w:val="28"/>
        </w:rPr>
        <w:t xml:space="preserve">e) Nivel de </w:t>
      </w:r>
      <w:proofErr w:type="spellStart"/>
      <w:r w:rsidRPr="00C57AA7">
        <w:rPr>
          <w:rFonts w:ascii="Times New Roman" w:hAnsi="Times New Roman" w:cs="Times New Roman"/>
          <w:sz w:val="28"/>
          <w:szCs w:val="28"/>
        </w:rPr>
        <w:t>echipare</w:t>
      </w:r>
      <w:proofErr w:type="spellEnd"/>
      <w:r w:rsidRPr="00C57AA7">
        <w:rPr>
          <w:rFonts w:ascii="Times New Roman" w:hAnsi="Times New Roman" w:cs="Times New Roman"/>
          <w:sz w:val="28"/>
          <w:szCs w:val="28"/>
        </w:rPr>
        <w:t xml:space="preserve"> </w:t>
      </w:r>
      <w:proofErr w:type="spellStart"/>
      <w:r w:rsidRPr="00C57AA7">
        <w:rPr>
          <w:rFonts w:ascii="Times New Roman" w:hAnsi="Times New Roman" w:cs="Times New Roman"/>
          <w:sz w:val="28"/>
          <w:szCs w:val="28"/>
        </w:rPr>
        <w:t>tehnico-edilitară</w:t>
      </w:r>
      <w:proofErr w:type="spellEnd"/>
      <w:r w:rsidRPr="00C57AA7">
        <w:rPr>
          <w:rFonts w:ascii="Times New Roman" w:hAnsi="Times New Roman" w:cs="Times New Roman"/>
          <w:sz w:val="28"/>
          <w:szCs w:val="28"/>
        </w:rPr>
        <w:t xml:space="preserve"> a </w:t>
      </w:r>
      <w:proofErr w:type="spellStart"/>
      <w:r w:rsidRPr="00C57AA7">
        <w:rPr>
          <w:rFonts w:ascii="Times New Roman" w:hAnsi="Times New Roman" w:cs="Times New Roman"/>
          <w:sz w:val="28"/>
          <w:szCs w:val="28"/>
        </w:rPr>
        <w:t>zonei</w:t>
      </w:r>
      <w:proofErr w:type="spellEnd"/>
      <w:r w:rsidRPr="00C57AA7">
        <w:rPr>
          <w:rFonts w:ascii="Times New Roman" w:hAnsi="Times New Roman" w:cs="Times New Roman"/>
          <w:sz w:val="28"/>
          <w:szCs w:val="28"/>
        </w:rPr>
        <w:t xml:space="preserve"> </w:t>
      </w:r>
      <w:proofErr w:type="spellStart"/>
      <w:r w:rsidRPr="00C57AA7">
        <w:rPr>
          <w:rFonts w:ascii="Times New Roman" w:hAnsi="Times New Roman" w:cs="Times New Roman"/>
          <w:sz w:val="28"/>
          <w:szCs w:val="28"/>
        </w:rPr>
        <w:t>și</w:t>
      </w:r>
      <w:proofErr w:type="spellEnd"/>
      <w:r w:rsidRPr="00C57AA7">
        <w:rPr>
          <w:rFonts w:ascii="Times New Roman" w:hAnsi="Times New Roman" w:cs="Times New Roman"/>
          <w:sz w:val="28"/>
          <w:szCs w:val="28"/>
        </w:rPr>
        <w:t xml:space="preserve"> </w:t>
      </w:r>
      <w:proofErr w:type="spellStart"/>
      <w:r w:rsidRPr="00C57AA7">
        <w:rPr>
          <w:rFonts w:ascii="Times New Roman" w:hAnsi="Times New Roman" w:cs="Times New Roman"/>
          <w:sz w:val="28"/>
          <w:szCs w:val="28"/>
        </w:rPr>
        <w:t>posibilități</w:t>
      </w:r>
      <w:proofErr w:type="spellEnd"/>
      <w:r w:rsidRPr="00C57AA7">
        <w:rPr>
          <w:rFonts w:ascii="Times New Roman" w:hAnsi="Times New Roman" w:cs="Times New Roman"/>
          <w:sz w:val="28"/>
          <w:szCs w:val="28"/>
        </w:rPr>
        <w:t xml:space="preserve"> de </w:t>
      </w:r>
      <w:proofErr w:type="spellStart"/>
      <w:r w:rsidRPr="00C57AA7">
        <w:rPr>
          <w:rFonts w:ascii="Times New Roman" w:hAnsi="Times New Roman" w:cs="Times New Roman"/>
          <w:sz w:val="28"/>
          <w:szCs w:val="28"/>
        </w:rPr>
        <w:t>asigurare</w:t>
      </w:r>
      <w:proofErr w:type="spellEnd"/>
      <w:r w:rsidRPr="00C57AA7">
        <w:rPr>
          <w:rFonts w:ascii="Times New Roman" w:hAnsi="Times New Roman" w:cs="Times New Roman"/>
          <w:sz w:val="28"/>
          <w:szCs w:val="28"/>
        </w:rPr>
        <w:t xml:space="preserve"> a </w:t>
      </w:r>
      <w:proofErr w:type="spellStart"/>
      <w:r w:rsidRPr="00C57AA7">
        <w:rPr>
          <w:rFonts w:ascii="Times New Roman" w:hAnsi="Times New Roman" w:cs="Times New Roman"/>
          <w:sz w:val="28"/>
          <w:szCs w:val="28"/>
        </w:rPr>
        <w:t>utilităților</w:t>
      </w:r>
      <w:proofErr w:type="spellEnd"/>
    </w:p>
    <w:p w14:paraId="772E24A0" w14:textId="77777777" w:rsidR="00A57563" w:rsidRPr="00C57AA7" w:rsidRDefault="00E8585D">
      <w:pPr>
        <w:rPr>
          <w:rFonts w:cs="Times New Roman"/>
          <w:sz w:val="28"/>
          <w:szCs w:val="28"/>
        </w:rPr>
      </w:pPr>
      <w:r w:rsidRPr="00C57AA7">
        <w:rPr>
          <w:rFonts w:eastAsia="Times New Roman" w:cs="Times New Roman"/>
          <w:sz w:val="28"/>
          <w:szCs w:val="28"/>
        </w:rPr>
        <w:t xml:space="preserve">Vor fi </w:t>
      </w:r>
      <w:proofErr w:type="spellStart"/>
      <w:r w:rsidRPr="00C57AA7">
        <w:rPr>
          <w:rFonts w:eastAsia="Times New Roman" w:cs="Times New Roman"/>
          <w:sz w:val="28"/>
          <w:szCs w:val="28"/>
        </w:rPr>
        <w:t>verificate</w:t>
      </w:r>
      <w:proofErr w:type="spellEnd"/>
      <w:r w:rsidRPr="00C57AA7">
        <w:rPr>
          <w:rFonts w:eastAsia="Times New Roman" w:cs="Times New Roman"/>
          <w:sz w:val="28"/>
          <w:szCs w:val="28"/>
        </w:rPr>
        <w:t xml:space="preserve"> </w:t>
      </w:r>
      <w:proofErr w:type="spellStart"/>
      <w:r w:rsidRPr="00C57AA7">
        <w:rPr>
          <w:rFonts w:eastAsia="Times New Roman" w:cs="Times New Roman"/>
          <w:sz w:val="28"/>
          <w:szCs w:val="28"/>
        </w:rPr>
        <w:t>energia</w:t>
      </w:r>
      <w:proofErr w:type="spellEnd"/>
      <w:r w:rsidRPr="00C57AA7">
        <w:rPr>
          <w:rFonts w:eastAsia="Times New Roman" w:cs="Times New Roman"/>
          <w:sz w:val="28"/>
          <w:szCs w:val="28"/>
        </w:rPr>
        <w:t xml:space="preserve"> </w:t>
      </w:r>
      <w:proofErr w:type="spellStart"/>
      <w:r w:rsidRPr="00C57AA7">
        <w:rPr>
          <w:rFonts w:eastAsia="Times New Roman" w:cs="Times New Roman"/>
          <w:sz w:val="28"/>
          <w:szCs w:val="28"/>
        </w:rPr>
        <w:t>electrică</w:t>
      </w:r>
      <w:proofErr w:type="spellEnd"/>
      <w:r w:rsidRPr="00C57AA7">
        <w:rPr>
          <w:rFonts w:eastAsia="Times New Roman" w:cs="Times New Roman"/>
          <w:sz w:val="28"/>
          <w:szCs w:val="28"/>
        </w:rPr>
        <w:t xml:space="preserve"> </w:t>
      </w:r>
      <w:proofErr w:type="spellStart"/>
      <w:r w:rsidRPr="00C57AA7">
        <w:rPr>
          <w:rFonts w:eastAsia="Times New Roman" w:cs="Times New Roman"/>
          <w:sz w:val="28"/>
          <w:szCs w:val="28"/>
        </w:rPr>
        <w:t>necesară</w:t>
      </w:r>
      <w:proofErr w:type="spellEnd"/>
      <w:r w:rsidRPr="00C57AA7">
        <w:rPr>
          <w:rFonts w:eastAsia="Times New Roman" w:cs="Times New Roman"/>
          <w:sz w:val="28"/>
          <w:szCs w:val="28"/>
        </w:rPr>
        <w:t xml:space="preserve"> </w:t>
      </w:r>
      <w:proofErr w:type="spellStart"/>
      <w:r w:rsidRPr="00C57AA7">
        <w:rPr>
          <w:rFonts w:eastAsia="Times New Roman" w:cs="Times New Roman"/>
          <w:sz w:val="28"/>
          <w:szCs w:val="28"/>
        </w:rPr>
        <w:t>probelor</w:t>
      </w:r>
      <w:proofErr w:type="spellEnd"/>
      <w:r w:rsidRPr="00C57AA7">
        <w:rPr>
          <w:rFonts w:eastAsia="Times New Roman" w:cs="Times New Roman"/>
          <w:sz w:val="28"/>
          <w:szCs w:val="28"/>
        </w:rPr>
        <w:t xml:space="preserve"> </w:t>
      </w:r>
      <w:proofErr w:type="spellStart"/>
      <w:r w:rsidRPr="00C57AA7">
        <w:rPr>
          <w:rFonts w:eastAsia="Times New Roman" w:cs="Times New Roman"/>
          <w:sz w:val="28"/>
          <w:szCs w:val="28"/>
        </w:rPr>
        <w:t>și</w:t>
      </w:r>
      <w:proofErr w:type="spellEnd"/>
      <w:r w:rsidRPr="00C57AA7">
        <w:rPr>
          <w:rFonts w:eastAsia="Times New Roman" w:cs="Times New Roman"/>
          <w:sz w:val="28"/>
          <w:szCs w:val="28"/>
        </w:rPr>
        <w:t xml:space="preserve"> </w:t>
      </w:r>
      <w:proofErr w:type="spellStart"/>
      <w:r w:rsidRPr="00C57AA7">
        <w:rPr>
          <w:rFonts w:eastAsia="Times New Roman" w:cs="Times New Roman"/>
          <w:sz w:val="28"/>
          <w:szCs w:val="28"/>
        </w:rPr>
        <w:t>eventualei</w:t>
      </w:r>
      <w:proofErr w:type="spellEnd"/>
      <w:r w:rsidRPr="00C57AA7">
        <w:rPr>
          <w:rFonts w:eastAsia="Times New Roman" w:cs="Times New Roman"/>
          <w:sz w:val="28"/>
          <w:szCs w:val="28"/>
        </w:rPr>
        <w:t xml:space="preserve"> </w:t>
      </w:r>
      <w:proofErr w:type="spellStart"/>
      <w:r w:rsidRPr="00C57AA7">
        <w:rPr>
          <w:rFonts w:eastAsia="Times New Roman" w:cs="Times New Roman"/>
          <w:sz w:val="28"/>
          <w:szCs w:val="28"/>
        </w:rPr>
        <w:t>echipări</w:t>
      </w:r>
      <w:proofErr w:type="spellEnd"/>
      <w:r w:rsidRPr="00C57AA7">
        <w:rPr>
          <w:rFonts w:eastAsia="Times New Roman" w:cs="Times New Roman"/>
          <w:sz w:val="28"/>
          <w:szCs w:val="28"/>
        </w:rPr>
        <w:t xml:space="preserve">, </w:t>
      </w:r>
      <w:proofErr w:type="spellStart"/>
      <w:r w:rsidRPr="00C57AA7">
        <w:rPr>
          <w:rFonts w:eastAsia="Times New Roman" w:cs="Times New Roman"/>
          <w:sz w:val="28"/>
          <w:szCs w:val="28"/>
        </w:rPr>
        <w:t>traseele</w:t>
      </w:r>
      <w:proofErr w:type="spellEnd"/>
      <w:r w:rsidRPr="00C57AA7">
        <w:rPr>
          <w:rFonts w:eastAsia="Times New Roman" w:cs="Times New Roman"/>
          <w:sz w:val="28"/>
          <w:szCs w:val="28"/>
        </w:rPr>
        <w:t xml:space="preserve"> </w:t>
      </w:r>
      <w:proofErr w:type="spellStart"/>
      <w:r w:rsidRPr="00C57AA7">
        <w:rPr>
          <w:rFonts w:eastAsia="Times New Roman" w:cs="Times New Roman"/>
          <w:sz w:val="28"/>
          <w:szCs w:val="28"/>
        </w:rPr>
        <w:t>instalației</w:t>
      </w:r>
      <w:proofErr w:type="spellEnd"/>
      <w:r w:rsidRPr="00C57AA7">
        <w:rPr>
          <w:rFonts w:eastAsia="Times New Roman" w:cs="Times New Roman"/>
          <w:sz w:val="28"/>
          <w:szCs w:val="28"/>
        </w:rPr>
        <w:t xml:space="preserve"> de </w:t>
      </w:r>
      <w:proofErr w:type="spellStart"/>
      <w:r w:rsidRPr="00C57AA7">
        <w:rPr>
          <w:rFonts w:eastAsia="Times New Roman" w:cs="Times New Roman"/>
          <w:sz w:val="28"/>
          <w:szCs w:val="28"/>
        </w:rPr>
        <w:t>irigare</w:t>
      </w:r>
      <w:proofErr w:type="spellEnd"/>
      <w:r w:rsidRPr="00C57AA7">
        <w:rPr>
          <w:rFonts w:eastAsia="Times New Roman" w:cs="Times New Roman"/>
          <w:sz w:val="28"/>
          <w:szCs w:val="28"/>
        </w:rPr>
        <w:t xml:space="preserve"> </w:t>
      </w:r>
      <w:proofErr w:type="spellStart"/>
      <w:r w:rsidRPr="00C57AA7">
        <w:rPr>
          <w:rFonts w:eastAsia="Times New Roman" w:cs="Times New Roman"/>
          <w:sz w:val="28"/>
          <w:szCs w:val="28"/>
        </w:rPr>
        <w:t>și</w:t>
      </w:r>
      <w:proofErr w:type="spellEnd"/>
      <w:r w:rsidRPr="00C57AA7">
        <w:rPr>
          <w:rFonts w:eastAsia="Times New Roman" w:cs="Times New Roman"/>
          <w:sz w:val="28"/>
          <w:szCs w:val="28"/>
        </w:rPr>
        <w:t xml:space="preserve"> </w:t>
      </w:r>
      <w:proofErr w:type="spellStart"/>
      <w:r w:rsidRPr="00C57AA7">
        <w:rPr>
          <w:rFonts w:eastAsia="Times New Roman" w:cs="Times New Roman"/>
          <w:sz w:val="28"/>
          <w:szCs w:val="28"/>
        </w:rPr>
        <w:t>posibilitatea</w:t>
      </w:r>
      <w:proofErr w:type="spellEnd"/>
      <w:r w:rsidRPr="00C57AA7">
        <w:rPr>
          <w:rFonts w:eastAsia="Times New Roman" w:cs="Times New Roman"/>
          <w:sz w:val="28"/>
          <w:szCs w:val="28"/>
        </w:rPr>
        <w:t xml:space="preserve"> </w:t>
      </w:r>
      <w:proofErr w:type="spellStart"/>
      <w:r w:rsidRPr="00C57AA7">
        <w:rPr>
          <w:rFonts w:eastAsia="Times New Roman" w:cs="Times New Roman"/>
          <w:sz w:val="28"/>
          <w:szCs w:val="28"/>
        </w:rPr>
        <w:t>evacuării</w:t>
      </w:r>
      <w:proofErr w:type="spellEnd"/>
      <w:r w:rsidRPr="00C57AA7">
        <w:rPr>
          <w:rFonts w:eastAsia="Times New Roman" w:cs="Times New Roman"/>
          <w:sz w:val="28"/>
          <w:szCs w:val="28"/>
        </w:rPr>
        <w:t xml:space="preserve"> </w:t>
      </w:r>
      <w:proofErr w:type="spellStart"/>
      <w:r w:rsidRPr="00C57AA7">
        <w:rPr>
          <w:rFonts w:eastAsia="Times New Roman" w:cs="Times New Roman"/>
          <w:sz w:val="28"/>
          <w:szCs w:val="28"/>
        </w:rPr>
        <w:t>controlate</w:t>
      </w:r>
      <w:proofErr w:type="spellEnd"/>
      <w:r w:rsidRPr="00C57AA7">
        <w:rPr>
          <w:rFonts w:eastAsia="Times New Roman" w:cs="Times New Roman"/>
          <w:sz w:val="28"/>
          <w:szCs w:val="28"/>
        </w:rPr>
        <w:t xml:space="preserve"> </w:t>
      </w:r>
      <w:proofErr w:type="gramStart"/>
      <w:r w:rsidRPr="00C57AA7">
        <w:rPr>
          <w:rFonts w:eastAsia="Times New Roman" w:cs="Times New Roman"/>
          <w:sz w:val="28"/>
          <w:szCs w:val="28"/>
        </w:rPr>
        <w:t>a</w:t>
      </w:r>
      <w:proofErr w:type="gramEnd"/>
      <w:r w:rsidRPr="00C57AA7">
        <w:rPr>
          <w:rFonts w:eastAsia="Times New Roman" w:cs="Times New Roman"/>
          <w:sz w:val="28"/>
          <w:szCs w:val="28"/>
        </w:rPr>
        <w:t xml:space="preserve"> </w:t>
      </w:r>
      <w:proofErr w:type="spellStart"/>
      <w:r w:rsidRPr="00C57AA7">
        <w:rPr>
          <w:rFonts w:eastAsia="Times New Roman" w:cs="Times New Roman"/>
          <w:sz w:val="28"/>
          <w:szCs w:val="28"/>
        </w:rPr>
        <w:t>apei</w:t>
      </w:r>
      <w:proofErr w:type="spellEnd"/>
      <w:r w:rsidRPr="00C57AA7">
        <w:rPr>
          <w:rFonts w:eastAsia="Times New Roman" w:cs="Times New Roman"/>
          <w:sz w:val="28"/>
          <w:szCs w:val="28"/>
        </w:rPr>
        <w:t xml:space="preserve"> din </w:t>
      </w:r>
      <w:proofErr w:type="spellStart"/>
      <w:r w:rsidRPr="00C57AA7">
        <w:rPr>
          <w:rFonts w:eastAsia="Times New Roman" w:cs="Times New Roman"/>
          <w:sz w:val="28"/>
          <w:szCs w:val="28"/>
        </w:rPr>
        <w:t>pomparea</w:t>
      </w:r>
      <w:proofErr w:type="spellEnd"/>
      <w:r w:rsidRPr="00C57AA7">
        <w:rPr>
          <w:rFonts w:eastAsia="Times New Roman" w:cs="Times New Roman"/>
          <w:sz w:val="28"/>
          <w:szCs w:val="28"/>
        </w:rPr>
        <w:t xml:space="preserve"> </w:t>
      </w:r>
      <w:proofErr w:type="spellStart"/>
      <w:r w:rsidRPr="00C57AA7">
        <w:rPr>
          <w:rFonts w:eastAsia="Times New Roman" w:cs="Times New Roman"/>
          <w:sz w:val="28"/>
          <w:szCs w:val="28"/>
        </w:rPr>
        <w:t>experimentală</w:t>
      </w:r>
      <w:proofErr w:type="spellEnd"/>
      <w:r w:rsidRPr="00C57AA7">
        <w:rPr>
          <w:rFonts w:eastAsia="Times New Roman" w:cs="Times New Roman"/>
          <w:sz w:val="28"/>
          <w:szCs w:val="28"/>
        </w:rPr>
        <w:t xml:space="preserve">, </w:t>
      </w:r>
      <w:proofErr w:type="spellStart"/>
      <w:r w:rsidRPr="00C57AA7">
        <w:rPr>
          <w:rFonts w:eastAsia="Times New Roman" w:cs="Times New Roman"/>
          <w:sz w:val="28"/>
          <w:szCs w:val="28"/>
        </w:rPr>
        <w:t>fără</w:t>
      </w:r>
      <w:proofErr w:type="spellEnd"/>
      <w:r w:rsidRPr="00C57AA7">
        <w:rPr>
          <w:rFonts w:eastAsia="Times New Roman" w:cs="Times New Roman"/>
          <w:sz w:val="28"/>
          <w:szCs w:val="28"/>
        </w:rPr>
        <w:t xml:space="preserve"> </w:t>
      </w:r>
      <w:proofErr w:type="spellStart"/>
      <w:r w:rsidRPr="00C57AA7">
        <w:rPr>
          <w:rFonts w:eastAsia="Times New Roman" w:cs="Times New Roman"/>
          <w:sz w:val="28"/>
          <w:szCs w:val="28"/>
        </w:rPr>
        <w:t>afectarea</w:t>
      </w:r>
      <w:proofErr w:type="spellEnd"/>
      <w:r w:rsidRPr="00C57AA7">
        <w:rPr>
          <w:rFonts w:eastAsia="Times New Roman" w:cs="Times New Roman"/>
          <w:sz w:val="28"/>
          <w:szCs w:val="28"/>
        </w:rPr>
        <w:t xml:space="preserve"> </w:t>
      </w:r>
      <w:proofErr w:type="spellStart"/>
      <w:r w:rsidRPr="00C57AA7">
        <w:rPr>
          <w:rFonts w:eastAsia="Times New Roman" w:cs="Times New Roman"/>
          <w:sz w:val="28"/>
          <w:szCs w:val="28"/>
        </w:rPr>
        <w:t>terenurilor</w:t>
      </w:r>
      <w:proofErr w:type="spellEnd"/>
      <w:r w:rsidRPr="00C57AA7">
        <w:rPr>
          <w:rFonts w:eastAsia="Times New Roman" w:cs="Times New Roman"/>
          <w:sz w:val="28"/>
          <w:szCs w:val="28"/>
        </w:rPr>
        <w:t>.</w:t>
      </w:r>
    </w:p>
    <w:p w14:paraId="403FF97F" w14:textId="77777777" w:rsidR="00A57563" w:rsidRPr="00C57AA7" w:rsidRDefault="00E8585D">
      <w:pPr>
        <w:pStyle w:val="Titlu2"/>
        <w:rPr>
          <w:rFonts w:ascii="Times New Roman" w:hAnsi="Times New Roman" w:cs="Times New Roman"/>
          <w:sz w:val="28"/>
          <w:szCs w:val="28"/>
        </w:rPr>
      </w:pPr>
      <w:r w:rsidRPr="00C57AA7">
        <w:rPr>
          <w:rFonts w:ascii="Times New Roman" w:hAnsi="Times New Roman" w:cs="Times New Roman"/>
          <w:sz w:val="28"/>
          <w:szCs w:val="28"/>
        </w:rPr>
        <w:t xml:space="preserve">f) </w:t>
      </w:r>
      <w:proofErr w:type="spellStart"/>
      <w:r w:rsidRPr="00C57AA7">
        <w:rPr>
          <w:rFonts w:ascii="Times New Roman" w:hAnsi="Times New Roman" w:cs="Times New Roman"/>
          <w:sz w:val="28"/>
          <w:szCs w:val="28"/>
        </w:rPr>
        <w:t>Existența</w:t>
      </w:r>
      <w:proofErr w:type="spellEnd"/>
      <w:r w:rsidRPr="00C57AA7">
        <w:rPr>
          <w:rFonts w:ascii="Times New Roman" w:hAnsi="Times New Roman" w:cs="Times New Roman"/>
          <w:sz w:val="28"/>
          <w:szCs w:val="28"/>
        </w:rPr>
        <w:t xml:space="preserve"> </w:t>
      </w:r>
      <w:proofErr w:type="spellStart"/>
      <w:r w:rsidRPr="00C57AA7">
        <w:rPr>
          <w:rFonts w:ascii="Times New Roman" w:hAnsi="Times New Roman" w:cs="Times New Roman"/>
          <w:sz w:val="28"/>
          <w:szCs w:val="28"/>
        </w:rPr>
        <w:t>unor</w:t>
      </w:r>
      <w:proofErr w:type="spellEnd"/>
      <w:r w:rsidRPr="00C57AA7">
        <w:rPr>
          <w:rFonts w:ascii="Times New Roman" w:hAnsi="Times New Roman" w:cs="Times New Roman"/>
          <w:sz w:val="28"/>
          <w:szCs w:val="28"/>
        </w:rPr>
        <w:t xml:space="preserve"> </w:t>
      </w:r>
      <w:proofErr w:type="spellStart"/>
      <w:r w:rsidRPr="00C57AA7">
        <w:rPr>
          <w:rFonts w:ascii="Times New Roman" w:hAnsi="Times New Roman" w:cs="Times New Roman"/>
          <w:sz w:val="28"/>
          <w:szCs w:val="28"/>
        </w:rPr>
        <w:t>eventuale</w:t>
      </w:r>
      <w:proofErr w:type="spellEnd"/>
      <w:r w:rsidRPr="00C57AA7">
        <w:rPr>
          <w:rFonts w:ascii="Times New Roman" w:hAnsi="Times New Roman" w:cs="Times New Roman"/>
          <w:sz w:val="28"/>
          <w:szCs w:val="28"/>
        </w:rPr>
        <w:t xml:space="preserve"> </w:t>
      </w:r>
      <w:proofErr w:type="spellStart"/>
      <w:r w:rsidRPr="00C57AA7">
        <w:rPr>
          <w:rFonts w:ascii="Times New Roman" w:hAnsi="Times New Roman" w:cs="Times New Roman"/>
          <w:sz w:val="28"/>
          <w:szCs w:val="28"/>
        </w:rPr>
        <w:t>rețele</w:t>
      </w:r>
      <w:proofErr w:type="spellEnd"/>
      <w:r w:rsidRPr="00C57AA7">
        <w:rPr>
          <w:rFonts w:ascii="Times New Roman" w:hAnsi="Times New Roman" w:cs="Times New Roman"/>
          <w:sz w:val="28"/>
          <w:szCs w:val="28"/>
        </w:rPr>
        <w:t xml:space="preserve"> </w:t>
      </w:r>
      <w:proofErr w:type="spellStart"/>
      <w:r w:rsidRPr="00C57AA7">
        <w:rPr>
          <w:rFonts w:ascii="Times New Roman" w:hAnsi="Times New Roman" w:cs="Times New Roman"/>
          <w:sz w:val="28"/>
          <w:szCs w:val="28"/>
        </w:rPr>
        <w:t>edilitare</w:t>
      </w:r>
      <w:proofErr w:type="spellEnd"/>
      <w:r w:rsidRPr="00C57AA7">
        <w:rPr>
          <w:rFonts w:ascii="Times New Roman" w:hAnsi="Times New Roman" w:cs="Times New Roman"/>
          <w:sz w:val="28"/>
          <w:szCs w:val="28"/>
        </w:rPr>
        <w:t xml:space="preserve"> </w:t>
      </w:r>
      <w:proofErr w:type="spellStart"/>
      <w:r w:rsidRPr="00C57AA7">
        <w:rPr>
          <w:rFonts w:ascii="Times New Roman" w:hAnsi="Times New Roman" w:cs="Times New Roman"/>
          <w:sz w:val="28"/>
          <w:szCs w:val="28"/>
        </w:rPr>
        <w:t>în</w:t>
      </w:r>
      <w:proofErr w:type="spellEnd"/>
      <w:r w:rsidRPr="00C57AA7">
        <w:rPr>
          <w:rFonts w:ascii="Times New Roman" w:hAnsi="Times New Roman" w:cs="Times New Roman"/>
          <w:sz w:val="28"/>
          <w:szCs w:val="28"/>
        </w:rPr>
        <w:t xml:space="preserve"> </w:t>
      </w:r>
      <w:proofErr w:type="spellStart"/>
      <w:r w:rsidRPr="00C57AA7">
        <w:rPr>
          <w:rFonts w:ascii="Times New Roman" w:hAnsi="Times New Roman" w:cs="Times New Roman"/>
          <w:sz w:val="28"/>
          <w:szCs w:val="28"/>
        </w:rPr>
        <w:t>amplasament</w:t>
      </w:r>
      <w:proofErr w:type="spellEnd"/>
      <w:r w:rsidRPr="00C57AA7">
        <w:rPr>
          <w:rFonts w:ascii="Times New Roman" w:hAnsi="Times New Roman" w:cs="Times New Roman"/>
          <w:sz w:val="28"/>
          <w:szCs w:val="28"/>
        </w:rPr>
        <w:t xml:space="preserve"> care </w:t>
      </w:r>
      <w:proofErr w:type="spellStart"/>
      <w:r w:rsidRPr="00C57AA7">
        <w:rPr>
          <w:rFonts w:ascii="Times New Roman" w:hAnsi="Times New Roman" w:cs="Times New Roman"/>
          <w:sz w:val="28"/>
          <w:szCs w:val="28"/>
        </w:rPr>
        <w:t>ar</w:t>
      </w:r>
      <w:proofErr w:type="spellEnd"/>
      <w:r w:rsidRPr="00C57AA7">
        <w:rPr>
          <w:rFonts w:ascii="Times New Roman" w:hAnsi="Times New Roman" w:cs="Times New Roman"/>
          <w:sz w:val="28"/>
          <w:szCs w:val="28"/>
        </w:rPr>
        <w:t xml:space="preserve"> </w:t>
      </w:r>
      <w:proofErr w:type="spellStart"/>
      <w:r w:rsidRPr="00C57AA7">
        <w:rPr>
          <w:rFonts w:ascii="Times New Roman" w:hAnsi="Times New Roman" w:cs="Times New Roman"/>
          <w:sz w:val="28"/>
          <w:szCs w:val="28"/>
        </w:rPr>
        <w:t>necesita</w:t>
      </w:r>
      <w:proofErr w:type="spellEnd"/>
      <w:r w:rsidRPr="00C57AA7">
        <w:rPr>
          <w:rFonts w:ascii="Times New Roman" w:hAnsi="Times New Roman" w:cs="Times New Roman"/>
          <w:sz w:val="28"/>
          <w:szCs w:val="28"/>
        </w:rPr>
        <w:t xml:space="preserve"> </w:t>
      </w:r>
      <w:proofErr w:type="spellStart"/>
      <w:r w:rsidRPr="00C57AA7">
        <w:rPr>
          <w:rFonts w:ascii="Times New Roman" w:hAnsi="Times New Roman" w:cs="Times New Roman"/>
          <w:sz w:val="28"/>
          <w:szCs w:val="28"/>
        </w:rPr>
        <w:t>relocare</w:t>
      </w:r>
      <w:proofErr w:type="spellEnd"/>
      <w:r w:rsidRPr="00C57AA7">
        <w:rPr>
          <w:rFonts w:ascii="Times New Roman" w:hAnsi="Times New Roman" w:cs="Times New Roman"/>
          <w:sz w:val="28"/>
          <w:szCs w:val="28"/>
        </w:rPr>
        <w:t>/</w:t>
      </w:r>
      <w:proofErr w:type="spellStart"/>
      <w:r w:rsidRPr="00C57AA7">
        <w:rPr>
          <w:rFonts w:ascii="Times New Roman" w:hAnsi="Times New Roman" w:cs="Times New Roman"/>
          <w:sz w:val="28"/>
          <w:szCs w:val="28"/>
        </w:rPr>
        <w:t>protejare</w:t>
      </w:r>
      <w:proofErr w:type="spellEnd"/>
      <w:r w:rsidRPr="00C57AA7">
        <w:rPr>
          <w:rFonts w:ascii="Times New Roman" w:hAnsi="Times New Roman" w:cs="Times New Roman"/>
          <w:sz w:val="28"/>
          <w:szCs w:val="28"/>
        </w:rPr>
        <w:t xml:space="preserve">, </w:t>
      </w:r>
      <w:proofErr w:type="spellStart"/>
      <w:r w:rsidRPr="00C57AA7">
        <w:rPr>
          <w:rFonts w:ascii="Times New Roman" w:hAnsi="Times New Roman" w:cs="Times New Roman"/>
          <w:sz w:val="28"/>
          <w:szCs w:val="28"/>
        </w:rPr>
        <w:t>în</w:t>
      </w:r>
      <w:proofErr w:type="spellEnd"/>
      <w:r w:rsidRPr="00C57AA7">
        <w:rPr>
          <w:rFonts w:ascii="Times New Roman" w:hAnsi="Times New Roman" w:cs="Times New Roman"/>
          <w:sz w:val="28"/>
          <w:szCs w:val="28"/>
        </w:rPr>
        <w:t xml:space="preserve"> </w:t>
      </w:r>
      <w:proofErr w:type="spellStart"/>
      <w:r w:rsidRPr="00C57AA7">
        <w:rPr>
          <w:rFonts w:ascii="Times New Roman" w:hAnsi="Times New Roman" w:cs="Times New Roman"/>
          <w:sz w:val="28"/>
          <w:szCs w:val="28"/>
        </w:rPr>
        <w:t>măsura</w:t>
      </w:r>
      <w:proofErr w:type="spellEnd"/>
      <w:r w:rsidRPr="00C57AA7">
        <w:rPr>
          <w:rFonts w:ascii="Times New Roman" w:hAnsi="Times New Roman" w:cs="Times New Roman"/>
          <w:sz w:val="28"/>
          <w:szCs w:val="28"/>
        </w:rPr>
        <w:t xml:space="preserve"> </w:t>
      </w:r>
      <w:proofErr w:type="spellStart"/>
      <w:r w:rsidRPr="00C57AA7">
        <w:rPr>
          <w:rFonts w:ascii="Times New Roman" w:hAnsi="Times New Roman" w:cs="Times New Roman"/>
          <w:sz w:val="28"/>
          <w:szCs w:val="28"/>
        </w:rPr>
        <w:t>în</w:t>
      </w:r>
      <w:proofErr w:type="spellEnd"/>
      <w:r w:rsidRPr="00C57AA7">
        <w:rPr>
          <w:rFonts w:ascii="Times New Roman" w:hAnsi="Times New Roman" w:cs="Times New Roman"/>
          <w:sz w:val="28"/>
          <w:szCs w:val="28"/>
        </w:rPr>
        <w:t xml:space="preserve"> care pot fi </w:t>
      </w:r>
      <w:proofErr w:type="spellStart"/>
      <w:r w:rsidRPr="00C57AA7">
        <w:rPr>
          <w:rFonts w:ascii="Times New Roman" w:hAnsi="Times New Roman" w:cs="Times New Roman"/>
          <w:sz w:val="28"/>
          <w:szCs w:val="28"/>
        </w:rPr>
        <w:t>identificate</w:t>
      </w:r>
      <w:proofErr w:type="spellEnd"/>
    </w:p>
    <w:p w14:paraId="71536236" w14:textId="77777777" w:rsidR="00A57563" w:rsidRPr="00C57AA7" w:rsidRDefault="00E8585D">
      <w:pPr>
        <w:rPr>
          <w:rFonts w:cs="Times New Roman"/>
          <w:sz w:val="28"/>
          <w:szCs w:val="28"/>
        </w:rPr>
      </w:pPr>
      <w:proofErr w:type="spellStart"/>
      <w:r w:rsidRPr="00C57AA7">
        <w:rPr>
          <w:rFonts w:eastAsia="Times New Roman" w:cs="Times New Roman"/>
          <w:sz w:val="28"/>
          <w:szCs w:val="28"/>
        </w:rPr>
        <w:t>Poziția</w:t>
      </w:r>
      <w:proofErr w:type="spellEnd"/>
      <w:r w:rsidRPr="00C57AA7">
        <w:rPr>
          <w:rFonts w:eastAsia="Times New Roman" w:cs="Times New Roman"/>
          <w:sz w:val="28"/>
          <w:szCs w:val="28"/>
        </w:rPr>
        <w:t xml:space="preserve"> </w:t>
      </w:r>
      <w:proofErr w:type="spellStart"/>
      <w:r w:rsidRPr="00C57AA7">
        <w:rPr>
          <w:rFonts w:eastAsia="Times New Roman" w:cs="Times New Roman"/>
          <w:sz w:val="28"/>
          <w:szCs w:val="28"/>
        </w:rPr>
        <w:t>rețelelor</w:t>
      </w:r>
      <w:proofErr w:type="spellEnd"/>
      <w:r w:rsidRPr="00C57AA7">
        <w:rPr>
          <w:rFonts w:eastAsia="Times New Roman" w:cs="Times New Roman"/>
          <w:sz w:val="28"/>
          <w:szCs w:val="28"/>
        </w:rPr>
        <w:t xml:space="preserve"> </w:t>
      </w:r>
      <w:proofErr w:type="spellStart"/>
      <w:r w:rsidRPr="00C57AA7">
        <w:rPr>
          <w:rFonts w:eastAsia="Times New Roman" w:cs="Times New Roman"/>
          <w:sz w:val="28"/>
          <w:szCs w:val="28"/>
        </w:rPr>
        <w:t>va</w:t>
      </w:r>
      <w:proofErr w:type="spellEnd"/>
      <w:r w:rsidRPr="00C57AA7">
        <w:rPr>
          <w:rFonts w:eastAsia="Times New Roman" w:cs="Times New Roman"/>
          <w:sz w:val="28"/>
          <w:szCs w:val="28"/>
        </w:rPr>
        <w:t xml:space="preserve"> fi </w:t>
      </w:r>
      <w:proofErr w:type="spellStart"/>
      <w:r w:rsidRPr="00C57AA7">
        <w:rPr>
          <w:rFonts w:eastAsia="Times New Roman" w:cs="Times New Roman"/>
          <w:sz w:val="28"/>
          <w:szCs w:val="28"/>
        </w:rPr>
        <w:t>obținută</w:t>
      </w:r>
      <w:proofErr w:type="spellEnd"/>
      <w:r w:rsidRPr="00C57AA7">
        <w:rPr>
          <w:rFonts w:eastAsia="Times New Roman" w:cs="Times New Roman"/>
          <w:sz w:val="28"/>
          <w:szCs w:val="28"/>
        </w:rPr>
        <w:t xml:space="preserve"> de la </w:t>
      </w:r>
      <w:proofErr w:type="spellStart"/>
      <w:r w:rsidRPr="00C57AA7">
        <w:rPr>
          <w:rFonts w:eastAsia="Times New Roman" w:cs="Times New Roman"/>
          <w:sz w:val="28"/>
          <w:szCs w:val="28"/>
        </w:rPr>
        <w:t>deținători</w:t>
      </w:r>
      <w:proofErr w:type="spellEnd"/>
      <w:r w:rsidRPr="00C57AA7">
        <w:rPr>
          <w:rFonts w:eastAsia="Times New Roman" w:cs="Times New Roman"/>
          <w:sz w:val="28"/>
          <w:szCs w:val="28"/>
        </w:rPr>
        <w:t xml:space="preserve"> </w:t>
      </w:r>
      <w:proofErr w:type="spellStart"/>
      <w:r w:rsidRPr="00C57AA7">
        <w:rPr>
          <w:rFonts w:eastAsia="Times New Roman" w:cs="Times New Roman"/>
          <w:sz w:val="28"/>
          <w:szCs w:val="28"/>
        </w:rPr>
        <w:t>și</w:t>
      </w:r>
      <w:proofErr w:type="spellEnd"/>
      <w:r w:rsidRPr="00C57AA7">
        <w:rPr>
          <w:rFonts w:eastAsia="Times New Roman" w:cs="Times New Roman"/>
          <w:sz w:val="28"/>
          <w:szCs w:val="28"/>
        </w:rPr>
        <w:t xml:space="preserve"> </w:t>
      </w:r>
      <w:proofErr w:type="spellStart"/>
      <w:r w:rsidRPr="00C57AA7">
        <w:rPr>
          <w:rFonts w:eastAsia="Times New Roman" w:cs="Times New Roman"/>
          <w:sz w:val="28"/>
          <w:szCs w:val="28"/>
        </w:rPr>
        <w:t>verificată</w:t>
      </w:r>
      <w:proofErr w:type="spellEnd"/>
      <w:r w:rsidRPr="00C57AA7">
        <w:rPr>
          <w:rFonts w:eastAsia="Times New Roman" w:cs="Times New Roman"/>
          <w:sz w:val="28"/>
          <w:szCs w:val="28"/>
        </w:rPr>
        <w:t xml:space="preserve"> </w:t>
      </w:r>
      <w:proofErr w:type="spellStart"/>
      <w:r w:rsidRPr="00C57AA7">
        <w:rPr>
          <w:rFonts w:eastAsia="Times New Roman" w:cs="Times New Roman"/>
          <w:sz w:val="28"/>
          <w:szCs w:val="28"/>
        </w:rPr>
        <w:t>în</w:t>
      </w:r>
      <w:proofErr w:type="spellEnd"/>
      <w:r w:rsidRPr="00C57AA7">
        <w:rPr>
          <w:rFonts w:eastAsia="Times New Roman" w:cs="Times New Roman"/>
          <w:sz w:val="28"/>
          <w:szCs w:val="28"/>
        </w:rPr>
        <w:t xml:space="preserve"> </w:t>
      </w:r>
      <w:proofErr w:type="spellStart"/>
      <w:r w:rsidRPr="00C57AA7">
        <w:rPr>
          <w:rFonts w:eastAsia="Times New Roman" w:cs="Times New Roman"/>
          <w:sz w:val="28"/>
          <w:szCs w:val="28"/>
        </w:rPr>
        <w:t>teren</w:t>
      </w:r>
      <w:proofErr w:type="spellEnd"/>
      <w:r w:rsidRPr="00C57AA7">
        <w:rPr>
          <w:rFonts w:eastAsia="Times New Roman" w:cs="Times New Roman"/>
          <w:sz w:val="28"/>
          <w:szCs w:val="28"/>
        </w:rPr>
        <w:t xml:space="preserve"> </w:t>
      </w:r>
      <w:proofErr w:type="spellStart"/>
      <w:r w:rsidRPr="00C57AA7">
        <w:rPr>
          <w:rFonts w:eastAsia="Times New Roman" w:cs="Times New Roman"/>
          <w:sz w:val="28"/>
          <w:szCs w:val="28"/>
        </w:rPr>
        <w:t>înaintea</w:t>
      </w:r>
      <w:proofErr w:type="spellEnd"/>
      <w:r w:rsidRPr="00C57AA7">
        <w:rPr>
          <w:rFonts w:eastAsia="Times New Roman" w:cs="Times New Roman"/>
          <w:sz w:val="28"/>
          <w:szCs w:val="28"/>
        </w:rPr>
        <w:t xml:space="preserve"> </w:t>
      </w:r>
      <w:proofErr w:type="spellStart"/>
      <w:r w:rsidRPr="00C57AA7">
        <w:rPr>
          <w:rFonts w:eastAsia="Times New Roman" w:cs="Times New Roman"/>
          <w:sz w:val="28"/>
          <w:szCs w:val="28"/>
        </w:rPr>
        <w:t>forării</w:t>
      </w:r>
      <w:proofErr w:type="spellEnd"/>
      <w:r w:rsidRPr="00C57AA7">
        <w:rPr>
          <w:rFonts w:eastAsia="Times New Roman" w:cs="Times New Roman"/>
          <w:sz w:val="28"/>
          <w:szCs w:val="28"/>
        </w:rPr>
        <w:t xml:space="preserve">. </w:t>
      </w:r>
      <w:proofErr w:type="spellStart"/>
      <w:r w:rsidRPr="00C57AA7">
        <w:rPr>
          <w:rFonts w:eastAsia="Times New Roman" w:cs="Times New Roman"/>
          <w:sz w:val="28"/>
          <w:szCs w:val="28"/>
        </w:rPr>
        <w:t>Puțul</w:t>
      </w:r>
      <w:proofErr w:type="spellEnd"/>
      <w:r w:rsidRPr="00C57AA7">
        <w:rPr>
          <w:rFonts w:eastAsia="Times New Roman" w:cs="Times New Roman"/>
          <w:sz w:val="28"/>
          <w:szCs w:val="28"/>
        </w:rPr>
        <w:t xml:space="preserve"> </w:t>
      </w:r>
      <w:proofErr w:type="spellStart"/>
      <w:r w:rsidRPr="00C57AA7">
        <w:rPr>
          <w:rFonts w:eastAsia="Times New Roman" w:cs="Times New Roman"/>
          <w:sz w:val="28"/>
          <w:szCs w:val="28"/>
        </w:rPr>
        <w:t>va</w:t>
      </w:r>
      <w:proofErr w:type="spellEnd"/>
      <w:r w:rsidRPr="00C57AA7">
        <w:rPr>
          <w:rFonts w:eastAsia="Times New Roman" w:cs="Times New Roman"/>
          <w:sz w:val="28"/>
          <w:szCs w:val="28"/>
        </w:rPr>
        <w:t xml:space="preserve"> fi </w:t>
      </w:r>
      <w:proofErr w:type="spellStart"/>
      <w:r w:rsidRPr="00C57AA7">
        <w:rPr>
          <w:rFonts w:eastAsia="Times New Roman" w:cs="Times New Roman"/>
          <w:sz w:val="28"/>
          <w:szCs w:val="28"/>
        </w:rPr>
        <w:t>relocat</w:t>
      </w:r>
      <w:proofErr w:type="spellEnd"/>
      <w:r w:rsidRPr="00C57AA7">
        <w:rPr>
          <w:rFonts w:eastAsia="Times New Roman" w:cs="Times New Roman"/>
          <w:sz w:val="28"/>
          <w:szCs w:val="28"/>
        </w:rPr>
        <w:t xml:space="preserve"> la </w:t>
      </w:r>
      <w:proofErr w:type="spellStart"/>
      <w:r w:rsidRPr="00C57AA7">
        <w:rPr>
          <w:rFonts w:eastAsia="Times New Roman" w:cs="Times New Roman"/>
          <w:sz w:val="28"/>
          <w:szCs w:val="28"/>
        </w:rPr>
        <w:t>nivel</w:t>
      </w:r>
      <w:proofErr w:type="spellEnd"/>
      <w:r w:rsidRPr="00C57AA7">
        <w:rPr>
          <w:rFonts w:eastAsia="Times New Roman" w:cs="Times New Roman"/>
          <w:sz w:val="28"/>
          <w:szCs w:val="28"/>
        </w:rPr>
        <w:t xml:space="preserve"> de </w:t>
      </w:r>
      <w:proofErr w:type="spellStart"/>
      <w:r w:rsidRPr="00C57AA7">
        <w:rPr>
          <w:rFonts w:eastAsia="Times New Roman" w:cs="Times New Roman"/>
          <w:sz w:val="28"/>
          <w:szCs w:val="28"/>
        </w:rPr>
        <w:t>proiect</w:t>
      </w:r>
      <w:proofErr w:type="spellEnd"/>
      <w:r w:rsidRPr="00C57AA7">
        <w:rPr>
          <w:rFonts w:eastAsia="Times New Roman" w:cs="Times New Roman"/>
          <w:sz w:val="28"/>
          <w:szCs w:val="28"/>
        </w:rPr>
        <w:t xml:space="preserve"> </w:t>
      </w:r>
      <w:proofErr w:type="spellStart"/>
      <w:r w:rsidRPr="00C57AA7">
        <w:rPr>
          <w:rFonts w:eastAsia="Times New Roman" w:cs="Times New Roman"/>
          <w:sz w:val="28"/>
          <w:szCs w:val="28"/>
        </w:rPr>
        <w:t>dacă</w:t>
      </w:r>
      <w:proofErr w:type="spellEnd"/>
      <w:r w:rsidRPr="00C57AA7">
        <w:rPr>
          <w:rFonts w:eastAsia="Times New Roman" w:cs="Times New Roman"/>
          <w:sz w:val="28"/>
          <w:szCs w:val="28"/>
        </w:rPr>
        <w:t xml:space="preserve"> </w:t>
      </w:r>
      <w:proofErr w:type="spellStart"/>
      <w:r w:rsidRPr="00C57AA7">
        <w:rPr>
          <w:rFonts w:eastAsia="Times New Roman" w:cs="Times New Roman"/>
          <w:sz w:val="28"/>
          <w:szCs w:val="28"/>
        </w:rPr>
        <w:t>există</w:t>
      </w:r>
      <w:proofErr w:type="spellEnd"/>
      <w:r w:rsidRPr="00C57AA7">
        <w:rPr>
          <w:rFonts w:eastAsia="Times New Roman" w:cs="Times New Roman"/>
          <w:sz w:val="28"/>
          <w:szCs w:val="28"/>
        </w:rPr>
        <w:t xml:space="preserve"> </w:t>
      </w:r>
      <w:proofErr w:type="spellStart"/>
      <w:r w:rsidRPr="00C57AA7">
        <w:rPr>
          <w:rFonts w:eastAsia="Times New Roman" w:cs="Times New Roman"/>
          <w:sz w:val="28"/>
          <w:szCs w:val="28"/>
        </w:rPr>
        <w:t>interferențe</w:t>
      </w:r>
      <w:proofErr w:type="spellEnd"/>
      <w:r w:rsidRPr="00C57AA7">
        <w:rPr>
          <w:rFonts w:eastAsia="Times New Roman" w:cs="Times New Roman"/>
          <w:sz w:val="28"/>
          <w:szCs w:val="28"/>
        </w:rPr>
        <w:t xml:space="preserve">; </w:t>
      </w:r>
      <w:proofErr w:type="spellStart"/>
      <w:r w:rsidRPr="00C57AA7">
        <w:rPr>
          <w:rFonts w:eastAsia="Times New Roman" w:cs="Times New Roman"/>
          <w:sz w:val="28"/>
          <w:szCs w:val="28"/>
        </w:rPr>
        <w:t>relocarea</w:t>
      </w:r>
      <w:proofErr w:type="spellEnd"/>
      <w:r w:rsidRPr="00C57AA7">
        <w:rPr>
          <w:rFonts w:eastAsia="Times New Roman" w:cs="Times New Roman"/>
          <w:sz w:val="28"/>
          <w:szCs w:val="28"/>
        </w:rPr>
        <w:t xml:space="preserve"> </w:t>
      </w:r>
      <w:proofErr w:type="spellStart"/>
      <w:r w:rsidRPr="00C57AA7">
        <w:rPr>
          <w:rFonts w:eastAsia="Times New Roman" w:cs="Times New Roman"/>
          <w:sz w:val="28"/>
          <w:szCs w:val="28"/>
        </w:rPr>
        <w:t>rețelelor</w:t>
      </w:r>
      <w:proofErr w:type="spellEnd"/>
      <w:r w:rsidRPr="00C57AA7">
        <w:rPr>
          <w:rFonts w:eastAsia="Times New Roman" w:cs="Times New Roman"/>
          <w:sz w:val="28"/>
          <w:szCs w:val="28"/>
        </w:rPr>
        <w:t xml:space="preserve"> se </w:t>
      </w:r>
      <w:proofErr w:type="spellStart"/>
      <w:r w:rsidRPr="00C57AA7">
        <w:rPr>
          <w:rFonts w:eastAsia="Times New Roman" w:cs="Times New Roman"/>
          <w:sz w:val="28"/>
          <w:szCs w:val="28"/>
        </w:rPr>
        <w:t>admite</w:t>
      </w:r>
      <w:proofErr w:type="spellEnd"/>
      <w:r w:rsidRPr="00C57AA7">
        <w:rPr>
          <w:rFonts w:eastAsia="Times New Roman" w:cs="Times New Roman"/>
          <w:sz w:val="28"/>
          <w:szCs w:val="28"/>
        </w:rPr>
        <w:t xml:space="preserve"> </w:t>
      </w:r>
      <w:proofErr w:type="spellStart"/>
      <w:r w:rsidRPr="00C57AA7">
        <w:rPr>
          <w:rFonts w:eastAsia="Times New Roman" w:cs="Times New Roman"/>
          <w:sz w:val="28"/>
          <w:szCs w:val="28"/>
        </w:rPr>
        <w:t>numai</w:t>
      </w:r>
      <w:proofErr w:type="spellEnd"/>
      <w:r w:rsidRPr="00C57AA7">
        <w:rPr>
          <w:rFonts w:eastAsia="Times New Roman" w:cs="Times New Roman"/>
          <w:sz w:val="28"/>
          <w:szCs w:val="28"/>
        </w:rPr>
        <w:t xml:space="preserve"> </w:t>
      </w:r>
      <w:proofErr w:type="spellStart"/>
      <w:r w:rsidRPr="00C57AA7">
        <w:rPr>
          <w:rFonts w:eastAsia="Times New Roman" w:cs="Times New Roman"/>
          <w:sz w:val="28"/>
          <w:szCs w:val="28"/>
        </w:rPr>
        <w:t>dacă</w:t>
      </w:r>
      <w:proofErr w:type="spellEnd"/>
      <w:r w:rsidRPr="00C57AA7">
        <w:rPr>
          <w:rFonts w:eastAsia="Times New Roman" w:cs="Times New Roman"/>
          <w:sz w:val="28"/>
          <w:szCs w:val="28"/>
        </w:rPr>
        <w:t xml:space="preserve"> </w:t>
      </w:r>
      <w:proofErr w:type="spellStart"/>
      <w:r w:rsidRPr="00C57AA7">
        <w:rPr>
          <w:rFonts w:eastAsia="Times New Roman" w:cs="Times New Roman"/>
          <w:sz w:val="28"/>
          <w:szCs w:val="28"/>
        </w:rPr>
        <w:t>este</w:t>
      </w:r>
      <w:proofErr w:type="spellEnd"/>
      <w:r w:rsidRPr="00C57AA7">
        <w:rPr>
          <w:rFonts w:eastAsia="Times New Roman" w:cs="Times New Roman"/>
          <w:sz w:val="28"/>
          <w:szCs w:val="28"/>
        </w:rPr>
        <w:t xml:space="preserve"> </w:t>
      </w:r>
      <w:proofErr w:type="spellStart"/>
      <w:r w:rsidRPr="00C57AA7">
        <w:rPr>
          <w:rFonts w:eastAsia="Times New Roman" w:cs="Times New Roman"/>
          <w:sz w:val="28"/>
          <w:szCs w:val="28"/>
        </w:rPr>
        <w:t>justificată</w:t>
      </w:r>
      <w:proofErr w:type="spellEnd"/>
      <w:r w:rsidRPr="00C57AA7">
        <w:rPr>
          <w:rFonts w:eastAsia="Times New Roman" w:cs="Times New Roman"/>
          <w:sz w:val="28"/>
          <w:szCs w:val="28"/>
        </w:rPr>
        <w:t xml:space="preserve"> </w:t>
      </w:r>
      <w:proofErr w:type="spellStart"/>
      <w:r w:rsidRPr="00C57AA7">
        <w:rPr>
          <w:rFonts w:eastAsia="Times New Roman" w:cs="Times New Roman"/>
          <w:sz w:val="28"/>
          <w:szCs w:val="28"/>
        </w:rPr>
        <w:t>și</w:t>
      </w:r>
      <w:proofErr w:type="spellEnd"/>
      <w:r w:rsidRPr="00C57AA7">
        <w:rPr>
          <w:rFonts w:eastAsia="Times New Roman" w:cs="Times New Roman"/>
          <w:sz w:val="28"/>
          <w:szCs w:val="28"/>
        </w:rPr>
        <w:t xml:space="preserve"> </w:t>
      </w:r>
      <w:proofErr w:type="spellStart"/>
      <w:r w:rsidRPr="00C57AA7">
        <w:rPr>
          <w:rFonts w:eastAsia="Times New Roman" w:cs="Times New Roman"/>
          <w:sz w:val="28"/>
          <w:szCs w:val="28"/>
        </w:rPr>
        <w:t>avizată</w:t>
      </w:r>
      <w:proofErr w:type="spellEnd"/>
      <w:r w:rsidRPr="00C57AA7">
        <w:rPr>
          <w:rFonts w:eastAsia="Times New Roman" w:cs="Times New Roman"/>
          <w:sz w:val="28"/>
          <w:szCs w:val="28"/>
        </w:rPr>
        <w:t>.</w:t>
      </w:r>
    </w:p>
    <w:p w14:paraId="26EBB318" w14:textId="77777777" w:rsidR="00A57563" w:rsidRPr="00C57AA7" w:rsidRDefault="00E8585D">
      <w:pPr>
        <w:pStyle w:val="Titlu2"/>
        <w:rPr>
          <w:rFonts w:ascii="Times New Roman" w:hAnsi="Times New Roman" w:cs="Times New Roman"/>
          <w:sz w:val="28"/>
          <w:szCs w:val="28"/>
        </w:rPr>
      </w:pPr>
      <w:r w:rsidRPr="00C57AA7">
        <w:rPr>
          <w:rFonts w:ascii="Times New Roman" w:hAnsi="Times New Roman" w:cs="Times New Roman"/>
          <w:sz w:val="28"/>
          <w:szCs w:val="28"/>
        </w:rPr>
        <w:t xml:space="preserve">g) </w:t>
      </w:r>
      <w:proofErr w:type="spellStart"/>
      <w:r w:rsidRPr="00C57AA7">
        <w:rPr>
          <w:rFonts w:ascii="Times New Roman" w:hAnsi="Times New Roman" w:cs="Times New Roman"/>
          <w:sz w:val="28"/>
          <w:szCs w:val="28"/>
        </w:rPr>
        <w:t>Posibile</w:t>
      </w:r>
      <w:proofErr w:type="spellEnd"/>
      <w:r w:rsidRPr="00C57AA7">
        <w:rPr>
          <w:rFonts w:ascii="Times New Roman" w:hAnsi="Times New Roman" w:cs="Times New Roman"/>
          <w:sz w:val="28"/>
          <w:szCs w:val="28"/>
        </w:rPr>
        <w:t xml:space="preserve"> </w:t>
      </w:r>
      <w:proofErr w:type="spellStart"/>
      <w:r w:rsidRPr="00C57AA7">
        <w:rPr>
          <w:rFonts w:ascii="Times New Roman" w:hAnsi="Times New Roman" w:cs="Times New Roman"/>
          <w:sz w:val="28"/>
          <w:szCs w:val="28"/>
        </w:rPr>
        <w:t>obligații</w:t>
      </w:r>
      <w:proofErr w:type="spellEnd"/>
      <w:r w:rsidRPr="00C57AA7">
        <w:rPr>
          <w:rFonts w:ascii="Times New Roman" w:hAnsi="Times New Roman" w:cs="Times New Roman"/>
          <w:sz w:val="28"/>
          <w:szCs w:val="28"/>
        </w:rPr>
        <w:t xml:space="preserve"> de </w:t>
      </w:r>
      <w:proofErr w:type="spellStart"/>
      <w:r w:rsidRPr="00C57AA7">
        <w:rPr>
          <w:rFonts w:ascii="Times New Roman" w:hAnsi="Times New Roman" w:cs="Times New Roman"/>
          <w:sz w:val="28"/>
          <w:szCs w:val="28"/>
        </w:rPr>
        <w:t>servitute</w:t>
      </w:r>
      <w:proofErr w:type="spellEnd"/>
    </w:p>
    <w:p w14:paraId="3B4274C3" w14:textId="77777777" w:rsidR="00A57563" w:rsidRPr="00C57AA7" w:rsidRDefault="00E8585D">
      <w:pPr>
        <w:rPr>
          <w:rFonts w:cs="Times New Roman"/>
          <w:sz w:val="28"/>
          <w:szCs w:val="28"/>
        </w:rPr>
      </w:pPr>
      <w:r w:rsidRPr="00C57AA7">
        <w:rPr>
          <w:rFonts w:eastAsia="Times New Roman" w:cs="Times New Roman"/>
          <w:sz w:val="28"/>
          <w:szCs w:val="28"/>
        </w:rPr>
        <w:t xml:space="preserve">Vor fi </w:t>
      </w:r>
      <w:proofErr w:type="spellStart"/>
      <w:r w:rsidRPr="00C57AA7">
        <w:rPr>
          <w:rFonts w:eastAsia="Times New Roman" w:cs="Times New Roman"/>
          <w:sz w:val="28"/>
          <w:szCs w:val="28"/>
        </w:rPr>
        <w:t>verificate</w:t>
      </w:r>
      <w:proofErr w:type="spellEnd"/>
      <w:r w:rsidRPr="00C57AA7">
        <w:rPr>
          <w:rFonts w:eastAsia="Times New Roman" w:cs="Times New Roman"/>
          <w:sz w:val="28"/>
          <w:szCs w:val="28"/>
        </w:rPr>
        <w:t xml:space="preserve"> </w:t>
      </w:r>
      <w:proofErr w:type="spellStart"/>
      <w:r w:rsidRPr="00C57AA7">
        <w:rPr>
          <w:rFonts w:eastAsia="Times New Roman" w:cs="Times New Roman"/>
          <w:sz w:val="28"/>
          <w:szCs w:val="28"/>
        </w:rPr>
        <w:t>cărțile</w:t>
      </w:r>
      <w:proofErr w:type="spellEnd"/>
      <w:r w:rsidRPr="00C57AA7">
        <w:rPr>
          <w:rFonts w:eastAsia="Times New Roman" w:cs="Times New Roman"/>
          <w:sz w:val="28"/>
          <w:szCs w:val="28"/>
        </w:rPr>
        <w:t xml:space="preserve"> </w:t>
      </w:r>
      <w:proofErr w:type="spellStart"/>
      <w:r w:rsidRPr="00C57AA7">
        <w:rPr>
          <w:rFonts w:eastAsia="Times New Roman" w:cs="Times New Roman"/>
          <w:sz w:val="28"/>
          <w:szCs w:val="28"/>
        </w:rPr>
        <w:t>funciare</w:t>
      </w:r>
      <w:proofErr w:type="spellEnd"/>
      <w:r w:rsidRPr="00C57AA7">
        <w:rPr>
          <w:rFonts w:eastAsia="Times New Roman" w:cs="Times New Roman"/>
          <w:sz w:val="28"/>
          <w:szCs w:val="28"/>
        </w:rPr>
        <w:t xml:space="preserve">, </w:t>
      </w:r>
      <w:proofErr w:type="spellStart"/>
      <w:r w:rsidRPr="00C57AA7">
        <w:rPr>
          <w:rFonts w:eastAsia="Times New Roman" w:cs="Times New Roman"/>
          <w:sz w:val="28"/>
          <w:szCs w:val="28"/>
        </w:rPr>
        <w:t>servituțile</w:t>
      </w:r>
      <w:proofErr w:type="spellEnd"/>
      <w:r w:rsidRPr="00C57AA7">
        <w:rPr>
          <w:rFonts w:eastAsia="Times New Roman" w:cs="Times New Roman"/>
          <w:sz w:val="28"/>
          <w:szCs w:val="28"/>
        </w:rPr>
        <w:t xml:space="preserve"> </w:t>
      </w:r>
      <w:proofErr w:type="spellStart"/>
      <w:r w:rsidRPr="00C57AA7">
        <w:rPr>
          <w:rFonts w:eastAsia="Times New Roman" w:cs="Times New Roman"/>
          <w:sz w:val="28"/>
          <w:szCs w:val="28"/>
        </w:rPr>
        <w:t>operatorilor</w:t>
      </w:r>
      <w:proofErr w:type="spellEnd"/>
      <w:r w:rsidRPr="00C57AA7">
        <w:rPr>
          <w:rFonts w:eastAsia="Times New Roman" w:cs="Times New Roman"/>
          <w:sz w:val="28"/>
          <w:szCs w:val="28"/>
        </w:rPr>
        <w:t xml:space="preserve">, </w:t>
      </w:r>
      <w:proofErr w:type="spellStart"/>
      <w:r w:rsidRPr="00C57AA7">
        <w:rPr>
          <w:rFonts w:eastAsia="Times New Roman" w:cs="Times New Roman"/>
          <w:sz w:val="28"/>
          <w:szCs w:val="28"/>
        </w:rPr>
        <w:t>accesul</w:t>
      </w:r>
      <w:proofErr w:type="spellEnd"/>
      <w:r w:rsidRPr="00C57AA7">
        <w:rPr>
          <w:rFonts w:eastAsia="Times New Roman" w:cs="Times New Roman"/>
          <w:sz w:val="28"/>
          <w:szCs w:val="28"/>
        </w:rPr>
        <w:t xml:space="preserve"> </w:t>
      </w:r>
      <w:proofErr w:type="spellStart"/>
      <w:r w:rsidRPr="00C57AA7">
        <w:rPr>
          <w:rFonts w:eastAsia="Times New Roman" w:cs="Times New Roman"/>
          <w:sz w:val="28"/>
          <w:szCs w:val="28"/>
        </w:rPr>
        <w:t>comun</w:t>
      </w:r>
      <w:proofErr w:type="spellEnd"/>
      <w:r w:rsidRPr="00C57AA7">
        <w:rPr>
          <w:rFonts w:eastAsia="Times New Roman" w:cs="Times New Roman"/>
          <w:sz w:val="28"/>
          <w:szCs w:val="28"/>
        </w:rPr>
        <w:t xml:space="preserve"> </w:t>
      </w:r>
      <w:proofErr w:type="spellStart"/>
      <w:r w:rsidRPr="00C57AA7">
        <w:rPr>
          <w:rFonts w:eastAsia="Times New Roman" w:cs="Times New Roman"/>
          <w:sz w:val="28"/>
          <w:szCs w:val="28"/>
        </w:rPr>
        <w:t>și</w:t>
      </w:r>
      <w:proofErr w:type="spellEnd"/>
      <w:r w:rsidRPr="00C57AA7">
        <w:rPr>
          <w:rFonts w:eastAsia="Times New Roman" w:cs="Times New Roman"/>
          <w:sz w:val="28"/>
          <w:szCs w:val="28"/>
        </w:rPr>
        <w:t xml:space="preserve"> </w:t>
      </w:r>
      <w:proofErr w:type="spellStart"/>
      <w:r w:rsidRPr="00C57AA7">
        <w:rPr>
          <w:rFonts w:eastAsia="Times New Roman" w:cs="Times New Roman"/>
          <w:sz w:val="28"/>
          <w:szCs w:val="28"/>
        </w:rPr>
        <w:t>zonele</w:t>
      </w:r>
      <w:proofErr w:type="spellEnd"/>
      <w:r w:rsidRPr="00C57AA7">
        <w:rPr>
          <w:rFonts w:eastAsia="Times New Roman" w:cs="Times New Roman"/>
          <w:sz w:val="28"/>
          <w:szCs w:val="28"/>
        </w:rPr>
        <w:t xml:space="preserve"> de </w:t>
      </w:r>
      <w:proofErr w:type="spellStart"/>
      <w:r w:rsidRPr="00C57AA7">
        <w:rPr>
          <w:rFonts w:eastAsia="Times New Roman" w:cs="Times New Roman"/>
          <w:sz w:val="28"/>
          <w:szCs w:val="28"/>
        </w:rPr>
        <w:t>protecție</w:t>
      </w:r>
      <w:proofErr w:type="spellEnd"/>
      <w:r w:rsidRPr="00C57AA7">
        <w:rPr>
          <w:rFonts w:eastAsia="Times New Roman" w:cs="Times New Roman"/>
          <w:sz w:val="28"/>
          <w:szCs w:val="28"/>
        </w:rPr>
        <w:t xml:space="preserve"> care pot </w:t>
      </w:r>
      <w:proofErr w:type="spellStart"/>
      <w:r w:rsidRPr="00C57AA7">
        <w:rPr>
          <w:rFonts w:eastAsia="Times New Roman" w:cs="Times New Roman"/>
          <w:sz w:val="28"/>
          <w:szCs w:val="28"/>
        </w:rPr>
        <w:t>condiționa</w:t>
      </w:r>
      <w:proofErr w:type="spellEnd"/>
      <w:r w:rsidRPr="00C57AA7">
        <w:rPr>
          <w:rFonts w:eastAsia="Times New Roman" w:cs="Times New Roman"/>
          <w:sz w:val="28"/>
          <w:szCs w:val="28"/>
        </w:rPr>
        <w:t xml:space="preserve"> </w:t>
      </w:r>
      <w:proofErr w:type="spellStart"/>
      <w:r w:rsidRPr="00C57AA7">
        <w:rPr>
          <w:rFonts w:eastAsia="Times New Roman" w:cs="Times New Roman"/>
          <w:sz w:val="28"/>
          <w:szCs w:val="28"/>
        </w:rPr>
        <w:t>amplasarea</w:t>
      </w:r>
      <w:proofErr w:type="spellEnd"/>
      <w:r w:rsidRPr="00C57AA7">
        <w:rPr>
          <w:rFonts w:eastAsia="Times New Roman" w:cs="Times New Roman"/>
          <w:sz w:val="28"/>
          <w:szCs w:val="28"/>
        </w:rPr>
        <w:t xml:space="preserve"> </w:t>
      </w:r>
      <w:proofErr w:type="spellStart"/>
      <w:r w:rsidRPr="00C57AA7">
        <w:rPr>
          <w:rFonts w:eastAsia="Times New Roman" w:cs="Times New Roman"/>
          <w:sz w:val="28"/>
          <w:szCs w:val="28"/>
        </w:rPr>
        <w:t>și</w:t>
      </w:r>
      <w:proofErr w:type="spellEnd"/>
      <w:r w:rsidRPr="00C57AA7">
        <w:rPr>
          <w:rFonts w:eastAsia="Times New Roman" w:cs="Times New Roman"/>
          <w:sz w:val="28"/>
          <w:szCs w:val="28"/>
        </w:rPr>
        <w:t xml:space="preserve"> </w:t>
      </w:r>
      <w:proofErr w:type="spellStart"/>
      <w:r w:rsidRPr="00C57AA7">
        <w:rPr>
          <w:rFonts w:eastAsia="Times New Roman" w:cs="Times New Roman"/>
          <w:sz w:val="28"/>
          <w:szCs w:val="28"/>
        </w:rPr>
        <w:t>exploatarea</w:t>
      </w:r>
      <w:proofErr w:type="spellEnd"/>
      <w:r w:rsidRPr="00C57AA7">
        <w:rPr>
          <w:rFonts w:eastAsia="Times New Roman" w:cs="Times New Roman"/>
          <w:sz w:val="28"/>
          <w:szCs w:val="28"/>
        </w:rPr>
        <w:t>.</w:t>
      </w:r>
    </w:p>
    <w:p w14:paraId="7F863CE5" w14:textId="77777777" w:rsidR="00A57563" w:rsidRPr="00C57AA7" w:rsidRDefault="00E8585D">
      <w:pPr>
        <w:pStyle w:val="Titlu2"/>
        <w:rPr>
          <w:rFonts w:ascii="Times New Roman" w:hAnsi="Times New Roman" w:cs="Times New Roman"/>
          <w:sz w:val="28"/>
          <w:szCs w:val="28"/>
        </w:rPr>
      </w:pPr>
      <w:r w:rsidRPr="00C57AA7">
        <w:rPr>
          <w:rFonts w:ascii="Times New Roman" w:hAnsi="Times New Roman" w:cs="Times New Roman"/>
          <w:sz w:val="28"/>
          <w:szCs w:val="28"/>
        </w:rPr>
        <w:lastRenderedPageBreak/>
        <w:t xml:space="preserve">h) </w:t>
      </w:r>
      <w:proofErr w:type="spellStart"/>
      <w:r w:rsidRPr="00C57AA7">
        <w:rPr>
          <w:rFonts w:ascii="Times New Roman" w:hAnsi="Times New Roman" w:cs="Times New Roman"/>
          <w:sz w:val="28"/>
          <w:szCs w:val="28"/>
        </w:rPr>
        <w:t>Condiționări</w:t>
      </w:r>
      <w:proofErr w:type="spellEnd"/>
      <w:r w:rsidRPr="00C57AA7">
        <w:rPr>
          <w:rFonts w:ascii="Times New Roman" w:hAnsi="Times New Roman" w:cs="Times New Roman"/>
          <w:sz w:val="28"/>
          <w:szCs w:val="28"/>
        </w:rPr>
        <w:t xml:space="preserve"> constructive determinate de </w:t>
      </w:r>
      <w:proofErr w:type="spellStart"/>
      <w:r w:rsidRPr="00C57AA7">
        <w:rPr>
          <w:rFonts w:ascii="Times New Roman" w:hAnsi="Times New Roman" w:cs="Times New Roman"/>
          <w:sz w:val="28"/>
          <w:szCs w:val="28"/>
        </w:rPr>
        <w:t>starea</w:t>
      </w:r>
      <w:proofErr w:type="spellEnd"/>
      <w:r w:rsidRPr="00C57AA7">
        <w:rPr>
          <w:rFonts w:ascii="Times New Roman" w:hAnsi="Times New Roman" w:cs="Times New Roman"/>
          <w:sz w:val="28"/>
          <w:szCs w:val="28"/>
        </w:rPr>
        <w:t xml:space="preserve"> </w:t>
      </w:r>
      <w:proofErr w:type="spellStart"/>
      <w:r w:rsidRPr="00C57AA7">
        <w:rPr>
          <w:rFonts w:ascii="Times New Roman" w:hAnsi="Times New Roman" w:cs="Times New Roman"/>
          <w:sz w:val="28"/>
          <w:szCs w:val="28"/>
        </w:rPr>
        <w:t>tehnică</w:t>
      </w:r>
      <w:proofErr w:type="spellEnd"/>
      <w:r w:rsidRPr="00C57AA7">
        <w:rPr>
          <w:rFonts w:ascii="Times New Roman" w:hAnsi="Times New Roman" w:cs="Times New Roman"/>
          <w:sz w:val="28"/>
          <w:szCs w:val="28"/>
        </w:rPr>
        <w:t xml:space="preserve"> </w:t>
      </w:r>
      <w:proofErr w:type="spellStart"/>
      <w:r w:rsidRPr="00C57AA7">
        <w:rPr>
          <w:rFonts w:ascii="Times New Roman" w:hAnsi="Times New Roman" w:cs="Times New Roman"/>
          <w:sz w:val="28"/>
          <w:szCs w:val="28"/>
        </w:rPr>
        <w:t>și</w:t>
      </w:r>
      <w:proofErr w:type="spellEnd"/>
      <w:r w:rsidRPr="00C57AA7">
        <w:rPr>
          <w:rFonts w:ascii="Times New Roman" w:hAnsi="Times New Roman" w:cs="Times New Roman"/>
          <w:sz w:val="28"/>
          <w:szCs w:val="28"/>
        </w:rPr>
        <w:t xml:space="preserve"> de </w:t>
      </w:r>
      <w:proofErr w:type="spellStart"/>
      <w:r w:rsidRPr="00C57AA7">
        <w:rPr>
          <w:rFonts w:ascii="Times New Roman" w:hAnsi="Times New Roman" w:cs="Times New Roman"/>
          <w:sz w:val="28"/>
          <w:szCs w:val="28"/>
        </w:rPr>
        <w:t>sistemul</w:t>
      </w:r>
      <w:proofErr w:type="spellEnd"/>
      <w:r w:rsidRPr="00C57AA7">
        <w:rPr>
          <w:rFonts w:ascii="Times New Roman" w:hAnsi="Times New Roman" w:cs="Times New Roman"/>
          <w:sz w:val="28"/>
          <w:szCs w:val="28"/>
        </w:rPr>
        <w:t xml:space="preserve"> </w:t>
      </w:r>
      <w:proofErr w:type="spellStart"/>
      <w:r w:rsidRPr="00C57AA7">
        <w:rPr>
          <w:rFonts w:ascii="Times New Roman" w:hAnsi="Times New Roman" w:cs="Times New Roman"/>
          <w:sz w:val="28"/>
          <w:szCs w:val="28"/>
        </w:rPr>
        <w:t>constructiv</w:t>
      </w:r>
      <w:proofErr w:type="spellEnd"/>
      <w:r w:rsidRPr="00C57AA7">
        <w:rPr>
          <w:rFonts w:ascii="Times New Roman" w:hAnsi="Times New Roman" w:cs="Times New Roman"/>
          <w:sz w:val="28"/>
          <w:szCs w:val="28"/>
        </w:rPr>
        <w:t xml:space="preserve"> al </w:t>
      </w:r>
      <w:proofErr w:type="spellStart"/>
      <w:r w:rsidRPr="00C57AA7">
        <w:rPr>
          <w:rFonts w:ascii="Times New Roman" w:hAnsi="Times New Roman" w:cs="Times New Roman"/>
          <w:sz w:val="28"/>
          <w:szCs w:val="28"/>
        </w:rPr>
        <w:t>unor</w:t>
      </w:r>
      <w:proofErr w:type="spellEnd"/>
      <w:r w:rsidRPr="00C57AA7">
        <w:rPr>
          <w:rFonts w:ascii="Times New Roman" w:hAnsi="Times New Roman" w:cs="Times New Roman"/>
          <w:sz w:val="28"/>
          <w:szCs w:val="28"/>
        </w:rPr>
        <w:t xml:space="preserve"> </w:t>
      </w:r>
      <w:proofErr w:type="spellStart"/>
      <w:r w:rsidRPr="00C57AA7">
        <w:rPr>
          <w:rFonts w:ascii="Times New Roman" w:hAnsi="Times New Roman" w:cs="Times New Roman"/>
          <w:sz w:val="28"/>
          <w:szCs w:val="28"/>
        </w:rPr>
        <w:t>construcții</w:t>
      </w:r>
      <w:proofErr w:type="spellEnd"/>
      <w:r w:rsidRPr="00C57AA7">
        <w:rPr>
          <w:rFonts w:ascii="Times New Roman" w:hAnsi="Times New Roman" w:cs="Times New Roman"/>
          <w:sz w:val="28"/>
          <w:szCs w:val="28"/>
        </w:rPr>
        <w:t xml:space="preserve"> </w:t>
      </w:r>
      <w:proofErr w:type="spellStart"/>
      <w:r w:rsidRPr="00C57AA7">
        <w:rPr>
          <w:rFonts w:ascii="Times New Roman" w:hAnsi="Times New Roman" w:cs="Times New Roman"/>
          <w:sz w:val="28"/>
          <w:szCs w:val="28"/>
        </w:rPr>
        <w:t>existente</w:t>
      </w:r>
      <w:proofErr w:type="spellEnd"/>
      <w:r w:rsidRPr="00C57AA7">
        <w:rPr>
          <w:rFonts w:ascii="Times New Roman" w:hAnsi="Times New Roman" w:cs="Times New Roman"/>
          <w:sz w:val="28"/>
          <w:szCs w:val="28"/>
        </w:rPr>
        <w:t xml:space="preserve"> </w:t>
      </w:r>
      <w:proofErr w:type="spellStart"/>
      <w:r w:rsidRPr="00C57AA7">
        <w:rPr>
          <w:rFonts w:ascii="Times New Roman" w:hAnsi="Times New Roman" w:cs="Times New Roman"/>
          <w:sz w:val="28"/>
          <w:szCs w:val="28"/>
        </w:rPr>
        <w:t>în</w:t>
      </w:r>
      <w:proofErr w:type="spellEnd"/>
      <w:r w:rsidRPr="00C57AA7">
        <w:rPr>
          <w:rFonts w:ascii="Times New Roman" w:hAnsi="Times New Roman" w:cs="Times New Roman"/>
          <w:sz w:val="28"/>
          <w:szCs w:val="28"/>
        </w:rPr>
        <w:t xml:space="preserve"> </w:t>
      </w:r>
      <w:proofErr w:type="spellStart"/>
      <w:r w:rsidRPr="00C57AA7">
        <w:rPr>
          <w:rFonts w:ascii="Times New Roman" w:hAnsi="Times New Roman" w:cs="Times New Roman"/>
          <w:sz w:val="28"/>
          <w:szCs w:val="28"/>
        </w:rPr>
        <w:t>amplasament</w:t>
      </w:r>
      <w:proofErr w:type="spellEnd"/>
      <w:r w:rsidRPr="00C57AA7">
        <w:rPr>
          <w:rFonts w:ascii="Times New Roman" w:hAnsi="Times New Roman" w:cs="Times New Roman"/>
          <w:sz w:val="28"/>
          <w:szCs w:val="28"/>
        </w:rPr>
        <w:t xml:space="preserve">, </w:t>
      </w:r>
      <w:proofErr w:type="spellStart"/>
      <w:r w:rsidRPr="00C57AA7">
        <w:rPr>
          <w:rFonts w:ascii="Times New Roman" w:hAnsi="Times New Roman" w:cs="Times New Roman"/>
          <w:sz w:val="28"/>
          <w:szCs w:val="28"/>
        </w:rPr>
        <w:t>asupra</w:t>
      </w:r>
      <w:proofErr w:type="spellEnd"/>
      <w:r w:rsidRPr="00C57AA7">
        <w:rPr>
          <w:rFonts w:ascii="Times New Roman" w:hAnsi="Times New Roman" w:cs="Times New Roman"/>
          <w:sz w:val="28"/>
          <w:szCs w:val="28"/>
        </w:rPr>
        <w:t xml:space="preserve"> </w:t>
      </w:r>
      <w:proofErr w:type="spellStart"/>
      <w:r w:rsidRPr="00C57AA7">
        <w:rPr>
          <w:rFonts w:ascii="Times New Roman" w:hAnsi="Times New Roman" w:cs="Times New Roman"/>
          <w:sz w:val="28"/>
          <w:szCs w:val="28"/>
        </w:rPr>
        <w:t>cărora</w:t>
      </w:r>
      <w:proofErr w:type="spellEnd"/>
      <w:r w:rsidRPr="00C57AA7">
        <w:rPr>
          <w:rFonts w:ascii="Times New Roman" w:hAnsi="Times New Roman" w:cs="Times New Roman"/>
          <w:sz w:val="28"/>
          <w:szCs w:val="28"/>
        </w:rPr>
        <w:t xml:space="preserve"> se </w:t>
      </w:r>
      <w:proofErr w:type="spellStart"/>
      <w:r w:rsidRPr="00C57AA7">
        <w:rPr>
          <w:rFonts w:ascii="Times New Roman" w:hAnsi="Times New Roman" w:cs="Times New Roman"/>
          <w:sz w:val="28"/>
          <w:szCs w:val="28"/>
        </w:rPr>
        <w:t>vor</w:t>
      </w:r>
      <w:proofErr w:type="spellEnd"/>
      <w:r w:rsidRPr="00C57AA7">
        <w:rPr>
          <w:rFonts w:ascii="Times New Roman" w:hAnsi="Times New Roman" w:cs="Times New Roman"/>
          <w:sz w:val="28"/>
          <w:szCs w:val="28"/>
        </w:rPr>
        <w:t xml:space="preserve"> face </w:t>
      </w:r>
      <w:proofErr w:type="spellStart"/>
      <w:r w:rsidRPr="00C57AA7">
        <w:rPr>
          <w:rFonts w:ascii="Times New Roman" w:hAnsi="Times New Roman" w:cs="Times New Roman"/>
          <w:sz w:val="28"/>
          <w:szCs w:val="28"/>
        </w:rPr>
        <w:t>lucrări</w:t>
      </w:r>
      <w:proofErr w:type="spellEnd"/>
      <w:r w:rsidRPr="00C57AA7">
        <w:rPr>
          <w:rFonts w:ascii="Times New Roman" w:hAnsi="Times New Roman" w:cs="Times New Roman"/>
          <w:sz w:val="28"/>
          <w:szCs w:val="28"/>
        </w:rPr>
        <w:t xml:space="preserve"> de </w:t>
      </w:r>
      <w:proofErr w:type="spellStart"/>
      <w:r w:rsidRPr="00C57AA7">
        <w:rPr>
          <w:rFonts w:ascii="Times New Roman" w:hAnsi="Times New Roman" w:cs="Times New Roman"/>
          <w:sz w:val="28"/>
          <w:szCs w:val="28"/>
        </w:rPr>
        <w:t>intervenții</w:t>
      </w:r>
      <w:proofErr w:type="spellEnd"/>
      <w:r w:rsidRPr="00C57AA7">
        <w:rPr>
          <w:rFonts w:ascii="Times New Roman" w:hAnsi="Times New Roman" w:cs="Times New Roman"/>
          <w:sz w:val="28"/>
          <w:szCs w:val="28"/>
        </w:rPr>
        <w:t xml:space="preserve">, </w:t>
      </w:r>
      <w:proofErr w:type="spellStart"/>
      <w:r w:rsidRPr="00C57AA7">
        <w:rPr>
          <w:rFonts w:ascii="Times New Roman" w:hAnsi="Times New Roman" w:cs="Times New Roman"/>
          <w:sz w:val="28"/>
          <w:szCs w:val="28"/>
        </w:rPr>
        <w:t>după</w:t>
      </w:r>
      <w:proofErr w:type="spellEnd"/>
      <w:r w:rsidRPr="00C57AA7">
        <w:rPr>
          <w:rFonts w:ascii="Times New Roman" w:hAnsi="Times New Roman" w:cs="Times New Roman"/>
          <w:sz w:val="28"/>
          <w:szCs w:val="28"/>
        </w:rPr>
        <w:t xml:space="preserve"> </w:t>
      </w:r>
      <w:proofErr w:type="spellStart"/>
      <w:r w:rsidRPr="00C57AA7">
        <w:rPr>
          <w:rFonts w:ascii="Times New Roman" w:hAnsi="Times New Roman" w:cs="Times New Roman"/>
          <w:sz w:val="28"/>
          <w:szCs w:val="28"/>
        </w:rPr>
        <w:t>caz</w:t>
      </w:r>
      <w:proofErr w:type="spellEnd"/>
    </w:p>
    <w:p w14:paraId="5BDB1826" w14:textId="77777777" w:rsidR="00A57563" w:rsidRPr="00C57AA7" w:rsidRDefault="00E8585D">
      <w:pPr>
        <w:rPr>
          <w:rFonts w:cs="Times New Roman"/>
          <w:sz w:val="28"/>
          <w:szCs w:val="28"/>
        </w:rPr>
      </w:pPr>
      <w:proofErr w:type="spellStart"/>
      <w:r w:rsidRPr="00C57AA7">
        <w:rPr>
          <w:rFonts w:eastAsia="Times New Roman" w:cs="Times New Roman"/>
          <w:sz w:val="28"/>
          <w:szCs w:val="28"/>
        </w:rPr>
        <w:t>Forajul</w:t>
      </w:r>
      <w:proofErr w:type="spellEnd"/>
      <w:r w:rsidRPr="00C57AA7">
        <w:rPr>
          <w:rFonts w:eastAsia="Times New Roman" w:cs="Times New Roman"/>
          <w:sz w:val="28"/>
          <w:szCs w:val="28"/>
        </w:rPr>
        <w:t xml:space="preserve"> </w:t>
      </w:r>
      <w:proofErr w:type="spellStart"/>
      <w:r w:rsidRPr="00C57AA7">
        <w:rPr>
          <w:rFonts w:eastAsia="Times New Roman" w:cs="Times New Roman"/>
          <w:sz w:val="28"/>
          <w:szCs w:val="28"/>
        </w:rPr>
        <w:t>va</w:t>
      </w:r>
      <w:proofErr w:type="spellEnd"/>
      <w:r w:rsidRPr="00C57AA7">
        <w:rPr>
          <w:rFonts w:eastAsia="Times New Roman" w:cs="Times New Roman"/>
          <w:sz w:val="28"/>
          <w:szCs w:val="28"/>
        </w:rPr>
        <w:t xml:space="preserve"> </w:t>
      </w:r>
      <w:proofErr w:type="spellStart"/>
      <w:r w:rsidRPr="00C57AA7">
        <w:rPr>
          <w:rFonts w:eastAsia="Times New Roman" w:cs="Times New Roman"/>
          <w:sz w:val="28"/>
          <w:szCs w:val="28"/>
        </w:rPr>
        <w:t>evita</w:t>
      </w:r>
      <w:proofErr w:type="spellEnd"/>
      <w:r w:rsidRPr="00C57AA7">
        <w:rPr>
          <w:rFonts w:eastAsia="Times New Roman" w:cs="Times New Roman"/>
          <w:sz w:val="28"/>
          <w:szCs w:val="28"/>
        </w:rPr>
        <w:t xml:space="preserve"> </w:t>
      </w:r>
      <w:proofErr w:type="spellStart"/>
      <w:r w:rsidRPr="00C57AA7">
        <w:rPr>
          <w:rFonts w:eastAsia="Times New Roman" w:cs="Times New Roman"/>
          <w:sz w:val="28"/>
          <w:szCs w:val="28"/>
        </w:rPr>
        <w:t>fundațiile</w:t>
      </w:r>
      <w:proofErr w:type="spellEnd"/>
      <w:r w:rsidRPr="00C57AA7">
        <w:rPr>
          <w:rFonts w:eastAsia="Times New Roman" w:cs="Times New Roman"/>
          <w:sz w:val="28"/>
          <w:szCs w:val="28"/>
        </w:rPr>
        <w:t xml:space="preserve">, </w:t>
      </w:r>
      <w:proofErr w:type="spellStart"/>
      <w:r w:rsidRPr="00C57AA7">
        <w:rPr>
          <w:rFonts w:eastAsia="Times New Roman" w:cs="Times New Roman"/>
          <w:sz w:val="28"/>
          <w:szCs w:val="28"/>
        </w:rPr>
        <w:t>drenajele</w:t>
      </w:r>
      <w:proofErr w:type="spellEnd"/>
      <w:r w:rsidRPr="00C57AA7">
        <w:rPr>
          <w:rFonts w:eastAsia="Times New Roman" w:cs="Times New Roman"/>
          <w:sz w:val="28"/>
          <w:szCs w:val="28"/>
        </w:rPr>
        <w:t xml:space="preserve">, </w:t>
      </w:r>
      <w:proofErr w:type="spellStart"/>
      <w:r w:rsidRPr="00C57AA7">
        <w:rPr>
          <w:rFonts w:eastAsia="Times New Roman" w:cs="Times New Roman"/>
          <w:sz w:val="28"/>
          <w:szCs w:val="28"/>
        </w:rPr>
        <w:t>irigațiile</w:t>
      </w:r>
      <w:proofErr w:type="spellEnd"/>
      <w:r w:rsidRPr="00C57AA7">
        <w:rPr>
          <w:rFonts w:eastAsia="Times New Roman" w:cs="Times New Roman"/>
          <w:sz w:val="28"/>
          <w:szCs w:val="28"/>
        </w:rPr>
        <w:t xml:space="preserve"> </w:t>
      </w:r>
      <w:proofErr w:type="spellStart"/>
      <w:r w:rsidRPr="00C57AA7">
        <w:rPr>
          <w:rFonts w:eastAsia="Times New Roman" w:cs="Times New Roman"/>
          <w:sz w:val="28"/>
          <w:szCs w:val="28"/>
        </w:rPr>
        <w:t>și</w:t>
      </w:r>
      <w:proofErr w:type="spellEnd"/>
      <w:r w:rsidRPr="00C57AA7">
        <w:rPr>
          <w:rFonts w:eastAsia="Times New Roman" w:cs="Times New Roman"/>
          <w:sz w:val="28"/>
          <w:szCs w:val="28"/>
        </w:rPr>
        <w:t xml:space="preserve"> </w:t>
      </w:r>
      <w:proofErr w:type="spellStart"/>
      <w:r w:rsidRPr="00C57AA7">
        <w:rPr>
          <w:rFonts w:eastAsia="Times New Roman" w:cs="Times New Roman"/>
          <w:sz w:val="28"/>
          <w:szCs w:val="28"/>
        </w:rPr>
        <w:t>instalațiile</w:t>
      </w:r>
      <w:proofErr w:type="spellEnd"/>
      <w:r w:rsidRPr="00C57AA7">
        <w:rPr>
          <w:rFonts w:eastAsia="Times New Roman" w:cs="Times New Roman"/>
          <w:sz w:val="28"/>
          <w:szCs w:val="28"/>
        </w:rPr>
        <w:t xml:space="preserve"> </w:t>
      </w:r>
      <w:proofErr w:type="spellStart"/>
      <w:r w:rsidRPr="00C57AA7">
        <w:rPr>
          <w:rFonts w:eastAsia="Times New Roman" w:cs="Times New Roman"/>
          <w:sz w:val="28"/>
          <w:szCs w:val="28"/>
        </w:rPr>
        <w:t>existente</w:t>
      </w:r>
      <w:proofErr w:type="spellEnd"/>
      <w:r w:rsidRPr="00C57AA7">
        <w:rPr>
          <w:rFonts w:eastAsia="Times New Roman" w:cs="Times New Roman"/>
          <w:sz w:val="28"/>
          <w:szCs w:val="28"/>
        </w:rPr>
        <w:t xml:space="preserve">. </w:t>
      </w:r>
      <w:proofErr w:type="spellStart"/>
      <w:r w:rsidRPr="00C57AA7">
        <w:rPr>
          <w:rFonts w:eastAsia="Times New Roman" w:cs="Times New Roman"/>
          <w:sz w:val="28"/>
          <w:szCs w:val="28"/>
        </w:rPr>
        <w:t>Vibrațiile</w:t>
      </w:r>
      <w:proofErr w:type="spellEnd"/>
      <w:r w:rsidRPr="00C57AA7">
        <w:rPr>
          <w:rFonts w:eastAsia="Times New Roman" w:cs="Times New Roman"/>
          <w:sz w:val="28"/>
          <w:szCs w:val="28"/>
        </w:rPr>
        <w:t xml:space="preserve">, </w:t>
      </w:r>
      <w:proofErr w:type="spellStart"/>
      <w:r w:rsidRPr="00C57AA7">
        <w:rPr>
          <w:rFonts w:eastAsia="Times New Roman" w:cs="Times New Roman"/>
          <w:sz w:val="28"/>
          <w:szCs w:val="28"/>
        </w:rPr>
        <w:t>noroiul</w:t>
      </w:r>
      <w:proofErr w:type="spellEnd"/>
      <w:r w:rsidRPr="00C57AA7">
        <w:rPr>
          <w:rFonts w:eastAsia="Times New Roman" w:cs="Times New Roman"/>
          <w:sz w:val="28"/>
          <w:szCs w:val="28"/>
        </w:rPr>
        <w:t xml:space="preserve"> de </w:t>
      </w:r>
      <w:proofErr w:type="spellStart"/>
      <w:r w:rsidRPr="00C57AA7">
        <w:rPr>
          <w:rFonts w:eastAsia="Times New Roman" w:cs="Times New Roman"/>
          <w:sz w:val="28"/>
          <w:szCs w:val="28"/>
        </w:rPr>
        <w:t>foraj</w:t>
      </w:r>
      <w:proofErr w:type="spellEnd"/>
      <w:r w:rsidRPr="00C57AA7">
        <w:rPr>
          <w:rFonts w:eastAsia="Times New Roman" w:cs="Times New Roman"/>
          <w:sz w:val="28"/>
          <w:szCs w:val="28"/>
        </w:rPr>
        <w:t xml:space="preserve"> </w:t>
      </w:r>
      <w:proofErr w:type="spellStart"/>
      <w:r w:rsidRPr="00C57AA7">
        <w:rPr>
          <w:rFonts w:eastAsia="Times New Roman" w:cs="Times New Roman"/>
          <w:sz w:val="28"/>
          <w:szCs w:val="28"/>
        </w:rPr>
        <w:t>și</w:t>
      </w:r>
      <w:proofErr w:type="spellEnd"/>
      <w:r w:rsidRPr="00C57AA7">
        <w:rPr>
          <w:rFonts w:eastAsia="Times New Roman" w:cs="Times New Roman"/>
          <w:sz w:val="28"/>
          <w:szCs w:val="28"/>
        </w:rPr>
        <w:t xml:space="preserve"> </w:t>
      </w:r>
      <w:proofErr w:type="spellStart"/>
      <w:r w:rsidRPr="00C57AA7">
        <w:rPr>
          <w:rFonts w:eastAsia="Times New Roman" w:cs="Times New Roman"/>
          <w:sz w:val="28"/>
          <w:szCs w:val="28"/>
        </w:rPr>
        <w:t>accesul</w:t>
      </w:r>
      <w:proofErr w:type="spellEnd"/>
      <w:r w:rsidRPr="00C57AA7">
        <w:rPr>
          <w:rFonts w:eastAsia="Times New Roman" w:cs="Times New Roman"/>
          <w:sz w:val="28"/>
          <w:szCs w:val="28"/>
        </w:rPr>
        <w:t xml:space="preserve"> </w:t>
      </w:r>
      <w:proofErr w:type="spellStart"/>
      <w:r w:rsidRPr="00C57AA7">
        <w:rPr>
          <w:rFonts w:eastAsia="Times New Roman" w:cs="Times New Roman"/>
          <w:sz w:val="28"/>
          <w:szCs w:val="28"/>
        </w:rPr>
        <w:t>utilajelor</w:t>
      </w:r>
      <w:proofErr w:type="spellEnd"/>
      <w:r w:rsidRPr="00C57AA7">
        <w:rPr>
          <w:rFonts w:eastAsia="Times New Roman" w:cs="Times New Roman"/>
          <w:sz w:val="28"/>
          <w:szCs w:val="28"/>
        </w:rPr>
        <w:t xml:space="preserve"> </w:t>
      </w:r>
      <w:proofErr w:type="spellStart"/>
      <w:r w:rsidRPr="00C57AA7">
        <w:rPr>
          <w:rFonts w:eastAsia="Times New Roman" w:cs="Times New Roman"/>
          <w:sz w:val="28"/>
          <w:szCs w:val="28"/>
        </w:rPr>
        <w:t>vor</w:t>
      </w:r>
      <w:proofErr w:type="spellEnd"/>
      <w:r w:rsidRPr="00C57AA7">
        <w:rPr>
          <w:rFonts w:eastAsia="Times New Roman" w:cs="Times New Roman"/>
          <w:sz w:val="28"/>
          <w:szCs w:val="28"/>
        </w:rPr>
        <w:t xml:space="preserve"> fi </w:t>
      </w:r>
      <w:proofErr w:type="spellStart"/>
      <w:r w:rsidRPr="00C57AA7">
        <w:rPr>
          <w:rFonts w:eastAsia="Times New Roman" w:cs="Times New Roman"/>
          <w:sz w:val="28"/>
          <w:szCs w:val="28"/>
        </w:rPr>
        <w:t>gestionate</w:t>
      </w:r>
      <w:proofErr w:type="spellEnd"/>
      <w:r w:rsidRPr="00C57AA7">
        <w:rPr>
          <w:rFonts w:eastAsia="Times New Roman" w:cs="Times New Roman"/>
          <w:sz w:val="28"/>
          <w:szCs w:val="28"/>
        </w:rPr>
        <w:t xml:space="preserve"> </w:t>
      </w:r>
      <w:proofErr w:type="spellStart"/>
      <w:r w:rsidRPr="00C57AA7">
        <w:rPr>
          <w:rFonts w:eastAsia="Times New Roman" w:cs="Times New Roman"/>
          <w:sz w:val="28"/>
          <w:szCs w:val="28"/>
        </w:rPr>
        <w:t>astfel</w:t>
      </w:r>
      <w:proofErr w:type="spellEnd"/>
      <w:r w:rsidRPr="00C57AA7">
        <w:rPr>
          <w:rFonts w:eastAsia="Times New Roman" w:cs="Times New Roman"/>
          <w:sz w:val="28"/>
          <w:szCs w:val="28"/>
        </w:rPr>
        <w:t xml:space="preserve"> </w:t>
      </w:r>
      <w:proofErr w:type="spellStart"/>
      <w:r w:rsidRPr="00C57AA7">
        <w:rPr>
          <w:rFonts w:eastAsia="Times New Roman" w:cs="Times New Roman"/>
          <w:sz w:val="28"/>
          <w:szCs w:val="28"/>
        </w:rPr>
        <w:t>încât</w:t>
      </w:r>
      <w:proofErr w:type="spellEnd"/>
      <w:r w:rsidRPr="00C57AA7">
        <w:rPr>
          <w:rFonts w:eastAsia="Times New Roman" w:cs="Times New Roman"/>
          <w:sz w:val="28"/>
          <w:szCs w:val="28"/>
        </w:rPr>
        <w:t xml:space="preserve"> </w:t>
      </w:r>
      <w:proofErr w:type="spellStart"/>
      <w:r w:rsidRPr="00C57AA7">
        <w:rPr>
          <w:rFonts w:eastAsia="Times New Roman" w:cs="Times New Roman"/>
          <w:sz w:val="28"/>
          <w:szCs w:val="28"/>
        </w:rPr>
        <w:t>să</w:t>
      </w:r>
      <w:proofErr w:type="spellEnd"/>
      <w:r w:rsidRPr="00C57AA7">
        <w:rPr>
          <w:rFonts w:eastAsia="Times New Roman" w:cs="Times New Roman"/>
          <w:sz w:val="28"/>
          <w:szCs w:val="28"/>
        </w:rPr>
        <w:t xml:space="preserve"> nu </w:t>
      </w:r>
      <w:proofErr w:type="spellStart"/>
      <w:r w:rsidRPr="00C57AA7">
        <w:rPr>
          <w:rFonts w:eastAsia="Times New Roman" w:cs="Times New Roman"/>
          <w:sz w:val="28"/>
          <w:szCs w:val="28"/>
        </w:rPr>
        <w:t>degradeze</w:t>
      </w:r>
      <w:proofErr w:type="spellEnd"/>
      <w:r w:rsidRPr="00C57AA7">
        <w:rPr>
          <w:rFonts w:eastAsia="Times New Roman" w:cs="Times New Roman"/>
          <w:sz w:val="28"/>
          <w:szCs w:val="28"/>
        </w:rPr>
        <w:t xml:space="preserve"> </w:t>
      </w:r>
      <w:proofErr w:type="spellStart"/>
      <w:r w:rsidRPr="00C57AA7">
        <w:rPr>
          <w:rFonts w:eastAsia="Times New Roman" w:cs="Times New Roman"/>
          <w:sz w:val="28"/>
          <w:szCs w:val="28"/>
        </w:rPr>
        <w:t>amenajările</w:t>
      </w:r>
      <w:proofErr w:type="spellEnd"/>
      <w:r w:rsidRPr="00C57AA7">
        <w:rPr>
          <w:rFonts w:eastAsia="Times New Roman" w:cs="Times New Roman"/>
          <w:sz w:val="28"/>
          <w:szCs w:val="28"/>
        </w:rPr>
        <w:t xml:space="preserve"> sportive.</w:t>
      </w:r>
    </w:p>
    <w:p w14:paraId="7F3A467D" w14:textId="77777777" w:rsidR="00A57563" w:rsidRPr="00C57AA7" w:rsidRDefault="00E8585D">
      <w:pPr>
        <w:pStyle w:val="Titlu2"/>
        <w:rPr>
          <w:rFonts w:ascii="Times New Roman" w:hAnsi="Times New Roman" w:cs="Times New Roman"/>
          <w:sz w:val="28"/>
          <w:szCs w:val="28"/>
        </w:rPr>
      </w:pPr>
      <w:proofErr w:type="spellStart"/>
      <w:r w:rsidRPr="00C57AA7">
        <w:rPr>
          <w:rFonts w:ascii="Times New Roman" w:hAnsi="Times New Roman" w:cs="Times New Roman"/>
          <w:sz w:val="28"/>
          <w:szCs w:val="28"/>
        </w:rPr>
        <w:t>i</w:t>
      </w:r>
      <w:proofErr w:type="spellEnd"/>
      <w:r w:rsidRPr="00C57AA7">
        <w:rPr>
          <w:rFonts w:ascii="Times New Roman" w:hAnsi="Times New Roman" w:cs="Times New Roman"/>
          <w:sz w:val="28"/>
          <w:szCs w:val="28"/>
        </w:rPr>
        <w:t xml:space="preserve">) </w:t>
      </w:r>
      <w:proofErr w:type="spellStart"/>
      <w:r w:rsidRPr="00C57AA7">
        <w:rPr>
          <w:rFonts w:ascii="Times New Roman" w:hAnsi="Times New Roman" w:cs="Times New Roman"/>
          <w:sz w:val="28"/>
          <w:szCs w:val="28"/>
        </w:rPr>
        <w:t>Reglementări</w:t>
      </w:r>
      <w:proofErr w:type="spellEnd"/>
      <w:r w:rsidRPr="00C57AA7">
        <w:rPr>
          <w:rFonts w:ascii="Times New Roman" w:hAnsi="Times New Roman" w:cs="Times New Roman"/>
          <w:sz w:val="28"/>
          <w:szCs w:val="28"/>
        </w:rPr>
        <w:t xml:space="preserve"> </w:t>
      </w:r>
      <w:proofErr w:type="spellStart"/>
      <w:r w:rsidRPr="00C57AA7">
        <w:rPr>
          <w:rFonts w:ascii="Times New Roman" w:hAnsi="Times New Roman" w:cs="Times New Roman"/>
          <w:sz w:val="28"/>
          <w:szCs w:val="28"/>
        </w:rPr>
        <w:t>urbanistice</w:t>
      </w:r>
      <w:proofErr w:type="spellEnd"/>
      <w:r w:rsidRPr="00C57AA7">
        <w:rPr>
          <w:rFonts w:ascii="Times New Roman" w:hAnsi="Times New Roman" w:cs="Times New Roman"/>
          <w:sz w:val="28"/>
          <w:szCs w:val="28"/>
        </w:rPr>
        <w:t xml:space="preserve"> </w:t>
      </w:r>
      <w:proofErr w:type="spellStart"/>
      <w:r w:rsidRPr="00C57AA7">
        <w:rPr>
          <w:rFonts w:ascii="Times New Roman" w:hAnsi="Times New Roman" w:cs="Times New Roman"/>
          <w:sz w:val="28"/>
          <w:szCs w:val="28"/>
        </w:rPr>
        <w:t>aplicabile</w:t>
      </w:r>
      <w:proofErr w:type="spellEnd"/>
      <w:r w:rsidRPr="00C57AA7">
        <w:rPr>
          <w:rFonts w:ascii="Times New Roman" w:hAnsi="Times New Roman" w:cs="Times New Roman"/>
          <w:sz w:val="28"/>
          <w:szCs w:val="28"/>
        </w:rPr>
        <w:t xml:space="preserve"> </w:t>
      </w:r>
      <w:proofErr w:type="spellStart"/>
      <w:r w:rsidRPr="00C57AA7">
        <w:rPr>
          <w:rFonts w:ascii="Times New Roman" w:hAnsi="Times New Roman" w:cs="Times New Roman"/>
          <w:sz w:val="28"/>
          <w:szCs w:val="28"/>
        </w:rPr>
        <w:t>zonei</w:t>
      </w:r>
      <w:proofErr w:type="spellEnd"/>
      <w:r w:rsidRPr="00C57AA7">
        <w:rPr>
          <w:rFonts w:ascii="Times New Roman" w:hAnsi="Times New Roman" w:cs="Times New Roman"/>
          <w:sz w:val="28"/>
          <w:szCs w:val="28"/>
        </w:rPr>
        <w:t xml:space="preserve"> conform </w:t>
      </w:r>
      <w:proofErr w:type="spellStart"/>
      <w:r w:rsidRPr="00C57AA7">
        <w:rPr>
          <w:rFonts w:ascii="Times New Roman" w:hAnsi="Times New Roman" w:cs="Times New Roman"/>
          <w:sz w:val="28"/>
          <w:szCs w:val="28"/>
        </w:rPr>
        <w:t>documentațiilor</w:t>
      </w:r>
      <w:proofErr w:type="spellEnd"/>
      <w:r w:rsidRPr="00C57AA7">
        <w:rPr>
          <w:rFonts w:ascii="Times New Roman" w:hAnsi="Times New Roman" w:cs="Times New Roman"/>
          <w:sz w:val="28"/>
          <w:szCs w:val="28"/>
        </w:rPr>
        <w:t xml:space="preserve"> de urbanism </w:t>
      </w:r>
      <w:proofErr w:type="spellStart"/>
      <w:r w:rsidRPr="00C57AA7">
        <w:rPr>
          <w:rFonts w:ascii="Times New Roman" w:hAnsi="Times New Roman" w:cs="Times New Roman"/>
          <w:sz w:val="28"/>
          <w:szCs w:val="28"/>
        </w:rPr>
        <w:t>aprobate</w:t>
      </w:r>
      <w:proofErr w:type="spellEnd"/>
      <w:r w:rsidRPr="00C57AA7">
        <w:rPr>
          <w:rFonts w:ascii="Times New Roman" w:hAnsi="Times New Roman" w:cs="Times New Roman"/>
          <w:sz w:val="28"/>
          <w:szCs w:val="28"/>
        </w:rPr>
        <w:t xml:space="preserve"> – plan urbanistic general/plan urbanistic zonal </w:t>
      </w:r>
      <w:proofErr w:type="spellStart"/>
      <w:r w:rsidRPr="00C57AA7">
        <w:rPr>
          <w:rFonts w:ascii="Times New Roman" w:hAnsi="Times New Roman" w:cs="Times New Roman"/>
          <w:sz w:val="28"/>
          <w:szCs w:val="28"/>
        </w:rPr>
        <w:t>și</w:t>
      </w:r>
      <w:proofErr w:type="spellEnd"/>
      <w:r w:rsidRPr="00C57AA7">
        <w:rPr>
          <w:rFonts w:ascii="Times New Roman" w:hAnsi="Times New Roman" w:cs="Times New Roman"/>
          <w:sz w:val="28"/>
          <w:szCs w:val="28"/>
        </w:rPr>
        <w:t xml:space="preserve"> </w:t>
      </w:r>
      <w:proofErr w:type="spellStart"/>
      <w:r w:rsidRPr="00C57AA7">
        <w:rPr>
          <w:rFonts w:ascii="Times New Roman" w:hAnsi="Times New Roman" w:cs="Times New Roman"/>
          <w:sz w:val="28"/>
          <w:szCs w:val="28"/>
        </w:rPr>
        <w:t>regulamentul</w:t>
      </w:r>
      <w:proofErr w:type="spellEnd"/>
      <w:r w:rsidRPr="00C57AA7">
        <w:rPr>
          <w:rFonts w:ascii="Times New Roman" w:hAnsi="Times New Roman" w:cs="Times New Roman"/>
          <w:sz w:val="28"/>
          <w:szCs w:val="28"/>
        </w:rPr>
        <w:t xml:space="preserve"> local de urbanism </w:t>
      </w:r>
      <w:proofErr w:type="spellStart"/>
      <w:r w:rsidRPr="00C57AA7">
        <w:rPr>
          <w:rFonts w:ascii="Times New Roman" w:hAnsi="Times New Roman" w:cs="Times New Roman"/>
          <w:sz w:val="28"/>
          <w:szCs w:val="28"/>
        </w:rPr>
        <w:t>aferent</w:t>
      </w:r>
      <w:proofErr w:type="spellEnd"/>
    </w:p>
    <w:p w14:paraId="79AF1DB2" w14:textId="77777777" w:rsidR="00A57563" w:rsidRPr="00C57AA7" w:rsidRDefault="00E8585D">
      <w:pPr>
        <w:rPr>
          <w:rFonts w:cs="Times New Roman"/>
          <w:sz w:val="28"/>
          <w:szCs w:val="28"/>
        </w:rPr>
      </w:pPr>
      <w:r w:rsidRPr="00C57AA7">
        <w:rPr>
          <w:rFonts w:eastAsia="Times New Roman" w:cs="Times New Roman"/>
          <w:sz w:val="28"/>
          <w:szCs w:val="28"/>
        </w:rPr>
        <w:t xml:space="preserve">Se </w:t>
      </w:r>
      <w:proofErr w:type="spellStart"/>
      <w:r w:rsidRPr="00C57AA7">
        <w:rPr>
          <w:rFonts w:eastAsia="Times New Roman" w:cs="Times New Roman"/>
          <w:sz w:val="28"/>
          <w:szCs w:val="28"/>
        </w:rPr>
        <w:t>va</w:t>
      </w:r>
      <w:proofErr w:type="spellEnd"/>
      <w:r w:rsidRPr="00C57AA7">
        <w:rPr>
          <w:rFonts w:eastAsia="Times New Roman" w:cs="Times New Roman"/>
          <w:sz w:val="28"/>
          <w:szCs w:val="28"/>
        </w:rPr>
        <w:t xml:space="preserve"> </w:t>
      </w:r>
      <w:proofErr w:type="spellStart"/>
      <w:r w:rsidRPr="00C57AA7">
        <w:rPr>
          <w:rFonts w:eastAsia="Times New Roman" w:cs="Times New Roman"/>
          <w:sz w:val="28"/>
          <w:szCs w:val="28"/>
        </w:rPr>
        <w:t>obține</w:t>
      </w:r>
      <w:proofErr w:type="spellEnd"/>
      <w:r w:rsidRPr="00C57AA7">
        <w:rPr>
          <w:rFonts w:eastAsia="Times New Roman" w:cs="Times New Roman"/>
          <w:sz w:val="28"/>
          <w:szCs w:val="28"/>
        </w:rPr>
        <w:t xml:space="preserve"> un </w:t>
      </w:r>
      <w:proofErr w:type="spellStart"/>
      <w:r w:rsidRPr="00C57AA7">
        <w:rPr>
          <w:rFonts w:eastAsia="Times New Roman" w:cs="Times New Roman"/>
          <w:sz w:val="28"/>
          <w:szCs w:val="28"/>
        </w:rPr>
        <w:t>certificat</w:t>
      </w:r>
      <w:proofErr w:type="spellEnd"/>
      <w:r w:rsidRPr="00C57AA7">
        <w:rPr>
          <w:rFonts w:eastAsia="Times New Roman" w:cs="Times New Roman"/>
          <w:sz w:val="28"/>
          <w:szCs w:val="28"/>
        </w:rPr>
        <w:t xml:space="preserve"> de urbanism nou. </w:t>
      </w:r>
      <w:proofErr w:type="spellStart"/>
      <w:r w:rsidRPr="00C57AA7">
        <w:rPr>
          <w:rFonts w:eastAsia="Times New Roman" w:cs="Times New Roman"/>
          <w:sz w:val="28"/>
          <w:szCs w:val="28"/>
        </w:rPr>
        <w:t>Proiectantul</w:t>
      </w:r>
      <w:proofErr w:type="spellEnd"/>
      <w:r w:rsidRPr="00C57AA7">
        <w:rPr>
          <w:rFonts w:eastAsia="Times New Roman" w:cs="Times New Roman"/>
          <w:sz w:val="28"/>
          <w:szCs w:val="28"/>
        </w:rPr>
        <w:t xml:space="preserve"> </w:t>
      </w:r>
      <w:proofErr w:type="spellStart"/>
      <w:r w:rsidRPr="00C57AA7">
        <w:rPr>
          <w:rFonts w:eastAsia="Times New Roman" w:cs="Times New Roman"/>
          <w:sz w:val="28"/>
          <w:szCs w:val="28"/>
        </w:rPr>
        <w:t>va</w:t>
      </w:r>
      <w:proofErr w:type="spellEnd"/>
      <w:r w:rsidRPr="00C57AA7">
        <w:rPr>
          <w:rFonts w:eastAsia="Times New Roman" w:cs="Times New Roman"/>
          <w:sz w:val="28"/>
          <w:szCs w:val="28"/>
        </w:rPr>
        <w:t xml:space="preserve"> </w:t>
      </w:r>
      <w:proofErr w:type="spellStart"/>
      <w:r w:rsidRPr="00C57AA7">
        <w:rPr>
          <w:rFonts w:eastAsia="Times New Roman" w:cs="Times New Roman"/>
          <w:sz w:val="28"/>
          <w:szCs w:val="28"/>
        </w:rPr>
        <w:t>pregăti</w:t>
      </w:r>
      <w:proofErr w:type="spellEnd"/>
      <w:r w:rsidRPr="00C57AA7">
        <w:rPr>
          <w:rFonts w:eastAsia="Times New Roman" w:cs="Times New Roman"/>
          <w:sz w:val="28"/>
          <w:szCs w:val="28"/>
        </w:rPr>
        <w:t xml:space="preserve">, </w:t>
      </w:r>
      <w:proofErr w:type="spellStart"/>
      <w:r w:rsidRPr="00C57AA7">
        <w:rPr>
          <w:rFonts w:eastAsia="Times New Roman" w:cs="Times New Roman"/>
          <w:sz w:val="28"/>
          <w:szCs w:val="28"/>
        </w:rPr>
        <w:t>depune</w:t>
      </w:r>
      <w:proofErr w:type="spellEnd"/>
      <w:r w:rsidRPr="00C57AA7">
        <w:rPr>
          <w:rFonts w:eastAsia="Times New Roman" w:cs="Times New Roman"/>
          <w:sz w:val="28"/>
          <w:szCs w:val="28"/>
        </w:rPr>
        <w:t xml:space="preserve"> </w:t>
      </w:r>
      <w:proofErr w:type="spellStart"/>
      <w:r w:rsidRPr="00C57AA7">
        <w:rPr>
          <w:rFonts w:eastAsia="Times New Roman" w:cs="Times New Roman"/>
          <w:sz w:val="28"/>
          <w:szCs w:val="28"/>
        </w:rPr>
        <w:t>și</w:t>
      </w:r>
      <w:proofErr w:type="spellEnd"/>
      <w:r w:rsidRPr="00C57AA7">
        <w:rPr>
          <w:rFonts w:eastAsia="Times New Roman" w:cs="Times New Roman"/>
          <w:sz w:val="28"/>
          <w:szCs w:val="28"/>
        </w:rPr>
        <w:t xml:space="preserve"> </w:t>
      </w:r>
      <w:proofErr w:type="spellStart"/>
      <w:r w:rsidRPr="00C57AA7">
        <w:rPr>
          <w:rFonts w:eastAsia="Times New Roman" w:cs="Times New Roman"/>
          <w:sz w:val="28"/>
          <w:szCs w:val="28"/>
        </w:rPr>
        <w:t>urmări</w:t>
      </w:r>
      <w:proofErr w:type="spellEnd"/>
      <w:r w:rsidRPr="00C57AA7">
        <w:rPr>
          <w:rFonts w:eastAsia="Times New Roman" w:cs="Times New Roman"/>
          <w:sz w:val="28"/>
          <w:szCs w:val="28"/>
        </w:rPr>
        <w:t xml:space="preserve"> </w:t>
      </w:r>
      <w:proofErr w:type="spellStart"/>
      <w:r w:rsidRPr="00C57AA7">
        <w:rPr>
          <w:rFonts w:eastAsia="Times New Roman" w:cs="Times New Roman"/>
          <w:sz w:val="28"/>
          <w:szCs w:val="28"/>
        </w:rPr>
        <w:t>documentațiile</w:t>
      </w:r>
      <w:proofErr w:type="spellEnd"/>
      <w:r w:rsidRPr="00C57AA7">
        <w:rPr>
          <w:rFonts w:eastAsia="Times New Roman" w:cs="Times New Roman"/>
          <w:sz w:val="28"/>
          <w:szCs w:val="28"/>
        </w:rPr>
        <w:t xml:space="preserve"> </w:t>
      </w:r>
      <w:proofErr w:type="spellStart"/>
      <w:r w:rsidRPr="00C57AA7">
        <w:rPr>
          <w:rFonts w:eastAsia="Times New Roman" w:cs="Times New Roman"/>
          <w:sz w:val="28"/>
          <w:szCs w:val="28"/>
        </w:rPr>
        <w:t>pentru</w:t>
      </w:r>
      <w:proofErr w:type="spellEnd"/>
      <w:r w:rsidRPr="00C57AA7">
        <w:rPr>
          <w:rFonts w:eastAsia="Times New Roman" w:cs="Times New Roman"/>
          <w:sz w:val="28"/>
          <w:szCs w:val="28"/>
        </w:rPr>
        <w:t xml:space="preserve"> </w:t>
      </w:r>
      <w:proofErr w:type="spellStart"/>
      <w:r w:rsidRPr="00C57AA7">
        <w:rPr>
          <w:rFonts w:eastAsia="Times New Roman" w:cs="Times New Roman"/>
          <w:sz w:val="28"/>
          <w:szCs w:val="28"/>
        </w:rPr>
        <w:t>avizele</w:t>
      </w:r>
      <w:proofErr w:type="spellEnd"/>
      <w:r w:rsidRPr="00C57AA7">
        <w:rPr>
          <w:rFonts w:eastAsia="Times New Roman" w:cs="Times New Roman"/>
          <w:sz w:val="28"/>
          <w:szCs w:val="28"/>
        </w:rPr>
        <w:t xml:space="preserve">, </w:t>
      </w:r>
      <w:proofErr w:type="spellStart"/>
      <w:r w:rsidRPr="00C57AA7">
        <w:rPr>
          <w:rFonts w:eastAsia="Times New Roman" w:cs="Times New Roman"/>
          <w:sz w:val="28"/>
          <w:szCs w:val="28"/>
        </w:rPr>
        <w:t>acordurile</w:t>
      </w:r>
      <w:proofErr w:type="spellEnd"/>
      <w:r w:rsidRPr="00C57AA7">
        <w:rPr>
          <w:rFonts w:eastAsia="Times New Roman" w:cs="Times New Roman"/>
          <w:sz w:val="28"/>
          <w:szCs w:val="28"/>
        </w:rPr>
        <w:t xml:space="preserve"> </w:t>
      </w:r>
      <w:proofErr w:type="spellStart"/>
      <w:r w:rsidRPr="00C57AA7">
        <w:rPr>
          <w:rFonts w:eastAsia="Times New Roman" w:cs="Times New Roman"/>
          <w:sz w:val="28"/>
          <w:szCs w:val="28"/>
        </w:rPr>
        <w:t>și</w:t>
      </w:r>
      <w:proofErr w:type="spellEnd"/>
      <w:r w:rsidRPr="00C57AA7">
        <w:rPr>
          <w:rFonts w:eastAsia="Times New Roman" w:cs="Times New Roman"/>
          <w:sz w:val="28"/>
          <w:szCs w:val="28"/>
        </w:rPr>
        <w:t xml:space="preserve"> </w:t>
      </w:r>
      <w:proofErr w:type="spellStart"/>
      <w:r w:rsidRPr="00C57AA7">
        <w:rPr>
          <w:rFonts w:eastAsia="Times New Roman" w:cs="Times New Roman"/>
          <w:sz w:val="28"/>
          <w:szCs w:val="28"/>
        </w:rPr>
        <w:t>autorizațiile</w:t>
      </w:r>
      <w:proofErr w:type="spellEnd"/>
      <w:r w:rsidRPr="00C57AA7">
        <w:rPr>
          <w:rFonts w:eastAsia="Times New Roman" w:cs="Times New Roman"/>
          <w:sz w:val="28"/>
          <w:szCs w:val="28"/>
        </w:rPr>
        <w:t xml:space="preserve"> indicate, </w:t>
      </w:r>
      <w:proofErr w:type="spellStart"/>
      <w:r w:rsidRPr="00C57AA7">
        <w:rPr>
          <w:rFonts w:eastAsia="Times New Roman" w:cs="Times New Roman"/>
          <w:sz w:val="28"/>
          <w:szCs w:val="28"/>
        </w:rPr>
        <w:t>inclusiv</w:t>
      </w:r>
      <w:proofErr w:type="spellEnd"/>
      <w:r w:rsidRPr="00C57AA7">
        <w:rPr>
          <w:rFonts w:eastAsia="Times New Roman" w:cs="Times New Roman"/>
          <w:sz w:val="28"/>
          <w:szCs w:val="28"/>
        </w:rPr>
        <w:t xml:space="preserve"> </w:t>
      </w:r>
      <w:proofErr w:type="spellStart"/>
      <w:r w:rsidRPr="00C57AA7">
        <w:rPr>
          <w:rFonts w:eastAsia="Times New Roman" w:cs="Times New Roman"/>
          <w:sz w:val="28"/>
          <w:szCs w:val="28"/>
        </w:rPr>
        <w:t>cele</w:t>
      </w:r>
      <w:proofErr w:type="spellEnd"/>
      <w:r w:rsidRPr="00C57AA7">
        <w:rPr>
          <w:rFonts w:eastAsia="Times New Roman" w:cs="Times New Roman"/>
          <w:sz w:val="28"/>
          <w:szCs w:val="28"/>
        </w:rPr>
        <w:t xml:space="preserve"> de </w:t>
      </w:r>
      <w:proofErr w:type="spellStart"/>
      <w:r w:rsidRPr="00C57AA7">
        <w:rPr>
          <w:rFonts w:eastAsia="Times New Roman" w:cs="Times New Roman"/>
          <w:sz w:val="28"/>
          <w:szCs w:val="28"/>
        </w:rPr>
        <w:t>gospodărire</w:t>
      </w:r>
      <w:proofErr w:type="spellEnd"/>
      <w:r w:rsidRPr="00C57AA7">
        <w:rPr>
          <w:rFonts w:eastAsia="Times New Roman" w:cs="Times New Roman"/>
          <w:sz w:val="28"/>
          <w:szCs w:val="28"/>
        </w:rPr>
        <w:t xml:space="preserve"> </w:t>
      </w:r>
      <w:proofErr w:type="gramStart"/>
      <w:r w:rsidRPr="00C57AA7">
        <w:rPr>
          <w:rFonts w:eastAsia="Times New Roman" w:cs="Times New Roman"/>
          <w:sz w:val="28"/>
          <w:szCs w:val="28"/>
        </w:rPr>
        <w:t>a</w:t>
      </w:r>
      <w:proofErr w:type="gramEnd"/>
      <w:r w:rsidRPr="00C57AA7">
        <w:rPr>
          <w:rFonts w:eastAsia="Times New Roman" w:cs="Times New Roman"/>
          <w:sz w:val="28"/>
          <w:szCs w:val="28"/>
        </w:rPr>
        <w:t xml:space="preserve"> </w:t>
      </w:r>
      <w:proofErr w:type="spellStart"/>
      <w:r w:rsidRPr="00C57AA7">
        <w:rPr>
          <w:rFonts w:eastAsia="Times New Roman" w:cs="Times New Roman"/>
          <w:sz w:val="28"/>
          <w:szCs w:val="28"/>
        </w:rPr>
        <w:t>apelor</w:t>
      </w:r>
      <w:proofErr w:type="spellEnd"/>
      <w:r w:rsidRPr="00C57AA7">
        <w:rPr>
          <w:rFonts w:eastAsia="Times New Roman" w:cs="Times New Roman"/>
          <w:sz w:val="28"/>
          <w:szCs w:val="28"/>
        </w:rPr>
        <w:t xml:space="preserve"> </w:t>
      </w:r>
      <w:proofErr w:type="spellStart"/>
      <w:r w:rsidRPr="00C57AA7">
        <w:rPr>
          <w:rFonts w:eastAsia="Times New Roman" w:cs="Times New Roman"/>
          <w:sz w:val="28"/>
          <w:szCs w:val="28"/>
        </w:rPr>
        <w:t>și</w:t>
      </w:r>
      <w:proofErr w:type="spellEnd"/>
      <w:r w:rsidRPr="00C57AA7">
        <w:rPr>
          <w:rFonts w:eastAsia="Times New Roman" w:cs="Times New Roman"/>
          <w:sz w:val="28"/>
          <w:szCs w:val="28"/>
        </w:rPr>
        <w:t xml:space="preserve"> de </w:t>
      </w:r>
      <w:proofErr w:type="spellStart"/>
      <w:r w:rsidRPr="00C57AA7">
        <w:rPr>
          <w:rFonts w:eastAsia="Times New Roman" w:cs="Times New Roman"/>
          <w:sz w:val="28"/>
          <w:szCs w:val="28"/>
        </w:rPr>
        <w:t>mediu</w:t>
      </w:r>
      <w:proofErr w:type="spellEnd"/>
      <w:r w:rsidRPr="00C57AA7">
        <w:rPr>
          <w:rFonts w:eastAsia="Times New Roman" w:cs="Times New Roman"/>
          <w:sz w:val="28"/>
          <w:szCs w:val="28"/>
        </w:rPr>
        <w:t>.</w:t>
      </w:r>
    </w:p>
    <w:p w14:paraId="4E133245" w14:textId="77777777" w:rsidR="00A57563" w:rsidRPr="00C57AA7" w:rsidRDefault="00E8585D">
      <w:pPr>
        <w:pStyle w:val="Titlu2"/>
        <w:rPr>
          <w:rFonts w:ascii="Times New Roman" w:hAnsi="Times New Roman" w:cs="Times New Roman"/>
          <w:sz w:val="28"/>
          <w:szCs w:val="28"/>
        </w:rPr>
      </w:pPr>
      <w:r w:rsidRPr="00C57AA7">
        <w:rPr>
          <w:rFonts w:ascii="Times New Roman" w:hAnsi="Times New Roman" w:cs="Times New Roman"/>
          <w:sz w:val="28"/>
          <w:szCs w:val="28"/>
        </w:rPr>
        <w:t xml:space="preserve">j) </w:t>
      </w:r>
      <w:proofErr w:type="spellStart"/>
      <w:r w:rsidRPr="00C57AA7">
        <w:rPr>
          <w:rFonts w:ascii="Times New Roman" w:hAnsi="Times New Roman" w:cs="Times New Roman"/>
          <w:sz w:val="28"/>
          <w:szCs w:val="28"/>
        </w:rPr>
        <w:t>Existența</w:t>
      </w:r>
      <w:proofErr w:type="spellEnd"/>
      <w:r w:rsidRPr="00C57AA7">
        <w:rPr>
          <w:rFonts w:ascii="Times New Roman" w:hAnsi="Times New Roman" w:cs="Times New Roman"/>
          <w:sz w:val="28"/>
          <w:szCs w:val="28"/>
        </w:rPr>
        <w:t xml:space="preserve"> de </w:t>
      </w:r>
      <w:proofErr w:type="spellStart"/>
      <w:r w:rsidRPr="00C57AA7">
        <w:rPr>
          <w:rFonts w:ascii="Times New Roman" w:hAnsi="Times New Roman" w:cs="Times New Roman"/>
          <w:sz w:val="28"/>
          <w:szCs w:val="28"/>
        </w:rPr>
        <w:t>monumente</w:t>
      </w:r>
      <w:proofErr w:type="spellEnd"/>
      <w:r w:rsidRPr="00C57AA7">
        <w:rPr>
          <w:rFonts w:ascii="Times New Roman" w:hAnsi="Times New Roman" w:cs="Times New Roman"/>
          <w:sz w:val="28"/>
          <w:szCs w:val="28"/>
        </w:rPr>
        <w:t xml:space="preserve"> </w:t>
      </w:r>
      <w:proofErr w:type="spellStart"/>
      <w:r w:rsidRPr="00C57AA7">
        <w:rPr>
          <w:rFonts w:ascii="Times New Roman" w:hAnsi="Times New Roman" w:cs="Times New Roman"/>
          <w:sz w:val="28"/>
          <w:szCs w:val="28"/>
        </w:rPr>
        <w:t>istorice</w:t>
      </w:r>
      <w:proofErr w:type="spellEnd"/>
      <w:r w:rsidRPr="00C57AA7">
        <w:rPr>
          <w:rFonts w:ascii="Times New Roman" w:hAnsi="Times New Roman" w:cs="Times New Roman"/>
          <w:sz w:val="28"/>
          <w:szCs w:val="28"/>
        </w:rPr>
        <w:t xml:space="preserve">/de </w:t>
      </w:r>
      <w:proofErr w:type="spellStart"/>
      <w:r w:rsidRPr="00C57AA7">
        <w:rPr>
          <w:rFonts w:ascii="Times New Roman" w:hAnsi="Times New Roman" w:cs="Times New Roman"/>
          <w:sz w:val="28"/>
          <w:szCs w:val="28"/>
        </w:rPr>
        <w:t>arhitectură</w:t>
      </w:r>
      <w:proofErr w:type="spellEnd"/>
      <w:r w:rsidRPr="00C57AA7">
        <w:rPr>
          <w:rFonts w:ascii="Times New Roman" w:hAnsi="Times New Roman" w:cs="Times New Roman"/>
          <w:sz w:val="28"/>
          <w:szCs w:val="28"/>
        </w:rPr>
        <w:t xml:space="preserve"> </w:t>
      </w:r>
      <w:proofErr w:type="spellStart"/>
      <w:r w:rsidRPr="00C57AA7">
        <w:rPr>
          <w:rFonts w:ascii="Times New Roman" w:hAnsi="Times New Roman" w:cs="Times New Roman"/>
          <w:sz w:val="28"/>
          <w:szCs w:val="28"/>
        </w:rPr>
        <w:t>sau</w:t>
      </w:r>
      <w:proofErr w:type="spellEnd"/>
      <w:r w:rsidRPr="00C57AA7">
        <w:rPr>
          <w:rFonts w:ascii="Times New Roman" w:hAnsi="Times New Roman" w:cs="Times New Roman"/>
          <w:sz w:val="28"/>
          <w:szCs w:val="28"/>
        </w:rPr>
        <w:t xml:space="preserve"> </w:t>
      </w:r>
      <w:proofErr w:type="spellStart"/>
      <w:r w:rsidRPr="00C57AA7">
        <w:rPr>
          <w:rFonts w:ascii="Times New Roman" w:hAnsi="Times New Roman" w:cs="Times New Roman"/>
          <w:sz w:val="28"/>
          <w:szCs w:val="28"/>
        </w:rPr>
        <w:t>situri</w:t>
      </w:r>
      <w:proofErr w:type="spellEnd"/>
      <w:r w:rsidRPr="00C57AA7">
        <w:rPr>
          <w:rFonts w:ascii="Times New Roman" w:hAnsi="Times New Roman" w:cs="Times New Roman"/>
          <w:sz w:val="28"/>
          <w:szCs w:val="28"/>
        </w:rPr>
        <w:t xml:space="preserve"> </w:t>
      </w:r>
      <w:proofErr w:type="spellStart"/>
      <w:r w:rsidRPr="00C57AA7">
        <w:rPr>
          <w:rFonts w:ascii="Times New Roman" w:hAnsi="Times New Roman" w:cs="Times New Roman"/>
          <w:sz w:val="28"/>
          <w:szCs w:val="28"/>
        </w:rPr>
        <w:t>arheologice</w:t>
      </w:r>
      <w:proofErr w:type="spellEnd"/>
      <w:r w:rsidRPr="00C57AA7">
        <w:rPr>
          <w:rFonts w:ascii="Times New Roman" w:hAnsi="Times New Roman" w:cs="Times New Roman"/>
          <w:sz w:val="28"/>
          <w:szCs w:val="28"/>
        </w:rPr>
        <w:t xml:space="preserve"> pe </w:t>
      </w:r>
      <w:proofErr w:type="spellStart"/>
      <w:r w:rsidRPr="00C57AA7">
        <w:rPr>
          <w:rFonts w:ascii="Times New Roman" w:hAnsi="Times New Roman" w:cs="Times New Roman"/>
          <w:sz w:val="28"/>
          <w:szCs w:val="28"/>
        </w:rPr>
        <w:t>amplasament</w:t>
      </w:r>
      <w:proofErr w:type="spellEnd"/>
      <w:r w:rsidRPr="00C57AA7">
        <w:rPr>
          <w:rFonts w:ascii="Times New Roman" w:hAnsi="Times New Roman" w:cs="Times New Roman"/>
          <w:sz w:val="28"/>
          <w:szCs w:val="28"/>
        </w:rPr>
        <w:t xml:space="preserve"> </w:t>
      </w:r>
      <w:proofErr w:type="spellStart"/>
      <w:r w:rsidRPr="00C57AA7">
        <w:rPr>
          <w:rFonts w:ascii="Times New Roman" w:hAnsi="Times New Roman" w:cs="Times New Roman"/>
          <w:sz w:val="28"/>
          <w:szCs w:val="28"/>
        </w:rPr>
        <w:t>sau</w:t>
      </w:r>
      <w:proofErr w:type="spellEnd"/>
      <w:r w:rsidRPr="00C57AA7">
        <w:rPr>
          <w:rFonts w:ascii="Times New Roman" w:hAnsi="Times New Roman" w:cs="Times New Roman"/>
          <w:sz w:val="28"/>
          <w:szCs w:val="28"/>
        </w:rPr>
        <w:t xml:space="preserve"> </w:t>
      </w:r>
      <w:proofErr w:type="spellStart"/>
      <w:r w:rsidRPr="00C57AA7">
        <w:rPr>
          <w:rFonts w:ascii="Times New Roman" w:hAnsi="Times New Roman" w:cs="Times New Roman"/>
          <w:sz w:val="28"/>
          <w:szCs w:val="28"/>
        </w:rPr>
        <w:t>în</w:t>
      </w:r>
      <w:proofErr w:type="spellEnd"/>
      <w:r w:rsidRPr="00C57AA7">
        <w:rPr>
          <w:rFonts w:ascii="Times New Roman" w:hAnsi="Times New Roman" w:cs="Times New Roman"/>
          <w:sz w:val="28"/>
          <w:szCs w:val="28"/>
        </w:rPr>
        <w:t xml:space="preserve"> zona </w:t>
      </w:r>
      <w:proofErr w:type="spellStart"/>
      <w:r w:rsidRPr="00C57AA7">
        <w:rPr>
          <w:rFonts w:ascii="Times New Roman" w:hAnsi="Times New Roman" w:cs="Times New Roman"/>
          <w:sz w:val="28"/>
          <w:szCs w:val="28"/>
        </w:rPr>
        <w:t>imediat</w:t>
      </w:r>
      <w:proofErr w:type="spellEnd"/>
      <w:r w:rsidRPr="00C57AA7">
        <w:rPr>
          <w:rFonts w:ascii="Times New Roman" w:hAnsi="Times New Roman" w:cs="Times New Roman"/>
          <w:sz w:val="28"/>
          <w:szCs w:val="28"/>
        </w:rPr>
        <w:t xml:space="preserve"> </w:t>
      </w:r>
      <w:proofErr w:type="spellStart"/>
      <w:r w:rsidRPr="00C57AA7">
        <w:rPr>
          <w:rFonts w:ascii="Times New Roman" w:hAnsi="Times New Roman" w:cs="Times New Roman"/>
          <w:sz w:val="28"/>
          <w:szCs w:val="28"/>
        </w:rPr>
        <w:t>învecinată</w:t>
      </w:r>
      <w:proofErr w:type="spellEnd"/>
      <w:r w:rsidRPr="00C57AA7">
        <w:rPr>
          <w:rFonts w:ascii="Times New Roman" w:hAnsi="Times New Roman" w:cs="Times New Roman"/>
          <w:sz w:val="28"/>
          <w:szCs w:val="28"/>
        </w:rPr>
        <w:t xml:space="preserve">; </w:t>
      </w:r>
      <w:proofErr w:type="spellStart"/>
      <w:r w:rsidRPr="00C57AA7">
        <w:rPr>
          <w:rFonts w:ascii="Times New Roman" w:hAnsi="Times New Roman" w:cs="Times New Roman"/>
          <w:sz w:val="28"/>
          <w:szCs w:val="28"/>
        </w:rPr>
        <w:t>existența</w:t>
      </w:r>
      <w:proofErr w:type="spellEnd"/>
      <w:r w:rsidRPr="00C57AA7">
        <w:rPr>
          <w:rFonts w:ascii="Times New Roman" w:hAnsi="Times New Roman" w:cs="Times New Roman"/>
          <w:sz w:val="28"/>
          <w:szCs w:val="28"/>
        </w:rPr>
        <w:t xml:space="preserve"> </w:t>
      </w:r>
      <w:proofErr w:type="spellStart"/>
      <w:r w:rsidRPr="00C57AA7">
        <w:rPr>
          <w:rFonts w:ascii="Times New Roman" w:hAnsi="Times New Roman" w:cs="Times New Roman"/>
          <w:sz w:val="28"/>
          <w:szCs w:val="28"/>
        </w:rPr>
        <w:t>condiționărilor</w:t>
      </w:r>
      <w:proofErr w:type="spellEnd"/>
      <w:r w:rsidRPr="00C57AA7">
        <w:rPr>
          <w:rFonts w:ascii="Times New Roman" w:hAnsi="Times New Roman" w:cs="Times New Roman"/>
          <w:sz w:val="28"/>
          <w:szCs w:val="28"/>
        </w:rPr>
        <w:t xml:space="preserve"> </w:t>
      </w:r>
      <w:proofErr w:type="spellStart"/>
      <w:r w:rsidRPr="00C57AA7">
        <w:rPr>
          <w:rFonts w:ascii="Times New Roman" w:hAnsi="Times New Roman" w:cs="Times New Roman"/>
          <w:sz w:val="28"/>
          <w:szCs w:val="28"/>
        </w:rPr>
        <w:t>specifice</w:t>
      </w:r>
      <w:proofErr w:type="spellEnd"/>
      <w:r w:rsidRPr="00C57AA7">
        <w:rPr>
          <w:rFonts w:ascii="Times New Roman" w:hAnsi="Times New Roman" w:cs="Times New Roman"/>
          <w:sz w:val="28"/>
          <w:szCs w:val="28"/>
        </w:rPr>
        <w:t xml:space="preserve"> </w:t>
      </w:r>
      <w:proofErr w:type="spellStart"/>
      <w:r w:rsidRPr="00C57AA7">
        <w:rPr>
          <w:rFonts w:ascii="Times New Roman" w:hAnsi="Times New Roman" w:cs="Times New Roman"/>
          <w:sz w:val="28"/>
          <w:szCs w:val="28"/>
        </w:rPr>
        <w:t>în</w:t>
      </w:r>
      <w:proofErr w:type="spellEnd"/>
      <w:r w:rsidRPr="00C57AA7">
        <w:rPr>
          <w:rFonts w:ascii="Times New Roman" w:hAnsi="Times New Roman" w:cs="Times New Roman"/>
          <w:sz w:val="28"/>
          <w:szCs w:val="28"/>
        </w:rPr>
        <w:t xml:space="preserve"> </w:t>
      </w:r>
      <w:proofErr w:type="spellStart"/>
      <w:r w:rsidRPr="00C57AA7">
        <w:rPr>
          <w:rFonts w:ascii="Times New Roman" w:hAnsi="Times New Roman" w:cs="Times New Roman"/>
          <w:sz w:val="28"/>
          <w:szCs w:val="28"/>
        </w:rPr>
        <w:t>cazul</w:t>
      </w:r>
      <w:proofErr w:type="spellEnd"/>
      <w:r w:rsidRPr="00C57AA7">
        <w:rPr>
          <w:rFonts w:ascii="Times New Roman" w:hAnsi="Times New Roman" w:cs="Times New Roman"/>
          <w:sz w:val="28"/>
          <w:szCs w:val="28"/>
        </w:rPr>
        <w:t xml:space="preserve"> </w:t>
      </w:r>
      <w:proofErr w:type="spellStart"/>
      <w:r w:rsidRPr="00C57AA7">
        <w:rPr>
          <w:rFonts w:ascii="Times New Roman" w:hAnsi="Times New Roman" w:cs="Times New Roman"/>
          <w:sz w:val="28"/>
          <w:szCs w:val="28"/>
        </w:rPr>
        <w:t>existenței</w:t>
      </w:r>
      <w:proofErr w:type="spellEnd"/>
      <w:r w:rsidRPr="00C57AA7">
        <w:rPr>
          <w:rFonts w:ascii="Times New Roman" w:hAnsi="Times New Roman" w:cs="Times New Roman"/>
          <w:sz w:val="28"/>
          <w:szCs w:val="28"/>
        </w:rPr>
        <w:t xml:space="preserve"> </w:t>
      </w:r>
      <w:proofErr w:type="spellStart"/>
      <w:r w:rsidRPr="00C57AA7">
        <w:rPr>
          <w:rFonts w:ascii="Times New Roman" w:hAnsi="Times New Roman" w:cs="Times New Roman"/>
          <w:sz w:val="28"/>
          <w:szCs w:val="28"/>
        </w:rPr>
        <w:t>unor</w:t>
      </w:r>
      <w:proofErr w:type="spellEnd"/>
      <w:r w:rsidRPr="00C57AA7">
        <w:rPr>
          <w:rFonts w:ascii="Times New Roman" w:hAnsi="Times New Roman" w:cs="Times New Roman"/>
          <w:sz w:val="28"/>
          <w:szCs w:val="28"/>
        </w:rPr>
        <w:t xml:space="preserve"> zone </w:t>
      </w:r>
      <w:proofErr w:type="spellStart"/>
      <w:r w:rsidRPr="00C57AA7">
        <w:rPr>
          <w:rFonts w:ascii="Times New Roman" w:hAnsi="Times New Roman" w:cs="Times New Roman"/>
          <w:sz w:val="28"/>
          <w:szCs w:val="28"/>
        </w:rPr>
        <w:t>protejate</w:t>
      </w:r>
      <w:proofErr w:type="spellEnd"/>
    </w:p>
    <w:p w14:paraId="517C5D9A" w14:textId="77777777" w:rsidR="00A57563" w:rsidRPr="00C57AA7" w:rsidRDefault="00E8585D">
      <w:pPr>
        <w:rPr>
          <w:rFonts w:cs="Times New Roman"/>
          <w:sz w:val="28"/>
          <w:szCs w:val="28"/>
        </w:rPr>
      </w:pPr>
      <w:proofErr w:type="spellStart"/>
      <w:r w:rsidRPr="00C57AA7">
        <w:rPr>
          <w:rFonts w:eastAsia="Times New Roman" w:cs="Times New Roman"/>
          <w:sz w:val="28"/>
          <w:szCs w:val="28"/>
        </w:rPr>
        <w:t>Situația</w:t>
      </w:r>
      <w:proofErr w:type="spellEnd"/>
      <w:r w:rsidRPr="00C57AA7">
        <w:rPr>
          <w:rFonts w:eastAsia="Times New Roman" w:cs="Times New Roman"/>
          <w:sz w:val="28"/>
          <w:szCs w:val="28"/>
        </w:rPr>
        <w:t xml:space="preserve"> </w:t>
      </w:r>
      <w:proofErr w:type="spellStart"/>
      <w:r w:rsidRPr="00C57AA7">
        <w:rPr>
          <w:rFonts w:eastAsia="Times New Roman" w:cs="Times New Roman"/>
          <w:sz w:val="28"/>
          <w:szCs w:val="28"/>
        </w:rPr>
        <w:t>va</w:t>
      </w:r>
      <w:proofErr w:type="spellEnd"/>
      <w:r w:rsidRPr="00C57AA7">
        <w:rPr>
          <w:rFonts w:eastAsia="Times New Roman" w:cs="Times New Roman"/>
          <w:sz w:val="28"/>
          <w:szCs w:val="28"/>
        </w:rPr>
        <w:t xml:space="preserve"> fi </w:t>
      </w:r>
      <w:proofErr w:type="spellStart"/>
      <w:r w:rsidRPr="00C57AA7">
        <w:rPr>
          <w:rFonts w:eastAsia="Times New Roman" w:cs="Times New Roman"/>
          <w:sz w:val="28"/>
          <w:szCs w:val="28"/>
        </w:rPr>
        <w:t>verificată</w:t>
      </w:r>
      <w:proofErr w:type="spellEnd"/>
      <w:r w:rsidRPr="00C57AA7">
        <w:rPr>
          <w:rFonts w:eastAsia="Times New Roman" w:cs="Times New Roman"/>
          <w:sz w:val="28"/>
          <w:szCs w:val="28"/>
        </w:rPr>
        <w:t xml:space="preserve"> </w:t>
      </w:r>
      <w:proofErr w:type="spellStart"/>
      <w:r w:rsidRPr="00C57AA7">
        <w:rPr>
          <w:rFonts w:eastAsia="Times New Roman" w:cs="Times New Roman"/>
          <w:sz w:val="28"/>
          <w:szCs w:val="28"/>
        </w:rPr>
        <w:t>prin</w:t>
      </w:r>
      <w:proofErr w:type="spellEnd"/>
      <w:r w:rsidRPr="00C57AA7">
        <w:rPr>
          <w:rFonts w:eastAsia="Times New Roman" w:cs="Times New Roman"/>
          <w:sz w:val="28"/>
          <w:szCs w:val="28"/>
        </w:rPr>
        <w:t xml:space="preserve"> </w:t>
      </w:r>
      <w:proofErr w:type="spellStart"/>
      <w:r w:rsidRPr="00C57AA7">
        <w:rPr>
          <w:rFonts w:eastAsia="Times New Roman" w:cs="Times New Roman"/>
          <w:sz w:val="28"/>
          <w:szCs w:val="28"/>
        </w:rPr>
        <w:t>certificatul</w:t>
      </w:r>
      <w:proofErr w:type="spellEnd"/>
      <w:r w:rsidRPr="00C57AA7">
        <w:rPr>
          <w:rFonts w:eastAsia="Times New Roman" w:cs="Times New Roman"/>
          <w:sz w:val="28"/>
          <w:szCs w:val="28"/>
        </w:rPr>
        <w:t xml:space="preserve"> de urbanism </w:t>
      </w:r>
      <w:proofErr w:type="spellStart"/>
      <w:r w:rsidRPr="00C57AA7">
        <w:rPr>
          <w:rFonts w:eastAsia="Times New Roman" w:cs="Times New Roman"/>
          <w:sz w:val="28"/>
          <w:szCs w:val="28"/>
        </w:rPr>
        <w:t>și</w:t>
      </w:r>
      <w:proofErr w:type="spellEnd"/>
      <w:r w:rsidRPr="00C57AA7">
        <w:rPr>
          <w:rFonts w:eastAsia="Times New Roman" w:cs="Times New Roman"/>
          <w:sz w:val="28"/>
          <w:szCs w:val="28"/>
        </w:rPr>
        <w:t xml:space="preserve"> </w:t>
      </w:r>
      <w:proofErr w:type="spellStart"/>
      <w:r w:rsidRPr="00C57AA7">
        <w:rPr>
          <w:rFonts w:eastAsia="Times New Roman" w:cs="Times New Roman"/>
          <w:sz w:val="28"/>
          <w:szCs w:val="28"/>
        </w:rPr>
        <w:t>avize</w:t>
      </w:r>
      <w:proofErr w:type="spellEnd"/>
      <w:r w:rsidRPr="00C57AA7">
        <w:rPr>
          <w:rFonts w:eastAsia="Times New Roman" w:cs="Times New Roman"/>
          <w:sz w:val="28"/>
          <w:szCs w:val="28"/>
        </w:rPr>
        <w:t xml:space="preserve">. </w:t>
      </w:r>
      <w:proofErr w:type="spellStart"/>
      <w:r w:rsidRPr="00C57AA7">
        <w:rPr>
          <w:rFonts w:eastAsia="Times New Roman" w:cs="Times New Roman"/>
          <w:sz w:val="28"/>
          <w:szCs w:val="28"/>
        </w:rPr>
        <w:t>Dacă</w:t>
      </w:r>
      <w:proofErr w:type="spellEnd"/>
      <w:r w:rsidRPr="00C57AA7">
        <w:rPr>
          <w:rFonts w:eastAsia="Times New Roman" w:cs="Times New Roman"/>
          <w:sz w:val="28"/>
          <w:szCs w:val="28"/>
        </w:rPr>
        <w:t xml:space="preserve"> sunt </w:t>
      </w:r>
      <w:proofErr w:type="spellStart"/>
      <w:r w:rsidRPr="00C57AA7">
        <w:rPr>
          <w:rFonts w:eastAsia="Times New Roman" w:cs="Times New Roman"/>
          <w:sz w:val="28"/>
          <w:szCs w:val="28"/>
        </w:rPr>
        <w:t>impuse</w:t>
      </w:r>
      <w:proofErr w:type="spellEnd"/>
      <w:r w:rsidRPr="00C57AA7">
        <w:rPr>
          <w:rFonts w:eastAsia="Times New Roman" w:cs="Times New Roman"/>
          <w:sz w:val="28"/>
          <w:szCs w:val="28"/>
        </w:rPr>
        <w:t xml:space="preserve"> </w:t>
      </w:r>
      <w:proofErr w:type="spellStart"/>
      <w:r w:rsidRPr="00C57AA7">
        <w:rPr>
          <w:rFonts w:eastAsia="Times New Roman" w:cs="Times New Roman"/>
          <w:sz w:val="28"/>
          <w:szCs w:val="28"/>
        </w:rPr>
        <w:t>condiții</w:t>
      </w:r>
      <w:proofErr w:type="spellEnd"/>
      <w:r w:rsidRPr="00C57AA7">
        <w:rPr>
          <w:rFonts w:eastAsia="Times New Roman" w:cs="Times New Roman"/>
          <w:sz w:val="28"/>
          <w:szCs w:val="28"/>
        </w:rPr>
        <w:t xml:space="preserve"> </w:t>
      </w:r>
      <w:proofErr w:type="spellStart"/>
      <w:r w:rsidRPr="00C57AA7">
        <w:rPr>
          <w:rFonts w:eastAsia="Times New Roman" w:cs="Times New Roman"/>
          <w:sz w:val="28"/>
          <w:szCs w:val="28"/>
        </w:rPr>
        <w:t>arheologice</w:t>
      </w:r>
      <w:proofErr w:type="spellEnd"/>
      <w:r w:rsidRPr="00C57AA7">
        <w:rPr>
          <w:rFonts w:eastAsia="Times New Roman" w:cs="Times New Roman"/>
          <w:sz w:val="28"/>
          <w:szCs w:val="28"/>
        </w:rPr>
        <w:t xml:space="preserve"> </w:t>
      </w:r>
      <w:proofErr w:type="spellStart"/>
      <w:r w:rsidRPr="00C57AA7">
        <w:rPr>
          <w:rFonts w:eastAsia="Times New Roman" w:cs="Times New Roman"/>
          <w:sz w:val="28"/>
          <w:szCs w:val="28"/>
        </w:rPr>
        <w:t>sau</w:t>
      </w:r>
      <w:proofErr w:type="spellEnd"/>
      <w:r w:rsidRPr="00C57AA7">
        <w:rPr>
          <w:rFonts w:eastAsia="Times New Roman" w:cs="Times New Roman"/>
          <w:sz w:val="28"/>
          <w:szCs w:val="28"/>
        </w:rPr>
        <w:t xml:space="preserve"> de </w:t>
      </w:r>
      <w:proofErr w:type="spellStart"/>
      <w:r w:rsidRPr="00C57AA7">
        <w:rPr>
          <w:rFonts w:eastAsia="Times New Roman" w:cs="Times New Roman"/>
          <w:sz w:val="28"/>
          <w:szCs w:val="28"/>
        </w:rPr>
        <w:t>patrimoniu</w:t>
      </w:r>
      <w:proofErr w:type="spellEnd"/>
      <w:r w:rsidRPr="00C57AA7">
        <w:rPr>
          <w:rFonts w:eastAsia="Times New Roman" w:cs="Times New Roman"/>
          <w:sz w:val="28"/>
          <w:szCs w:val="28"/>
        </w:rPr>
        <w:t xml:space="preserve">, </w:t>
      </w:r>
      <w:proofErr w:type="spellStart"/>
      <w:r w:rsidRPr="00C57AA7">
        <w:rPr>
          <w:rFonts w:eastAsia="Times New Roman" w:cs="Times New Roman"/>
          <w:sz w:val="28"/>
          <w:szCs w:val="28"/>
        </w:rPr>
        <w:t>acestea</w:t>
      </w:r>
      <w:proofErr w:type="spellEnd"/>
      <w:r w:rsidRPr="00C57AA7">
        <w:rPr>
          <w:rFonts w:eastAsia="Times New Roman" w:cs="Times New Roman"/>
          <w:sz w:val="28"/>
          <w:szCs w:val="28"/>
        </w:rPr>
        <w:t xml:space="preserve"> </w:t>
      </w:r>
      <w:proofErr w:type="spellStart"/>
      <w:r w:rsidRPr="00C57AA7">
        <w:rPr>
          <w:rFonts w:eastAsia="Times New Roman" w:cs="Times New Roman"/>
          <w:sz w:val="28"/>
          <w:szCs w:val="28"/>
        </w:rPr>
        <w:t>vor</w:t>
      </w:r>
      <w:proofErr w:type="spellEnd"/>
      <w:r w:rsidRPr="00C57AA7">
        <w:rPr>
          <w:rFonts w:eastAsia="Times New Roman" w:cs="Times New Roman"/>
          <w:sz w:val="28"/>
          <w:szCs w:val="28"/>
        </w:rPr>
        <w:t xml:space="preserve"> fi integrate </w:t>
      </w:r>
      <w:proofErr w:type="spellStart"/>
      <w:r w:rsidRPr="00C57AA7">
        <w:rPr>
          <w:rFonts w:eastAsia="Times New Roman" w:cs="Times New Roman"/>
          <w:sz w:val="28"/>
          <w:szCs w:val="28"/>
        </w:rPr>
        <w:t>în</w:t>
      </w:r>
      <w:proofErr w:type="spellEnd"/>
      <w:r w:rsidRPr="00C57AA7">
        <w:rPr>
          <w:rFonts w:eastAsia="Times New Roman" w:cs="Times New Roman"/>
          <w:sz w:val="28"/>
          <w:szCs w:val="28"/>
        </w:rPr>
        <w:t xml:space="preserve"> </w:t>
      </w:r>
      <w:proofErr w:type="spellStart"/>
      <w:r w:rsidRPr="00C57AA7">
        <w:rPr>
          <w:rFonts w:eastAsia="Times New Roman" w:cs="Times New Roman"/>
          <w:sz w:val="28"/>
          <w:szCs w:val="28"/>
        </w:rPr>
        <w:t>proiectare</w:t>
      </w:r>
      <w:proofErr w:type="spellEnd"/>
      <w:r w:rsidRPr="00C57AA7">
        <w:rPr>
          <w:rFonts w:eastAsia="Times New Roman" w:cs="Times New Roman"/>
          <w:sz w:val="28"/>
          <w:szCs w:val="28"/>
        </w:rPr>
        <w:t xml:space="preserve"> </w:t>
      </w:r>
      <w:proofErr w:type="spellStart"/>
      <w:r w:rsidRPr="00C57AA7">
        <w:rPr>
          <w:rFonts w:eastAsia="Times New Roman" w:cs="Times New Roman"/>
          <w:sz w:val="28"/>
          <w:szCs w:val="28"/>
        </w:rPr>
        <w:t>și</w:t>
      </w:r>
      <w:proofErr w:type="spellEnd"/>
      <w:r w:rsidRPr="00C57AA7">
        <w:rPr>
          <w:rFonts w:eastAsia="Times New Roman" w:cs="Times New Roman"/>
          <w:sz w:val="28"/>
          <w:szCs w:val="28"/>
        </w:rPr>
        <w:t xml:space="preserve"> </w:t>
      </w:r>
      <w:proofErr w:type="spellStart"/>
      <w:r w:rsidRPr="00C57AA7">
        <w:rPr>
          <w:rFonts w:eastAsia="Times New Roman" w:cs="Times New Roman"/>
          <w:sz w:val="28"/>
          <w:szCs w:val="28"/>
        </w:rPr>
        <w:t>execuție</w:t>
      </w:r>
      <w:proofErr w:type="spellEnd"/>
      <w:r w:rsidRPr="00C57AA7">
        <w:rPr>
          <w:rFonts w:eastAsia="Times New Roman" w:cs="Times New Roman"/>
          <w:sz w:val="28"/>
          <w:szCs w:val="28"/>
        </w:rPr>
        <w:t>.</w:t>
      </w:r>
    </w:p>
    <w:p w14:paraId="2B1FC34D" w14:textId="77777777" w:rsidR="00A57563" w:rsidRPr="00C57AA7" w:rsidRDefault="00E8585D">
      <w:pPr>
        <w:pStyle w:val="Titlu1"/>
        <w:rPr>
          <w:rFonts w:ascii="Times New Roman" w:hAnsi="Times New Roman" w:cs="Times New Roman"/>
          <w:sz w:val="28"/>
        </w:rPr>
      </w:pPr>
      <w:r w:rsidRPr="00C57AA7">
        <w:rPr>
          <w:rFonts w:ascii="Times New Roman" w:hAnsi="Times New Roman" w:cs="Times New Roman"/>
          <w:sz w:val="28"/>
        </w:rPr>
        <w:t xml:space="preserve">6. </w:t>
      </w:r>
      <w:proofErr w:type="spellStart"/>
      <w:r w:rsidRPr="00C57AA7">
        <w:rPr>
          <w:rFonts w:ascii="Times New Roman" w:hAnsi="Times New Roman" w:cs="Times New Roman"/>
          <w:sz w:val="28"/>
        </w:rPr>
        <w:t>Descrierea</w:t>
      </w:r>
      <w:proofErr w:type="spellEnd"/>
      <w:r w:rsidRPr="00C57AA7">
        <w:rPr>
          <w:rFonts w:ascii="Times New Roman" w:hAnsi="Times New Roman" w:cs="Times New Roman"/>
          <w:sz w:val="28"/>
        </w:rPr>
        <w:t xml:space="preserve"> </w:t>
      </w:r>
      <w:proofErr w:type="spellStart"/>
      <w:r w:rsidRPr="00C57AA7">
        <w:rPr>
          <w:rFonts w:ascii="Times New Roman" w:hAnsi="Times New Roman" w:cs="Times New Roman"/>
          <w:sz w:val="28"/>
        </w:rPr>
        <w:t>succintă</w:t>
      </w:r>
      <w:proofErr w:type="spellEnd"/>
      <w:r w:rsidRPr="00C57AA7">
        <w:rPr>
          <w:rFonts w:ascii="Times New Roman" w:hAnsi="Times New Roman" w:cs="Times New Roman"/>
          <w:sz w:val="28"/>
        </w:rPr>
        <w:t xml:space="preserve"> </w:t>
      </w:r>
      <w:proofErr w:type="gramStart"/>
      <w:r w:rsidRPr="00C57AA7">
        <w:rPr>
          <w:rFonts w:ascii="Times New Roman" w:hAnsi="Times New Roman" w:cs="Times New Roman"/>
          <w:sz w:val="28"/>
        </w:rPr>
        <w:t>a</w:t>
      </w:r>
      <w:proofErr w:type="gramEnd"/>
      <w:r w:rsidRPr="00C57AA7">
        <w:rPr>
          <w:rFonts w:ascii="Times New Roman" w:hAnsi="Times New Roman" w:cs="Times New Roman"/>
          <w:sz w:val="28"/>
        </w:rPr>
        <w:t xml:space="preserve"> </w:t>
      </w:r>
      <w:proofErr w:type="spellStart"/>
      <w:r w:rsidRPr="00C57AA7">
        <w:rPr>
          <w:rFonts w:ascii="Times New Roman" w:hAnsi="Times New Roman" w:cs="Times New Roman"/>
          <w:sz w:val="28"/>
        </w:rPr>
        <w:t>obiectivului</w:t>
      </w:r>
      <w:proofErr w:type="spellEnd"/>
      <w:r w:rsidRPr="00C57AA7">
        <w:rPr>
          <w:rFonts w:ascii="Times New Roman" w:hAnsi="Times New Roman" w:cs="Times New Roman"/>
          <w:sz w:val="28"/>
        </w:rPr>
        <w:t xml:space="preserve"> de </w:t>
      </w:r>
      <w:proofErr w:type="spellStart"/>
      <w:r w:rsidRPr="00C57AA7">
        <w:rPr>
          <w:rFonts w:ascii="Times New Roman" w:hAnsi="Times New Roman" w:cs="Times New Roman"/>
          <w:sz w:val="28"/>
        </w:rPr>
        <w:t>investiții</w:t>
      </w:r>
      <w:proofErr w:type="spellEnd"/>
      <w:r w:rsidRPr="00C57AA7">
        <w:rPr>
          <w:rFonts w:ascii="Times New Roman" w:hAnsi="Times New Roman" w:cs="Times New Roman"/>
          <w:sz w:val="28"/>
        </w:rPr>
        <w:t xml:space="preserve"> </w:t>
      </w:r>
      <w:proofErr w:type="spellStart"/>
      <w:r w:rsidRPr="00C57AA7">
        <w:rPr>
          <w:rFonts w:ascii="Times New Roman" w:hAnsi="Times New Roman" w:cs="Times New Roman"/>
          <w:sz w:val="28"/>
        </w:rPr>
        <w:t>propus</w:t>
      </w:r>
      <w:proofErr w:type="spellEnd"/>
      <w:r w:rsidRPr="00C57AA7">
        <w:rPr>
          <w:rFonts w:ascii="Times New Roman" w:hAnsi="Times New Roman" w:cs="Times New Roman"/>
          <w:sz w:val="28"/>
        </w:rPr>
        <w:t xml:space="preserve">, din </w:t>
      </w:r>
      <w:proofErr w:type="spellStart"/>
      <w:r w:rsidRPr="00C57AA7">
        <w:rPr>
          <w:rFonts w:ascii="Times New Roman" w:hAnsi="Times New Roman" w:cs="Times New Roman"/>
          <w:sz w:val="28"/>
        </w:rPr>
        <w:t>punct</w:t>
      </w:r>
      <w:proofErr w:type="spellEnd"/>
      <w:r w:rsidRPr="00C57AA7">
        <w:rPr>
          <w:rFonts w:ascii="Times New Roman" w:hAnsi="Times New Roman" w:cs="Times New Roman"/>
          <w:sz w:val="28"/>
        </w:rPr>
        <w:t xml:space="preserve"> de </w:t>
      </w:r>
      <w:proofErr w:type="spellStart"/>
      <w:r w:rsidRPr="00C57AA7">
        <w:rPr>
          <w:rFonts w:ascii="Times New Roman" w:hAnsi="Times New Roman" w:cs="Times New Roman"/>
          <w:sz w:val="28"/>
        </w:rPr>
        <w:t>vedere</w:t>
      </w:r>
      <w:proofErr w:type="spellEnd"/>
      <w:r w:rsidRPr="00C57AA7">
        <w:rPr>
          <w:rFonts w:ascii="Times New Roman" w:hAnsi="Times New Roman" w:cs="Times New Roman"/>
          <w:sz w:val="28"/>
        </w:rPr>
        <w:t xml:space="preserve"> </w:t>
      </w:r>
      <w:proofErr w:type="spellStart"/>
      <w:r w:rsidRPr="00C57AA7">
        <w:rPr>
          <w:rFonts w:ascii="Times New Roman" w:hAnsi="Times New Roman" w:cs="Times New Roman"/>
          <w:sz w:val="28"/>
        </w:rPr>
        <w:t>tehnic</w:t>
      </w:r>
      <w:proofErr w:type="spellEnd"/>
      <w:r w:rsidRPr="00C57AA7">
        <w:rPr>
          <w:rFonts w:ascii="Times New Roman" w:hAnsi="Times New Roman" w:cs="Times New Roman"/>
          <w:sz w:val="28"/>
        </w:rPr>
        <w:t xml:space="preserve"> </w:t>
      </w:r>
      <w:proofErr w:type="spellStart"/>
      <w:r w:rsidRPr="00C57AA7">
        <w:rPr>
          <w:rFonts w:ascii="Times New Roman" w:hAnsi="Times New Roman" w:cs="Times New Roman"/>
          <w:sz w:val="28"/>
        </w:rPr>
        <w:t>și</w:t>
      </w:r>
      <w:proofErr w:type="spellEnd"/>
      <w:r w:rsidRPr="00C57AA7">
        <w:rPr>
          <w:rFonts w:ascii="Times New Roman" w:hAnsi="Times New Roman" w:cs="Times New Roman"/>
          <w:sz w:val="28"/>
        </w:rPr>
        <w:t xml:space="preserve"> </w:t>
      </w:r>
      <w:proofErr w:type="spellStart"/>
      <w:r w:rsidRPr="00C57AA7">
        <w:rPr>
          <w:rFonts w:ascii="Times New Roman" w:hAnsi="Times New Roman" w:cs="Times New Roman"/>
          <w:sz w:val="28"/>
        </w:rPr>
        <w:t>funcțional</w:t>
      </w:r>
      <w:proofErr w:type="spellEnd"/>
      <w:r w:rsidRPr="00C57AA7">
        <w:rPr>
          <w:rFonts w:ascii="Times New Roman" w:hAnsi="Times New Roman" w:cs="Times New Roman"/>
          <w:sz w:val="28"/>
        </w:rPr>
        <w:t>:</w:t>
      </w:r>
    </w:p>
    <w:p w14:paraId="7C941917" w14:textId="77777777" w:rsidR="00A57563" w:rsidRPr="00C57AA7" w:rsidRDefault="00E8585D">
      <w:pPr>
        <w:pStyle w:val="Titlu2"/>
        <w:rPr>
          <w:rFonts w:ascii="Times New Roman" w:hAnsi="Times New Roman" w:cs="Times New Roman"/>
          <w:sz w:val="28"/>
          <w:szCs w:val="28"/>
        </w:rPr>
      </w:pPr>
      <w:r w:rsidRPr="00C57AA7">
        <w:rPr>
          <w:rFonts w:ascii="Times New Roman" w:hAnsi="Times New Roman" w:cs="Times New Roman"/>
          <w:sz w:val="28"/>
          <w:szCs w:val="28"/>
        </w:rPr>
        <w:t xml:space="preserve">a) </w:t>
      </w:r>
      <w:proofErr w:type="spellStart"/>
      <w:r w:rsidRPr="00C57AA7">
        <w:rPr>
          <w:rFonts w:ascii="Times New Roman" w:hAnsi="Times New Roman" w:cs="Times New Roman"/>
          <w:sz w:val="28"/>
          <w:szCs w:val="28"/>
        </w:rPr>
        <w:t>Destinație</w:t>
      </w:r>
      <w:proofErr w:type="spellEnd"/>
      <w:r w:rsidRPr="00C57AA7">
        <w:rPr>
          <w:rFonts w:ascii="Times New Roman" w:hAnsi="Times New Roman" w:cs="Times New Roman"/>
          <w:sz w:val="28"/>
          <w:szCs w:val="28"/>
        </w:rPr>
        <w:t xml:space="preserve"> </w:t>
      </w:r>
      <w:proofErr w:type="spellStart"/>
      <w:r w:rsidRPr="00C57AA7">
        <w:rPr>
          <w:rFonts w:ascii="Times New Roman" w:hAnsi="Times New Roman" w:cs="Times New Roman"/>
          <w:sz w:val="28"/>
          <w:szCs w:val="28"/>
        </w:rPr>
        <w:t>și</w:t>
      </w:r>
      <w:proofErr w:type="spellEnd"/>
      <w:r w:rsidRPr="00C57AA7">
        <w:rPr>
          <w:rFonts w:ascii="Times New Roman" w:hAnsi="Times New Roman" w:cs="Times New Roman"/>
          <w:sz w:val="28"/>
          <w:szCs w:val="28"/>
        </w:rPr>
        <w:t xml:space="preserve"> </w:t>
      </w:r>
      <w:proofErr w:type="spellStart"/>
      <w:r w:rsidRPr="00C57AA7">
        <w:rPr>
          <w:rFonts w:ascii="Times New Roman" w:hAnsi="Times New Roman" w:cs="Times New Roman"/>
          <w:sz w:val="28"/>
          <w:szCs w:val="28"/>
        </w:rPr>
        <w:t>funcțiuni</w:t>
      </w:r>
      <w:proofErr w:type="spellEnd"/>
    </w:p>
    <w:p w14:paraId="5893896E" w14:textId="77777777" w:rsidR="00A57563" w:rsidRPr="00C57AA7" w:rsidRDefault="00E8585D">
      <w:pPr>
        <w:rPr>
          <w:rFonts w:cs="Times New Roman"/>
          <w:sz w:val="28"/>
          <w:szCs w:val="28"/>
        </w:rPr>
      </w:pPr>
      <w:proofErr w:type="spellStart"/>
      <w:r w:rsidRPr="00C57AA7">
        <w:rPr>
          <w:rFonts w:eastAsia="Times New Roman" w:cs="Times New Roman"/>
          <w:sz w:val="28"/>
          <w:szCs w:val="28"/>
        </w:rPr>
        <w:t>Obiectivul</w:t>
      </w:r>
      <w:proofErr w:type="spellEnd"/>
      <w:r w:rsidRPr="00C57AA7">
        <w:rPr>
          <w:rFonts w:eastAsia="Times New Roman" w:cs="Times New Roman"/>
          <w:sz w:val="28"/>
          <w:szCs w:val="28"/>
        </w:rPr>
        <w:t xml:space="preserve"> are </w:t>
      </w:r>
      <w:proofErr w:type="spellStart"/>
      <w:r w:rsidRPr="00C57AA7">
        <w:rPr>
          <w:rFonts w:eastAsia="Times New Roman" w:cs="Times New Roman"/>
          <w:sz w:val="28"/>
          <w:szCs w:val="28"/>
        </w:rPr>
        <w:t>destinația</w:t>
      </w:r>
      <w:proofErr w:type="spellEnd"/>
      <w:r w:rsidRPr="00C57AA7">
        <w:rPr>
          <w:rFonts w:eastAsia="Times New Roman" w:cs="Times New Roman"/>
          <w:sz w:val="28"/>
          <w:szCs w:val="28"/>
        </w:rPr>
        <w:t xml:space="preserve"> de </w:t>
      </w:r>
      <w:proofErr w:type="spellStart"/>
      <w:r w:rsidRPr="00C57AA7">
        <w:rPr>
          <w:rFonts w:eastAsia="Times New Roman" w:cs="Times New Roman"/>
          <w:sz w:val="28"/>
          <w:szCs w:val="28"/>
        </w:rPr>
        <w:t>captare</w:t>
      </w:r>
      <w:proofErr w:type="spellEnd"/>
      <w:r w:rsidRPr="00C57AA7">
        <w:rPr>
          <w:rFonts w:eastAsia="Times New Roman" w:cs="Times New Roman"/>
          <w:sz w:val="28"/>
          <w:szCs w:val="28"/>
        </w:rPr>
        <w:t xml:space="preserve"> </w:t>
      </w:r>
      <w:proofErr w:type="gramStart"/>
      <w:r w:rsidRPr="00C57AA7">
        <w:rPr>
          <w:rFonts w:eastAsia="Times New Roman" w:cs="Times New Roman"/>
          <w:sz w:val="28"/>
          <w:szCs w:val="28"/>
        </w:rPr>
        <w:t>a</w:t>
      </w:r>
      <w:proofErr w:type="gramEnd"/>
      <w:r w:rsidRPr="00C57AA7">
        <w:rPr>
          <w:rFonts w:eastAsia="Times New Roman" w:cs="Times New Roman"/>
          <w:sz w:val="28"/>
          <w:szCs w:val="28"/>
        </w:rPr>
        <w:t xml:space="preserve"> </w:t>
      </w:r>
      <w:proofErr w:type="spellStart"/>
      <w:r w:rsidRPr="00C57AA7">
        <w:rPr>
          <w:rFonts w:eastAsia="Times New Roman" w:cs="Times New Roman"/>
          <w:sz w:val="28"/>
          <w:szCs w:val="28"/>
        </w:rPr>
        <w:t>apei</w:t>
      </w:r>
      <w:proofErr w:type="spellEnd"/>
      <w:r w:rsidRPr="00C57AA7">
        <w:rPr>
          <w:rFonts w:eastAsia="Times New Roman" w:cs="Times New Roman"/>
          <w:sz w:val="28"/>
          <w:szCs w:val="28"/>
        </w:rPr>
        <w:t xml:space="preserve"> </w:t>
      </w:r>
      <w:proofErr w:type="spellStart"/>
      <w:r w:rsidRPr="00C57AA7">
        <w:rPr>
          <w:rFonts w:eastAsia="Times New Roman" w:cs="Times New Roman"/>
          <w:sz w:val="28"/>
          <w:szCs w:val="28"/>
        </w:rPr>
        <w:t>subterane</w:t>
      </w:r>
      <w:proofErr w:type="spellEnd"/>
      <w:r w:rsidRPr="00C57AA7">
        <w:rPr>
          <w:rFonts w:eastAsia="Times New Roman" w:cs="Times New Roman"/>
          <w:sz w:val="28"/>
          <w:szCs w:val="28"/>
        </w:rPr>
        <w:t xml:space="preserve"> </w:t>
      </w:r>
      <w:proofErr w:type="spellStart"/>
      <w:r w:rsidRPr="00C57AA7">
        <w:rPr>
          <w:rFonts w:eastAsia="Times New Roman" w:cs="Times New Roman"/>
          <w:sz w:val="28"/>
          <w:szCs w:val="28"/>
        </w:rPr>
        <w:t>pentru</w:t>
      </w:r>
      <w:proofErr w:type="spellEnd"/>
      <w:r w:rsidRPr="00C57AA7">
        <w:rPr>
          <w:rFonts w:eastAsia="Times New Roman" w:cs="Times New Roman"/>
          <w:sz w:val="28"/>
          <w:szCs w:val="28"/>
        </w:rPr>
        <w:t xml:space="preserve"> </w:t>
      </w:r>
      <w:proofErr w:type="spellStart"/>
      <w:r w:rsidRPr="00C57AA7">
        <w:rPr>
          <w:rFonts w:eastAsia="Times New Roman" w:cs="Times New Roman"/>
          <w:sz w:val="28"/>
          <w:szCs w:val="28"/>
        </w:rPr>
        <w:t>irigarea</w:t>
      </w:r>
      <w:proofErr w:type="spellEnd"/>
      <w:r w:rsidRPr="00C57AA7">
        <w:rPr>
          <w:rFonts w:eastAsia="Times New Roman" w:cs="Times New Roman"/>
          <w:sz w:val="28"/>
          <w:szCs w:val="28"/>
        </w:rPr>
        <w:t xml:space="preserve"> </w:t>
      </w:r>
      <w:proofErr w:type="spellStart"/>
      <w:r w:rsidRPr="00C57AA7">
        <w:rPr>
          <w:rFonts w:eastAsia="Times New Roman" w:cs="Times New Roman"/>
          <w:sz w:val="28"/>
          <w:szCs w:val="28"/>
        </w:rPr>
        <w:t>terenurilor</w:t>
      </w:r>
      <w:proofErr w:type="spellEnd"/>
      <w:r w:rsidRPr="00C57AA7">
        <w:rPr>
          <w:rFonts w:eastAsia="Times New Roman" w:cs="Times New Roman"/>
          <w:sz w:val="28"/>
          <w:szCs w:val="28"/>
        </w:rPr>
        <w:t xml:space="preserve"> </w:t>
      </w:r>
      <w:proofErr w:type="spellStart"/>
      <w:r w:rsidRPr="00C57AA7">
        <w:rPr>
          <w:rFonts w:eastAsia="Times New Roman" w:cs="Times New Roman"/>
          <w:sz w:val="28"/>
          <w:szCs w:val="28"/>
        </w:rPr>
        <w:t>naturale</w:t>
      </w:r>
      <w:proofErr w:type="spellEnd"/>
      <w:r w:rsidRPr="00C57AA7">
        <w:rPr>
          <w:rFonts w:eastAsia="Times New Roman" w:cs="Times New Roman"/>
          <w:sz w:val="28"/>
          <w:szCs w:val="28"/>
        </w:rPr>
        <w:t xml:space="preserve"> ale </w:t>
      </w:r>
      <w:proofErr w:type="spellStart"/>
      <w:r w:rsidRPr="00C57AA7">
        <w:rPr>
          <w:rFonts w:eastAsia="Times New Roman" w:cs="Times New Roman"/>
          <w:sz w:val="28"/>
          <w:szCs w:val="28"/>
        </w:rPr>
        <w:t>bazei</w:t>
      </w:r>
      <w:proofErr w:type="spellEnd"/>
      <w:r w:rsidRPr="00C57AA7">
        <w:rPr>
          <w:rFonts w:eastAsia="Times New Roman" w:cs="Times New Roman"/>
          <w:sz w:val="28"/>
          <w:szCs w:val="28"/>
        </w:rPr>
        <w:t xml:space="preserve"> sportive. Apa nu </w:t>
      </w:r>
      <w:proofErr w:type="spellStart"/>
      <w:r w:rsidRPr="00C57AA7">
        <w:rPr>
          <w:rFonts w:eastAsia="Times New Roman" w:cs="Times New Roman"/>
          <w:sz w:val="28"/>
          <w:szCs w:val="28"/>
        </w:rPr>
        <w:t>este</w:t>
      </w:r>
      <w:proofErr w:type="spellEnd"/>
      <w:r w:rsidRPr="00C57AA7">
        <w:rPr>
          <w:rFonts w:eastAsia="Times New Roman" w:cs="Times New Roman"/>
          <w:sz w:val="28"/>
          <w:szCs w:val="28"/>
        </w:rPr>
        <w:t xml:space="preserve"> </w:t>
      </w:r>
      <w:proofErr w:type="spellStart"/>
      <w:r w:rsidRPr="00C57AA7">
        <w:rPr>
          <w:rFonts w:eastAsia="Times New Roman" w:cs="Times New Roman"/>
          <w:sz w:val="28"/>
          <w:szCs w:val="28"/>
        </w:rPr>
        <w:t>destinată</w:t>
      </w:r>
      <w:proofErr w:type="spellEnd"/>
      <w:r w:rsidRPr="00C57AA7">
        <w:rPr>
          <w:rFonts w:eastAsia="Times New Roman" w:cs="Times New Roman"/>
          <w:sz w:val="28"/>
          <w:szCs w:val="28"/>
        </w:rPr>
        <w:t xml:space="preserve"> </w:t>
      </w:r>
      <w:proofErr w:type="spellStart"/>
      <w:r w:rsidRPr="00C57AA7">
        <w:rPr>
          <w:rFonts w:eastAsia="Times New Roman" w:cs="Times New Roman"/>
          <w:sz w:val="28"/>
          <w:szCs w:val="28"/>
        </w:rPr>
        <w:t>consumului</w:t>
      </w:r>
      <w:proofErr w:type="spellEnd"/>
      <w:r w:rsidRPr="00C57AA7">
        <w:rPr>
          <w:rFonts w:eastAsia="Times New Roman" w:cs="Times New Roman"/>
          <w:sz w:val="28"/>
          <w:szCs w:val="28"/>
        </w:rPr>
        <w:t xml:space="preserve"> </w:t>
      </w:r>
      <w:proofErr w:type="spellStart"/>
      <w:r w:rsidRPr="00C57AA7">
        <w:rPr>
          <w:rFonts w:eastAsia="Times New Roman" w:cs="Times New Roman"/>
          <w:sz w:val="28"/>
          <w:szCs w:val="28"/>
        </w:rPr>
        <w:t>uman</w:t>
      </w:r>
      <w:proofErr w:type="spellEnd"/>
      <w:r w:rsidRPr="00C57AA7">
        <w:rPr>
          <w:rFonts w:eastAsia="Times New Roman" w:cs="Times New Roman"/>
          <w:sz w:val="28"/>
          <w:szCs w:val="28"/>
        </w:rPr>
        <w:t xml:space="preserve">. </w:t>
      </w:r>
      <w:proofErr w:type="spellStart"/>
      <w:r w:rsidRPr="00C57AA7">
        <w:rPr>
          <w:rFonts w:eastAsia="Times New Roman" w:cs="Times New Roman"/>
          <w:sz w:val="28"/>
          <w:szCs w:val="28"/>
        </w:rPr>
        <w:t>Folosirea</w:t>
      </w:r>
      <w:proofErr w:type="spellEnd"/>
      <w:r w:rsidRPr="00C57AA7">
        <w:rPr>
          <w:rFonts w:eastAsia="Times New Roman" w:cs="Times New Roman"/>
          <w:sz w:val="28"/>
          <w:szCs w:val="28"/>
        </w:rPr>
        <w:t xml:space="preserve"> se </w:t>
      </w:r>
      <w:proofErr w:type="spellStart"/>
      <w:r w:rsidRPr="00C57AA7">
        <w:rPr>
          <w:rFonts w:eastAsia="Times New Roman" w:cs="Times New Roman"/>
          <w:sz w:val="28"/>
          <w:szCs w:val="28"/>
        </w:rPr>
        <w:t>va</w:t>
      </w:r>
      <w:proofErr w:type="spellEnd"/>
      <w:r w:rsidRPr="00C57AA7">
        <w:rPr>
          <w:rFonts w:eastAsia="Times New Roman" w:cs="Times New Roman"/>
          <w:sz w:val="28"/>
          <w:szCs w:val="28"/>
        </w:rPr>
        <w:t xml:space="preserve"> face </w:t>
      </w:r>
      <w:proofErr w:type="spellStart"/>
      <w:r w:rsidRPr="00C57AA7">
        <w:rPr>
          <w:rFonts w:eastAsia="Times New Roman" w:cs="Times New Roman"/>
          <w:sz w:val="28"/>
          <w:szCs w:val="28"/>
        </w:rPr>
        <w:t>exclusiv</w:t>
      </w:r>
      <w:proofErr w:type="spellEnd"/>
      <w:r w:rsidRPr="00C57AA7">
        <w:rPr>
          <w:rFonts w:eastAsia="Times New Roman" w:cs="Times New Roman"/>
          <w:sz w:val="28"/>
          <w:szCs w:val="28"/>
        </w:rPr>
        <w:t xml:space="preserve"> </w:t>
      </w:r>
      <w:proofErr w:type="spellStart"/>
      <w:r w:rsidRPr="00C57AA7">
        <w:rPr>
          <w:rFonts w:eastAsia="Times New Roman" w:cs="Times New Roman"/>
          <w:sz w:val="28"/>
          <w:szCs w:val="28"/>
        </w:rPr>
        <w:t>în</w:t>
      </w:r>
      <w:proofErr w:type="spellEnd"/>
      <w:r w:rsidRPr="00C57AA7">
        <w:rPr>
          <w:rFonts w:eastAsia="Times New Roman" w:cs="Times New Roman"/>
          <w:sz w:val="28"/>
          <w:szCs w:val="28"/>
        </w:rPr>
        <w:t xml:space="preserve"> </w:t>
      </w:r>
      <w:proofErr w:type="spellStart"/>
      <w:r w:rsidRPr="00C57AA7">
        <w:rPr>
          <w:rFonts w:eastAsia="Times New Roman" w:cs="Times New Roman"/>
          <w:sz w:val="28"/>
          <w:szCs w:val="28"/>
        </w:rPr>
        <w:t>limita</w:t>
      </w:r>
      <w:proofErr w:type="spellEnd"/>
      <w:r w:rsidRPr="00C57AA7">
        <w:rPr>
          <w:rFonts w:eastAsia="Times New Roman" w:cs="Times New Roman"/>
          <w:sz w:val="28"/>
          <w:szCs w:val="28"/>
        </w:rPr>
        <w:t xml:space="preserve"> </w:t>
      </w:r>
      <w:proofErr w:type="spellStart"/>
      <w:r w:rsidRPr="00C57AA7">
        <w:rPr>
          <w:rFonts w:eastAsia="Times New Roman" w:cs="Times New Roman"/>
          <w:sz w:val="28"/>
          <w:szCs w:val="28"/>
        </w:rPr>
        <w:t>debitului</w:t>
      </w:r>
      <w:proofErr w:type="spellEnd"/>
      <w:r w:rsidRPr="00C57AA7">
        <w:rPr>
          <w:rFonts w:eastAsia="Times New Roman" w:cs="Times New Roman"/>
          <w:sz w:val="28"/>
          <w:szCs w:val="28"/>
        </w:rPr>
        <w:t xml:space="preserve"> </w:t>
      </w:r>
      <w:proofErr w:type="spellStart"/>
      <w:r w:rsidRPr="00C57AA7">
        <w:rPr>
          <w:rFonts w:eastAsia="Times New Roman" w:cs="Times New Roman"/>
          <w:sz w:val="28"/>
          <w:szCs w:val="28"/>
        </w:rPr>
        <w:t>și</w:t>
      </w:r>
      <w:proofErr w:type="spellEnd"/>
      <w:r w:rsidRPr="00C57AA7">
        <w:rPr>
          <w:rFonts w:eastAsia="Times New Roman" w:cs="Times New Roman"/>
          <w:sz w:val="28"/>
          <w:szCs w:val="28"/>
        </w:rPr>
        <w:t xml:space="preserve"> a </w:t>
      </w:r>
      <w:proofErr w:type="spellStart"/>
      <w:r w:rsidRPr="00C57AA7">
        <w:rPr>
          <w:rFonts w:eastAsia="Times New Roman" w:cs="Times New Roman"/>
          <w:sz w:val="28"/>
          <w:szCs w:val="28"/>
        </w:rPr>
        <w:t>condițiilor</w:t>
      </w:r>
      <w:proofErr w:type="spellEnd"/>
      <w:r w:rsidRPr="00C57AA7">
        <w:rPr>
          <w:rFonts w:eastAsia="Times New Roman" w:cs="Times New Roman"/>
          <w:sz w:val="28"/>
          <w:szCs w:val="28"/>
        </w:rPr>
        <w:t xml:space="preserve"> </w:t>
      </w:r>
      <w:proofErr w:type="spellStart"/>
      <w:r w:rsidRPr="00C57AA7">
        <w:rPr>
          <w:rFonts w:eastAsia="Times New Roman" w:cs="Times New Roman"/>
          <w:sz w:val="28"/>
          <w:szCs w:val="28"/>
        </w:rPr>
        <w:t>stabilite</w:t>
      </w:r>
      <w:proofErr w:type="spellEnd"/>
      <w:r w:rsidRPr="00C57AA7">
        <w:rPr>
          <w:rFonts w:eastAsia="Times New Roman" w:cs="Times New Roman"/>
          <w:sz w:val="28"/>
          <w:szCs w:val="28"/>
        </w:rPr>
        <w:t xml:space="preserve"> </w:t>
      </w:r>
      <w:proofErr w:type="spellStart"/>
      <w:r w:rsidRPr="00C57AA7">
        <w:rPr>
          <w:rFonts w:eastAsia="Times New Roman" w:cs="Times New Roman"/>
          <w:sz w:val="28"/>
          <w:szCs w:val="28"/>
        </w:rPr>
        <w:t>prin</w:t>
      </w:r>
      <w:proofErr w:type="spellEnd"/>
      <w:r w:rsidRPr="00C57AA7">
        <w:rPr>
          <w:rFonts w:eastAsia="Times New Roman" w:cs="Times New Roman"/>
          <w:sz w:val="28"/>
          <w:szCs w:val="28"/>
        </w:rPr>
        <w:t xml:space="preserve"> </w:t>
      </w:r>
      <w:proofErr w:type="spellStart"/>
      <w:r w:rsidRPr="00C57AA7">
        <w:rPr>
          <w:rFonts w:eastAsia="Times New Roman" w:cs="Times New Roman"/>
          <w:sz w:val="28"/>
          <w:szCs w:val="28"/>
        </w:rPr>
        <w:t>actele</w:t>
      </w:r>
      <w:proofErr w:type="spellEnd"/>
      <w:r w:rsidRPr="00C57AA7">
        <w:rPr>
          <w:rFonts w:eastAsia="Times New Roman" w:cs="Times New Roman"/>
          <w:sz w:val="28"/>
          <w:szCs w:val="28"/>
        </w:rPr>
        <w:t xml:space="preserve"> de </w:t>
      </w:r>
      <w:proofErr w:type="spellStart"/>
      <w:r w:rsidRPr="00C57AA7">
        <w:rPr>
          <w:rFonts w:eastAsia="Times New Roman" w:cs="Times New Roman"/>
          <w:sz w:val="28"/>
          <w:szCs w:val="28"/>
        </w:rPr>
        <w:t>gospodărire</w:t>
      </w:r>
      <w:proofErr w:type="spellEnd"/>
      <w:r w:rsidRPr="00C57AA7">
        <w:rPr>
          <w:rFonts w:eastAsia="Times New Roman" w:cs="Times New Roman"/>
          <w:sz w:val="28"/>
          <w:szCs w:val="28"/>
        </w:rPr>
        <w:t xml:space="preserve"> </w:t>
      </w:r>
      <w:proofErr w:type="gramStart"/>
      <w:r w:rsidRPr="00C57AA7">
        <w:rPr>
          <w:rFonts w:eastAsia="Times New Roman" w:cs="Times New Roman"/>
          <w:sz w:val="28"/>
          <w:szCs w:val="28"/>
        </w:rPr>
        <w:t>a</w:t>
      </w:r>
      <w:proofErr w:type="gramEnd"/>
      <w:r w:rsidRPr="00C57AA7">
        <w:rPr>
          <w:rFonts w:eastAsia="Times New Roman" w:cs="Times New Roman"/>
          <w:sz w:val="28"/>
          <w:szCs w:val="28"/>
        </w:rPr>
        <w:t xml:space="preserve"> </w:t>
      </w:r>
      <w:proofErr w:type="spellStart"/>
      <w:r w:rsidRPr="00C57AA7">
        <w:rPr>
          <w:rFonts w:eastAsia="Times New Roman" w:cs="Times New Roman"/>
          <w:sz w:val="28"/>
          <w:szCs w:val="28"/>
        </w:rPr>
        <w:t>apelor</w:t>
      </w:r>
      <w:proofErr w:type="spellEnd"/>
      <w:r w:rsidRPr="00C57AA7">
        <w:rPr>
          <w:rFonts w:eastAsia="Times New Roman" w:cs="Times New Roman"/>
          <w:sz w:val="28"/>
          <w:szCs w:val="28"/>
        </w:rPr>
        <w:t>.</w:t>
      </w:r>
    </w:p>
    <w:p w14:paraId="2F0C2764" w14:textId="77777777" w:rsidR="00A57563" w:rsidRPr="00C57AA7" w:rsidRDefault="00E8585D">
      <w:pPr>
        <w:pStyle w:val="Titlu2"/>
        <w:rPr>
          <w:rFonts w:ascii="Times New Roman" w:hAnsi="Times New Roman" w:cs="Times New Roman"/>
          <w:sz w:val="28"/>
          <w:szCs w:val="28"/>
        </w:rPr>
      </w:pPr>
      <w:r w:rsidRPr="00C57AA7">
        <w:rPr>
          <w:rFonts w:ascii="Times New Roman" w:hAnsi="Times New Roman" w:cs="Times New Roman"/>
          <w:sz w:val="28"/>
          <w:szCs w:val="28"/>
        </w:rPr>
        <w:t xml:space="preserve">b) </w:t>
      </w:r>
      <w:proofErr w:type="spellStart"/>
      <w:r w:rsidRPr="00C57AA7">
        <w:rPr>
          <w:rFonts w:ascii="Times New Roman" w:hAnsi="Times New Roman" w:cs="Times New Roman"/>
          <w:sz w:val="28"/>
          <w:szCs w:val="28"/>
        </w:rPr>
        <w:t>Caracteristici</w:t>
      </w:r>
      <w:proofErr w:type="spellEnd"/>
      <w:r w:rsidRPr="00C57AA7">
        <w:rPr>
          <w:rFonts w:ascii="Times New Roman" w:hAnsi="Times New Roman" w:cs="Times New Roman"/>
          <w:sz w:val="28"/>
          <w:szCs w:val="28"/>
        </w:rPr>
        <w:t xml:space="preserve">, </w:t>
      </w:r>
      <w:proofErr w:type="spellStart"/>
      <w:r w:rsidRPr="00C57AA7">
        <w:rPr>
          <w:rFonts w:ascii="Times New Roman" w:hAnsi="Times New Roman" w:cs="Times New Roman"/>
          <w:sz w:val="28"/>
          <w:szCs w:val="28"/>
        </w:rPr>
        <w:t>parametri</w:t>
      </w:r>
      <w:proofErr w:type="spellEnd"/>
      <w:r w:rsidRPr="00C57AA7">
        <w:rPr>
          <w:rFonts w:ascii="Times New Roman" w:hAnsi="Times New Roman" w:cs="Times New Roman"/>
          <w:sz w:val="28"/>
          <w:szCs w:val="28"/>
        </w:rPr>
        <w:t xml:space="preserve"> </w:t>
      </w:r>
      <w:proofErr w:type="spellStart"/>
      <w:r w:rsidRPr="00C57AA7">
        <w:rPr>
          <w:rFonts w:ascii="Times New Roman" w:hAnsi="Times New Roman" w:cs="Times New Roman"/>
          <w:sz w:val="28"/>
          <w:szCs w:val="28"/>
        </w:rPr>
        <w:t>și</w:t>
      </w:r>
      <w:proofErr w:type="spellEnd"/>
      <w:r w:rsidRPr="00C57AA7">
        <w:rPr>
          <w:rFonts w:ascii="Times New Roman" w:hAnsi="Times New Roman" w:cs="Times New Roman"/>
          <w:sz w:val="28"/>
          <w:szCs w:val="28"/>
        </w:rPr>
        <w:t xml:space="preserve"> date </w:t>
      </w:r>
      <w:proofErr w:type="spellStart"/>
      <w:r w:rsidRPr="00C57AA7">
        <w:rPr>
          <w:rFonts w:ascii="Times New Roman" w:hAnsi="Times New Roman" w:cs="Times New Roman"/>
          <w:sz w:val="28"/>
          <w:szCs w:val="28"/>
        </w:rPr>
        <w:t>tehnice</w:t>
      </w:r>
      <w:proofErr w:type="spellEnd"/>
      <w:r w:rsidRPr="00C57AA7">
        <w:rPr>
          <w:rFonts w:ascii="Times New Roman" w:hAnsi="Times New Roman" w:cs="Times New Roman"/>
          <w:sz w:val="28"/>
          <w:szCs w:val="28"/>
        </w:rPr>
        <w:t xml:space="preserve"> </w:t>
      </w:r>
      <w:proofErr w:type="spellStart"/>
      <w:r w:rsidRPr="00C57AA7">
        <w:rPr>
          <w:rFonts w:ascii="Times New Roman" w:hAnsi="Times New Roman" w:cs="Times New Roman"/>
          <w:sz w:val="28"/>
          <w:szCs w:val="28"/>
        </w:rPr>
        <w:t>specifice</w:t>
      </w:r>
      <w:proofErr w:type="spellEnd"/>
      <w:r w:rsidRPr="00C57AA7">
        <w:rPr>
          <w:rFonts w:ascii="Times New Roman" w:hAnsi="Times New Roman" w:cs="Times New Roman"/>
          <w:sz w:val="28"/>
          <w:szCs w:val="28"/>
        </w:rPr>
        <w:t xml:space="preserve">, </w:t>
      </w:r>
      <w:proofErr w:type="spellStart"/>
      <w:r w:rsidRPr="00C57AA7">
        <w:rPr>
          <w:rFonts w:ascii="Times New Roman" w:hAnsi="Times New Roman" w:cs="Times New Roman"/>
          <w:sz w:val="28"/>
          <w:szCs w:val="28"/>
        </w:rPr>
        <w:t>preconizate</w:t>
      </w:r>
      <w:proofErr w:type="spellEnd"/>
    </w:p>
    <w:p w14:paraId="004FE66C" w14:textId="77777777" w:rsidR="00A57563" w:rsidRPr="00C57AA7" w:rsidRDefault="00E8585D">
      <w:pPr>
        <w:rPr>
          <w:rFonts w:cs="Times New Roman"/>
          <w:sz w:val="28"/>
          <w:szCs w:val="28"/>
        </w:rPr>
      </w:pPr>
      <w:r>
        <w:rPr>
          <w:rFonts w:eastAsia="Times New Roman" w:cs="Times New Roman"/>
          <w:sz w:val="28"/>
          <w:szCs w:val="28"/>
        </w:rPr>
        <w:t>Obiectivul va cuprinde, după caz, amplasarea fundamentată, mobilizarea, forajul, investigațiile și jurnalul litologic, tubarea, filtrele, materialul filtrant și etanșările, dezvoltarea și deznisiparea, pomparea în trepte și de durată, măsurarea nivelurilor și debitului, prelevarea și analiza apei, protecția capului și documentația as-built. Adâncimea, diametrele, materialele și debitul nu se prestabilesc și vor rezulta din studii și din condițiile întâlnite.</w:t>
      </w:r>
    </w:p>
    <w:p w14:paraId="14476E77" w14:textId="77777777" w:rsidR="00A57563" w:rsidRPr="00C57AA7" w:rsidRDefault="00E8585D">
      <w:pPr>
        <w:rPr>
          <w:rFonts w:cs="Times New Roman"/>
          <w:sz w:val="28"/>
          <w:szCs w:val="28"/>
        </w:rPr>
      </w:pPr>
      <w:proofErr w:type="spellStart"/>
      <w:r w:rsidRPr="00C57AA7">
        <w:rPr>
          <w:rFonts w:eastAsia="Times New Roman" w:cs="Times New Roman"/>
          <w:sz w:val="28"/>
          <w:szCs w:val="28"/>
        </w:rPr>
        <w:t>Dacă</w:t>
      </w:r>
      <w:proofErr w:type="spellEnd"/>
      <w:r w:rsidRPr="00C57AA7">
        <w:rPr>
          <w:rFonts w:eastAsia="Times New Roman" w:cs="Times New Roman"/>
          <w:sz w:val="28"/>
          <w:szCs w:val="28"/>
        </w:rPr>
        <w:t xml:space="preserve"> </w:t>
      </w:r>
      <w:proofErr w:type="spellStart"/>
      <w:r w:rsidRPr="00C57AA7">
        <w:rPr>
          <w:rFonts w:eastAsia="Times New Roman" w:cs="Times New Roman"/>
          <w:sz w:val="28"/>
          <w:szCs w:val="28"/>
        </w:rPr>
        <w:t>forajul</w:t>
      </w:r>
      <w:proofErr w:type="spellEnd"/>
      <w:r w:rsidRPr="00C57AA7">
        <w:rPr>
          <w:rFonts w:eastAsia="Times New Roman" w:cs="Times New Roman"/>
          <w:sz w:val="28"/>
          <w:szCs w:val="28"/>
        </w:rPr>
        <w:t xml:space="preserve"> </w:t>
      </w:r>
      <w:proofErr w:type="spellStart"/>
      <w:r w:rsidRPr="00C57AA7">
        <w:rPr>
          <w:rFonts w:eastAsia="Times New Roman" w:cs="Times New Roman"/>
          <w:sz w:val="28"/>
          <w:szCs w:val="28"/>
        </w:rPr>
        <w:t>este</w:t>
      </w:r>
      <w:proofErr w:type="spellEnd"/>
      <w:r w:rsidRPr="00C57AA7">
        <w:rPr>
          <w:rFonts w:eastAsia="Times New Roman" w:cs="Times New Roman"/>
          <w:sz w:val="28"/>
          <w:szCs w:val="28"/>
        </w:rPr>
        <w:t xml:space="preserve"> </w:t>
      </w:r>
      <w:proofErr w:type="spellStart"/>
      <w:r w:rsidRPr="00C57AA7">
        <w:rPr>
          <w:rFonts w:eastAsia="Times New Roman" w:cs="Times New Roman"/>
          <w:sz w:val="28"/>
          <w:szCs w:val="28"/>
        </w:rPr>
        <w:t>neproductiv</w:t>
      </w:r>
      <w:proofErr w:type="spellEnd"/>
      <w:r w:rsidRPr="00C57AA7">
        <w:rPr>
          <w:rFonts w:eastAsia="Times New Roman" w:cs="Times New Roman"/>
          <w:sz w:val="28"/>
          <w:szCs w:val="28"/>
        </w:rPr>
        <w:t xml:space="preserve">, are </w:t>
      </w:r>
      <w:proofErr w:type="spellStart"/>
      <w:r w:rsidRPr="00C57AA7">
        <w:rPr>
          <w:rFonts w:eastAsia="Times New Roman" w:cs="Times New Roman"/>
          <w:sz w:val="28"/>
          <w:szCs w:val="28"/>
        </w:rPr>
        <w:t>apă</w:t>
      </w:r>
      <w:proofErr w:type="spellEnd"/>
      <w:r w:rsidRPr="00C57AA7">
        <w:rPr>
          <w:rFonts w:eastAsia="Times New Roman" w:cs="Times New Roman"/>
          <w:sz w:val="28"/>
          <w:szCs w:val="28"/>
        </w:rPr>
        <w:t xml:space="preserve"> </w:t>
      </w:r>
      <w:proofErr w:type="spellStart"/>
      <w:r w:rsidRPr="00C57AA7">
        <w:rPr>
          <w:rFonts w:eastAsia="Times New Roman" w:cs="Times New Roman"/>
          <w:sz w:val="28"/>
          <w:szCs w:val="28"/>
        </w:rPr>
        <w:t>necorespunzătoare</w:t>
      </w:r>
      <w:proofErr w:type="spellEnd"/>
      <w:r w:rsidRPr="00C57AA7">
        <w:rPr>
          <w:rFonts w:eastAsia="Times New Roman" w:cs="Times New Roman"/>
          <w:sz w:val="28"/>
          <w:szCs w:val="28"/>
        </w:rPr>
        <w:t xml:space="preserve"> </w:t>
      </w:r>
      <w:proofErr w:type="spellStart"/>
      <w:r w:rsidRPr="00C57AA7">
        <w:rPr>
          <w:rFonts w:eastAsia="Times New Roman" w:cs="Times New Roman"/>
          <w:sz w:val="28"/>
          <w:szCs w:val="28"/>
        </w:rPr>
        <w:t>scopului</w:t>
      </w:r>
      <w:proofErr w:type="spellEnd"/>
      <w:r w:rsidRPr="00C57AA7">
        <w:rPr>
          <w:rFonts w:eastAsia="Times New Roman" w:cs="Times New Roman"/>
          <w:sz w:val="28"/>
          <w:szCs w:val="28"/>
        </w:rPr>
        <w:t xml:space="preserve"> </w:t>
      </w:r>
      <w:proofErr w:type="spellStart"/>
      <w:r w:rsidRPr="00C57AA7">
        <w:rPr>
          <w:rFonts w:eastAsia="Times New Roman" w:cs="Times New Roman"/>
          <w:sz w:val="28"/>
          <w:szCs w:val="28"/>
        </w:rPr>
        <w:t>sau</w:t>
      </w:r>
      <w:proofErr w:type="spellEnd"/>
      <w:r w:rsidRPr="00C57AA7">
        <w:rPr>
          <w:rFonts w:eastAsia="Times New Roman" w:cs="Times New Roman"/>
          <w:sz w:val="28"/>
          <w:szCs w:val="28"/>
        </w:rPr>
        <w:t xml:space="preserve"> nu </w:t>
      </w:r>
      <w:proofErr w:type="spellStart"/>
      <w:r w:rsidRPr="00C57AA7">
        <w:rPr>
          <w:rFonts w:eastAsia="Times New Roman" w:cs="Times New Roman"/>
          <w:sz w:val="28"/>
          <w:szCs w:val="28"/>
        </w:rPr>
        <w:t>poate</w:t>
      </w:r>
      <w:proofErr w:type="spellEnd"/>
      <w:r w:rsidRPr="00C57AA7">
        <w:rPr>
          <w:rFonts w:eastAsia="Times New Roman" w:cs="Times New Roman"/>
          <w:sz w:val="28"/>
          <w:szCs w:val="28"/>
        </w:rPr>
        <w:t xml:space="preserve"> fi </w:t>
      </w:r>
      <w:proofErr w:type="spellStart"/>
      <w:r w:rsidRPr="00C57AA7">
        <w:rPr>
          <w:rFonts w:eastAsia="Times New Roman" w:cs="Times New Roman"/>
          <w:sz w:val="28"/>
          <w:szCs w:val="28"/>
        </w:rPr>
        <w:t>autorizat</w:t>
      </w:r>
      <w:proofErr w:type="spellEnd"/>
      <w:r w:rsidRPr="00C57AA7">
        <w:rPr>
          <w:rFonts w:eastAsia="Times New Roman" w:cs="Times New Roman"/>
          <w:sz w:val="28"/>
          <w:szCs w:val="28"/>
        </w:rPr>
        <w:t xml:space="preserve">, </w:t>
      </w:r>
      <w:proofErr w:type="spellStart"/>
      <w:r w:rsidRPr="00C57AA7">
        <w:rPr>
          <w:rFonts w:eastAsia="Times New Roman" w:cs="Times New Roman"/>
          <w:sz w:val="28"/>
          <w:szCs w:val="28"/>
        </w:rPr>
        <w:t>executantul</w:t>
      </w:r>
      <w:proofErr w:type="spellEnd"/>
      <w:r w:rsidRPr="00C57AA7">
        <w:rPr>
          <w:rFonts w:eastAsia="Times New Roman" w:cs="Times New Roman"/>
          <w:sz w:val="28"/>
          <w:szCs w:val="28"/>
        </w:rPr>
        <w:t xml:space="preserve"> </w:t>
      </w:r>
      <w:proofErr w:type="spellStart"/>
      <w:r w:rsidRPr="00C57AA7">
        <w:rPr>
          <w:rFonts w:eastAsia="Times New Roman" w:cs="Times New Roman"/>
          <w:sz w:val="28"/>
          <w:szCs w:val="28"/>
        </w:rPr>
        <w:t>va</w:t>
      </w:r>
      <w:proofErr w:type="spellEnd"/>
      <w:r w:rsidRPr="00C57AA7">
        <w:rPr>
          <w:rFonts w:eastAsia="Times New Roman" w:cs="Times New Roman"/>
          <w:sz w:val="28"/>
          <w:szCs w:val="28"/>
        </w:rPr>
        <w:t xml:space="preserve"> </w:t>
      </w:r>
      <w:proofErr w:type="spellStart"/>
      <w:r w:rsidRPr="00C57AA7">
        <w:rPr>
          <w:rFonts w:eastAsia="Times New Roman" w:cs="Times New Roman"/>
          <w:sz w:val="28"/>
          <w:szCs w:val="28"/>
        </w:rPr>
        <w:t>realiza</w:t>
      </w:r>
      <w:proofErr w:type="spellEnd"/>
      <w:r w:rsidRPr="00C57AA7">
        <w:rPr>
          <w:rFonts w:eastAsia="Times New Roman" w:cs="Times New Roman"/>
          <w:sz w:val="28"/>
          <w:szCs w:val="28"/>
        </w:rPr>
        <w:t xml:space="preserve"> </w:t>
      </w:r>
      <w:proofErr w:type="spellStart"/>
      <w:r w:rsidRPr="00C57AA7">
        <w:rPr>
          <w:rFonts w:eastAsia="Times New Roman" w:cs="Times New Roman"/>
          <w:sz w:val="28"/>
          <w:szCs w:val="28"/>
        </w:rPr>
        <w:t>măsurile</w:t>
      </w:r>
      <w:proofErr w:type="spellEnd"/>
      <w:r w:rsidRPr="00C57AA7">
        <w:rPr>
          <w:rFonts w:eastAsia="Times New Roman" w:cs="Times New Roman"/>
          <w:sz w:val="28"/>
          <w:szCs w:val="28"/>
        </w:rPr>
        <w:t xml:space="preserve"> de </w:t>
      </w:r>
      <w:proofErr w:type="spellStart"/>
      <w:r w:rsidRPr="00C57AA7">
        <w:rPr>
          <w:rFonts w:eastAsia="Times New Roman" w:cs="Times New Roman"/>
          <w:sz w:val="28"/>
          <w:szCs w:val="28"/>
        </w:rPr>
        <w:t>conservare</w:t>
      </w:r>
      <w:proofErr w:type="spellEnd"/>
      <w:r w:rsidRPr="00C57AA7">
        <w:rPr>
          <w:rFonts w:eastAsia="Times New Roman" w:cs="Times New Roman"/>
          <w:sz w:val="28"/>
          <w:szCs w:val="28"/>
        </w:rPr>
        <w:t xml:space="preserve"> </w:t>
      </w:r>
      <w:proofErr w:type="spellStart"/>
      <w:r w:rsidRPr="00C57AA7">
        <w:rPr>
          <w:rFonts w:eastAsia="Times New Roman" w:cs="Times New Roman"/>
          <w:sz w:val="28"/>
          <w:szCs w:val="28"/>
        </w:rPr>
        <w:t>ori</w:t>
      </w:r>
      <w:proofErr w:type="spellEnd"/>
      <w:r w:rsidRPr="00C57AA7">
        <w:rPr>
          <w:rFonts w:eastAsia="Times New Roman" w:cs="Times New Roman"/>
          <w:sz w:val="28"/>
          <w:szCs w:val="28"/>
        </w:rPr>
        <w:t xml:space="preserve"> </w:t>
      </w:r>
      <w:proofErr w:type="spellStart"/>
      <w:r w:rsidRPr="00C57AA7">
        <w:rPr>
          <w:rFonts w:eastAsia="Times New Roman" w:cs="Times New Roman"/>
          <w:sz w:val="28"/>
          <w:szCs w:val="28"/>
        </w:rPr>
        <w:t>abandonare</w:t>
      </w:r>
      <w:proofErr w:type="spellEnd"/>
      <w:r w:rsidRPr="00C57AA7">
        <w:rPr>
          <w:rFonts w:eastAsia="Times New Roman" w:cs="Times New Roman"/>
          <w:sz w:val="28"/>
          <w:szCs w:val="28"/>
        </w:rPr>
        <w:t xml:space="preserve"> </w:t>
      </w:r>
      <w:proofErr w:type="spellStart"/>
      <w:r w:rsidRPr="00C57AA7">
        <w:rPr>
          <w:rFonts w:eastAsia="Times New Roman" w:cs="Times New Roman"/>
          <w:sz w:val="28"/>
          <w:szCs w:val="28"/>
        </w:rPr>
        <w:t>și</w:t>
      </w:r>
      <w:proofErr w:type="spellEnd"/>
      <w:r w:rsidRPr="00C57AA7">
        <w:rPr>
          <w:rFonts w:eastAsia="Times New Roman" w:cs="Times New Roman"/>
          <w:sz w:val="28"/>
          <w:szCs w:val="28"/>
        </w:rPr>
        <w:t xml:space="preserve"> </w:t>
      </w:r>
      <w:proofErr w:type="spellStart"/>
      <w:r w:rsidRPr="00C57AA7">
        <w:rPr>
          <w:rFonts w:eastAsia="Times New Roman" w:cs="Times New Roman"/>
          <w:sz w:val="28"/>
          <w:szCs w:val="28"/>
        </w:rPr>
        <w:t>etanșare</w:t>
      </w:r>
      <w:proofErr w:type="spellEnd"/>
      <w:r w:rsidRPr="00C57AA7">
        <w:rPr>
          <w:rFonts w:eastAsia="Times New Roman" w:cs="Times New Roman"/>
          <w:sz w:val="28"/>
          <w:szCs w:val="28"/>
        </w:rPr>
        <w:t xml:space="preserve"> </w:t>
      </w:r>
      <w:proofErr w:type="spellStart"/>
      <w:r w:rsidRPr="00C57AA7">
        <w:rPr>
          <w:rFonts w:eastAsia="Times New Roman" w:cs="Times New Roman"/>
          <w:sz w:val="28"/>
          <w:szCs w:val="28"/>
        </w:rPr>
        <w:t>stabilite</w:t>
      </w:r>
      <w:proofErr w:type="spellEnd"/>
      <w:r w:rsidRPr="00C57AA7">
        <w:rPr>
          <w:rFonts w:eastAsia="Times New Roman" w:cs="Times New Roman"/>
          <w:sz w:val="28"/>
          <w:szCs w:val="28"/>
        </w:rPr>
        <w:t xml:space="preserve"> de </w:t>
      </w:r>
      <w:proofErr w:type="spellStart"/>
      <w:r w:rsidRPr="00C57AA7">
        <w:rPr>
          <w:rFonts w:eastAsia="Times New Roman" w:cs="Times New Roman"/>
          <w:sz w:val="28"/>
          <w:szCs w:val="28"/>
        </w:rPr>
        <w:t>proiectant</w:t>
      </w:r>
      <w:proofErr w:type="spellEnd"/>
      <w:r w:rsidRPr="00C57AA7">
        <w:rPr>
          <w:rFonts w:eastAsia="Times New Roman" w:cs="Times New Roman"/>
          <w:sz w:val="28"/>
          <w:szCs w:val="28"/>
        </w:rPr>
        <w:t xml:space="preserve"> </w:t>
      </w:r>
      <w:proofErr w:type="spellStart"/>
      <w:r w:rsidRPr="00C57AA7">
        <w:rPr>
          <w:rFonts w:eastAsia="Times New Roman" w:cs="Times New Roman"/>
          <w:sz w:val="28"/>
          <w:szCs w:val="28"/>
        </w:rPr>
        <w:t>și</w:t>
      </w:r>
      <w:proofErr w:type="spellEnd"/>
      <w:r w:rsidRPr="00C57AA7">
        <w:rPr>
          <w:rFonts w:eastAsia="Times New Roman" w:cs="Times New Roman"/>
          <w:sz w:val="28"/>
          <w:szCs w:val="28"/>
        </w:rPr>
        <w:t xml:space="preserve"> </w:t>
      </w:r>
      <w:proofErr w:type="spellStart"/>
      <w:r w:rsidRPr="00C57AA7">
        <w:rPr>
          <w:rFonts w:eastAsia="Times New Roman" w:cs="Times New Roman"/>
          <w:sz w:val="28"/>
          <w:szCs w:val="28"/>
        </w:rPr>
        <w:t>autorități</w:t>
      </w:r>
      <w:proofErr w:type="spellEnd"/>
      <w:r w:rsidRPr="00C57AA7">
        <w:rPr>
          <w:rFonts w:eastAsia="Times New Roman" w:cs="Times New Roman"/>
          <w:sz w:val="28"/>
          <w:szCs w:val="28"/>
        </w:rPr>
        <w:t xml:space="preserve">, </w:t>
      </w:r>
      <w:proofErr w:type="spellStart"/>
      <w:r w:rsidRPr="00C57AA7">
        <w:rPr>
          <w:rFonts w:eastAsia="Times New Roman" w:cs="Times New Roman"/>
          <w:sz w:val="28"/>
          <w:szCs w:val="28"/>
        </w:rPr>
        <w:t>va</w:t>
      </w:r>
      <w:proofErr w:type="spellEnd"/>
      <w:r w:rsidRPr="00C57AA7">
        <w:rPr>
          <w:rFonts w:eastAsia="Times New Roman" w:cs="Times New Roman"/>
          <w:sz w:val="28"/>
          <w:szCs w:val="28"/>
        </w:rPr>
        <w:t xml:space="preserve"> reface </w:t>
      </w:r>
      <w:proofErr w:type="spellStart"/>
      <w:r w:rsidRPr="00C57AA7">
        <w:rPr>
          <w:rFonts w:eastAsia="Times New Roman" w:cs="Times New Roman"/>
          <w:sz w:val="28"/>
          <w:szCs w:val="28"/>
        </w:rPr>
        <w:t>terenul</w:t>
      </w:r>
      <w:proofErr w:type="spellEnd"/>
      <w:r w:rsidRPr="00C57AA7">
        <w:rPr>
          <w:rFonts w:eastAsia="Times New Roman" w:cs="Times New Roman"/>
          <w:sz w:val="28"/>
          <w:szCs w:val="28"/>
        </w:rPr>
        <w:t xml:space="preserve"> </w:t>
      </w:r>
      <w:proofErr w:type="spellStart"/>
      <w:r w:rsidRPr="00C57AA7">
        <w:rPr>
          <w:rFonts w:eastAsia="Times New Roman" w:cs="Times New Roman"/>
          <w:sz w:val="28"/>
          <w:szCs w:val="28"/>
        </w:rPr>
        <w:t>și</w:t>
      </w:r>
      <w:proofErr w:type="spellEnd"/>
      <w:r w:rsidRPr="00C57AA7">
        <w:rPr>
          <w:rFonts w:eastAsia="Times New Roman" w:cs="Times New Roman"/>
          <w:sz w:val="28"/>
          <w:szCs w:val="28"/>
        </w:rPr>
        <w:t xml:space="preserve"> </w:t>
      </w:r>
      <w:proofErr w:type="spellStart"/>
      <w:r w:rsidRPr="00C57AA7">
        <w:rPr>
          <w:rFonts w:eastAsia="Times New Roman" w:cs="Times New Roman"/>
          <w:sz w:val="28"/>
          <w:szCs w:val="28"/>
        </w:rPr>
        <w:t>va</w:t>
      </w:r>
      <w:proofErr w:type="spellEnd"/>
      <w:r w:rsidRPr="00C57AA7">
        <w:rPr>
          <w:rFonts w:eastAsia="Times New Roman" w:cs="Times New Roman"/>
          <w:sz w:val="28"/>
          <w:szCs w:val="28"/>
        </w:rPr>
        <w:t xml:space="preserve"> </w:t>
      </w:r>
      <w:proofErr w:type="spellStart"/>
      <w:r w:rsidRPr="00C57AA7">
        <w:rPr>
          <w:rFonts w:eastAsia="Times New Roman" w:cs="Times New Roman"/>
          <w:sz w:val="28"/>
          <w:szCs w:val="28"/>
        </w:rPr>
        <w:t>preda</w:t>
      </w:r>
      <w:proofErr w:type="spellEnd"/>
      <w:r w:rsidRPr="00C57AA7">
        <w:rPr>
          <w:rFonts w:eastAsia="Times New Roman" w:cs="Times New Roman"/>
          <w:sz w:val="28"/>
          <w:szCs w:val="28"/>
        </w:rPr>
        <w:t xml:space="preserve"> </w:t>
      </w:r>
      <w:proofErr w:type="spellStart"/>
      <w:r w:rsidRPr="00C57AA7">
        <w:rPr>
          <w:rFonts w:eastAsia="Times New Roman" w:cs="Times New Roman"/>
          <w:sz w:val="28"/>
          <w:szCs w:val="28"/>
        </w:rPr>
        <w:t>raportul</w:t>
      </w:r>
      <w:proofErr w:type="spellEnd"/>
      <w:r w:rsidRPr="00C57AA7">
        <w:rPr>
          <w:rFonts w:eastAsia="Times New Roman" w:cs="Times New Roman"/>
          <w:sz w:val="28"/>
          <w:szCs w:val="28"/>
        </w:rPr>
        <w:t xml:space="preserve"> </w:t>
      </w:r>
      <w:proofErr w:type="spellStart"/>
      <w:r w:rsidRPr="00C57AA7">
        <w:rPr>
          <w:rFonts w:eastAsia="Times New Roman" w:cs="Times New Roman"/>
          <w:sz w:val="28"/>
          <w:szCs w:val="28"/>
        </w:rPr>
        <w:t>complet</w:t>
      </w:r>
      <w:proofErr w:type="spellEnd"/>
      <w:r w:rsidRPr="00C57AA7">
        <w:rPr>
          <w:rFonts w:eastAsia="Times New Roman" w:cs="Times New Roman"/>
          <w:sz w:val="28"/>
          <w:szCs w:val="28"/>
        </w:rPr>
        <w:t xml:space="preserve"> al </w:t>
      </w:r>
      <w:proofErr w:type="spellStart"/>
      <w:r w:rsidRPr="00C57AA7">
        <w:rPr>
          <w:rFonts w:eastAsia="Times New Roman" w:cs="Times New Roman"/>
          <w:sz w:val="28"/>
          <w:szCs w:val="28"/>
        </w:rPr>
        <w:t>lucrărilor</w:t>
      </w:r>
      <w:proofErr w:type="spellEnd"/>
      <w:r w:rsidRPr="00C57AA7">
        <w:rPr>
          <w:rFonts w:eastAsia="Times New Roman" w:cs="Times New Roman"/>
          <w:sz w:val="28"/>
          <w:szCs w:val="28"/>
        </w:rPr>
        <w:t xml:space="preserve">. </w:t>
      </w:r>
      <w:proofErr w:type="spellStart"/>
      <w:r w:rsidRPr="00C57AA7">
        <w:rPr>
          <w:rFonts w:eastAsia="Times New Roman" w:cs="Times New Roman"/>
          <w:sz w:val="28"/>
          <w:szCs w:val="28"/>
        </w:rPr>
        <w:t>Rezultatul</w:t>
      </w:r>
      <w:proofErr w:type="spellEnd"/>
      <w:r w:rsidRPr="00C57AA7">
        <w:rPr>
          <w:rFonts w:eastAsia="Times New Roman" w:cs="Times New Roman"/>
          <w:sz w:val="28"/>
          <w:szCs w:val="28"/>
        </w:rPr>
        <w:t xml:space="preserve"> de debit nu </w:t>
      </w:r>
      <w:proofErr w:type="spellStart"/>
      <w:r w:rsidRPr="00C57AA7">
        <w:rPr>
          <w:rFonts w:eastAsia="Times New Roman" w:cs="Times New Roman"/>
          <w:sz w:val="28"/>
          <w:szCs w:val="28"/>
        </w:rPr>
        <w:t>este</w:t>
      </w:r>
      <w:proofErr w:type="spellEnd"/>
      <w:r w:rsidRPr="00C57AA7">
        <w:rPr>
          <w:rFonts w:eastAsia="Times New Roman" w:cs="Times New Roman"/>
          <w:sz w:val="28"/>
          <w:szCs w:val="28"/>
        </w:rPr>
        <w:t xml:space="preserve"> </w:t>
      </w:r>
      <w:proofErr w:type="spellStart"/>
      <w:r w:rsidRPr="00C57AA7">
        <w:rPr>
          <w:rFonts w:eastAsia="Times New Roman" w:cs="Times New Roman"/>
          <w:sz w:val="28"/>
          <w:szCs w:val="28"/>
        </w:rPr>
        <w:t>garantat</w:t>
      </w:r>
      <w:proofErr w:type="spellEnd"/>
      <w:r w:rsidRPr="00C57AA7">
        <w:rPr>
          <w:rFonts w:eastAsia="Times New Roman" w:cs="Times New Roman"/>
          <w:sz w:val="28"/>
          <w:szCs w:val="28"/>
        </w:rPr>
        <w:t xml:space="preserve"> </w:t>
      </w:r>
      <w:proofErr w:type="spellStart"/>
      <w:r w:rsidRPr="00C57AA7">
        <w:rPr>
          <w:rFonts w:eastAsia="Times New Roman" w:cs="Times New Roman"/>
          <w:sz w:val="28"/>
          <w:szCs w:val="28"/>
        </w:rPr>
        <w:t>înaintea</w:t>
      </w:r>
      <w:proofErr w:type="spellEnd"/>
      <w:r w:rsidRPr="00C57AA7">
        <w:rPr>
          <w:rFonts w:eastAsia="Times New Roman" w:cs="Times New Roman"/>
          <w:sz w:val="28"/>
          <w:szCs w:val="28"/>
        </w:rPr>
        <w:t xml:space="preserve"> </w:t>
      </w:r>
      <w:proofErr w:type="spellStart"/>
      <w:r w:rsidRPr="00C57AA7">
        <w:rPr>
          <w:rFonts w:eastAsia="Times New Roman" w:cs="Times New Roman"/>
          <w:sz w:val="28"/>
          <w:szCs w:val="28"/>
        </w:rPr>
        <w:t>execuției</w:t>
      </w:r>
      <w:proofErr w:type="spellEnd"/>
      <w:r w:rsidRPr="00C57AA7">
        <w:rPr>
          <w:rFonts w:eastAsia="Times New Roman" w:cs="Times New Roman"/>
          <w:sz w:val="28"/>
          <w:szCs w:val="28"/>
        </w:rPr>
        <w:t xml:space="preserve"> </w:t>
      </w:r>
      <w:proofErr w:type="spellStart"/>
      <w:r w:rsidRPr="00C57AA7">
        <w:rPr>
          <w:rFonts w:eastAsia="Times New Roman" w:cs="Times New Roman"/>
          <w:sz w:val="28"/>
          <w:szCs w:val="28"/>
        </w:rPr>
        <w:t>și</w:t>
      </w:r>
      <w:proofErr w:type="spellEnd"/>
      <w:r w:rsidRPr="00C57AA7">
        <w:rPr>
          <w:rFonts w:eastAsia="Times New Roman" w:cs="Times New Roman"/>
          <w:sz w:val="28"/>
          <w:szCs w:val="28"/>
        </w:rPr>
        <w:t xml:space="preserve"> </w:t>
      </w:r>
      <w:proofErr w:type="spellStart"/>
      <w:r w:rsidRPr="00C57AA7">
        <w:rPr>
          <w:rFonts w:eastAsia="Times New Roman" w:cs="Times New Roman"/>
          <w:sz w:val="28"/>
          <w:szCs w:val="28"/>
        </w:rPr>
        <w:t>testelor</w:t>
      </w:r>
      <w:proofErr w:type="spellEnd"/>
      <w:r w:rsidRPr="00C57AA7">
        <w:rPr>
          <w:rFonts w:eastAsia="Times New Roman" w:cs="Times New Roman"/>
          <w:sz w:val="28"/>
          <w:szCs w:val="28"/>
        </w:rPr>
        <w:t>.</w:t>
      </w:r>
    </w:p>
    <w:p w14:paraId="13658BAC" w14:textId="77777777" w:rsidR="00A57563" w:rsidRPr="00C57AA7" w:rsidRDefault="00E8585D">
      <w:pPr>
        <w:pStyle w:val="Titlu2"/>
        <w:rPr>
          <w:rFonts w:ascii="Times New Roman" w:hAnsi="Times New Roman" w:cs="Times New Roman"/>
          <w:sz w:val="28"/>
          <w:szCs w:val="28"/>
        </w:rPr>
      </w:pPr>
      <w:r w:rsidRPr="00C57AA7">
        <w:rPr>
          <w:rFonts w:ascii="Times New Roman" w:hAnsi="Times New Roman" w:cs="Times New Roman"/>
          <w:sz w:val="28"/>
          <w:szCs w:val="28"/>
        </w:rPr>
        <w:lastRenderedPageBreak/>
        <w:t xml:space="preserve">c) </w:t>
      </w:r>
      <w:proofErr w:type="spellStart"/>
      <w:r w:rsidRPr="00C57AA7">
        <w:rPr>
          <w:rFonts w:ascii="Times New Roman" w:hAnsi="Times New Roman" w:cs="Times New Roman"/>
          <w:sz w:val="28"/>
          <w:szCs w:val="28"/>
        </w:rPr>
        <w:t>Durata</w:t>
      </w:r>
      <w:proofErr w:type="spellEnd"/>
      <w:r w:rsidRPr="00C57AA7">
        <w:rPr>
          <w:rFonts w:ascii="Times New Roman" w:hAnsi="Times New Roman" w:cs="Times New Roman"/>
          <w:sz w:val="28"/>
          <w:szCs w:val="28"/>
        </w:rPr>
        <w:t xml:space="preserve"> </w:t>
      </w:r>
      <w:proofErr w:type="spellStart"/>
      <w:r w:rsidRPr="00C57AA7">
        <w:rPr>
          <w:rFonts w:ascii="Times New Roman" w:hAnsi="Times New Roman" w:cs="Times New Roman"/>
          <w:sz w:val="28"/>
          <w:szCs w:val="28"/>
        </w:rPr>
        <w:t>minimă</w:t>
      </w:r>
      <w:proofErr w:type="spellEnd"/>
      <w:r w:rsidRPr="00C57AA7">
        <w:rPr>
          <w:rFonts w:ascii="Times New Roman" w:hAnsi="Times New Roman" w:cs="Times New Roman"/>
          <w:sz w:val="28"/>
          <w:szCs w:val="28"/>
        </w:rPr>
        <w:t xml:space="preserve"> de </w:t>
      </w:r>
      <w:proofErr w:type="spellStart"/>
      <w:r w:rsidRPr="00C57AA7">
        <w:rPr>
          <w:rFonts w:ascii="Times New Roman" w:hAnsi="Times New Roman" w:cs="Times New Roman"/>
          <w:sz w:val="28"/>
          <w:szCs w:val="28"/>
        </w:rPr>
        <w:t>funcționare</w:t>
      </w:r>
      <w:proofErr w:type="spellEnd"/>
      <w:r w:rsidRPr="00C57AA7">
        <w:rPr>
          <w:rFonts w:ascii="Times New Roman" w:hAnsi="Times New Roman" w:cs="Times New Roman"/>
          <w:sz w:val="28"/>
          <w:szCs w:val="28"/>
        </w:rPr>
        <w:t xml:space="preserve"> </w:t>
      </w:r>
      <w:proofErr w:type="spellStart"/>
      <w:r w:rsidRPr="00C57AA7">
        <w:rPr>
          <w:rFonts w:ascii="Times New Roman" w:hAnsi="Times New Roman" w:cs="Times New Roman"/>
          <w:sz w:val="28"/>
          <w:szCs w:val="28"/>
        </w:rPr>
        <w:t>apreciată</w:t>
      </w:r>
      <w:proofErr w:type="spellEnd"/>
      <w:r w:rsidRPr="00C57AA7">
        <w:rPr>
          <w:rFonts w:ascii="Times New Roman" w:hAnsi="Times New Roman" w:cs="Times New Roman"/>
          <w:sz w:val="28"/>
          <w:szCs w:val="28"/>
        </w:rPr>
        <w:t xml:space="preserve"> </w:t>
      </w:r>
      <w:proofErr w:type="spellStart"/>
      <w:r w:rsidRPr="00C57AA7">
        <w:rPr>
          <w:rFonts w:ascii="Times New Roman" w:hAnsi="Times New Roman" w:cs="Times New Roman"/>
          <w:sz w:val="28"/>
          <w:szCs w:val="28"/>
        </w:rPr>
        <w:t>corespunzător</w:t>
      </w:r>
      <w:proofErr w:type="spellEnd"/>
      <w:r w:rsidRPr="00C57AA7">
        <w:rPr>
          <w:rFonts w:ascii="Times New Roman" w:hAnsi="Times New Roman" w:cs="Times New Roman"/>
          <w:sz w:val="28"/>
          <w:szCs w:val="28"/>
        </w:rPr>
        <w:t xml:space="preserve"> </w:t>
      </w:r>
      <w:proofErr w:type="spellStart"/>
      <w:r w:rsidRPr="00C57AA7">
        <w:rPr>
          <w:rFonts w:ascii="Times New Roman" w:hAnsi="Times New Roman" w:cs="Times New Roman"/>
          <w:sz w:val="28"/>
          <w:szCs w:val="28"/>
        </w:rPr>
        <w:t>destinației</w:t>
      </w:r>
      <w:proofErr w:type="spellEnd"/>
      <w:r w:rsidRPr="00C57AA7">
        <w:rPr>
          <w:rFonts w:ascii="Times New Roman" w:hAnsi="Times New Roman" w:cs="Times New Roman"/>
          <w:sz w:val="28"/>
          <w:szCs w:val="28"/>
        </w:rPr>
        <w:t>/</w:t>
      </w:r>
      <w:proofErr w:type="spellStart"/>
      <w:r w:rsidRPr="00C57AA7">
        <w:rPr>
          <w:rFonts w:ascii="Times New Roman" w:hAnsi="Times New Roman" w:cs="Times New Roman"/>
          <w:sz w:val="28"/>
          <w:szCs w:val="28"/>
        </w:rPr>
        <w:t>funcțiunilor</w:t>
      </w:r>
      <w:proofErr w:type="spellEnd"/>
      <w:r w:rsidRPr="00C57AA7">
        <w:rPr>
          <w:rFonts w:ascii="Times New Roman" w:hAnsi="Times New Roman" w:cs="Times New Roman"/>
          <w:sz w:val="28"/>
          <w:szCs w:val="28"/>
        </w:rPr>
        <w:t xml:space="preserve"> </w:t>
      </w:r>
      <w:proofErr w:type="spellStart"/>
      <w:r w:rsidRPr="00C57AA7">
        <w:rPr>
          <w:rFonts w:ascii="Times New Roman" w:hAnsi="Times New Roman" w:cs="Times New Roman"/>
          <w:sz w:val="28"/>
          <w:szCs w:val="28"/>
        </w:rPr>
        <w:t>propuse</w:t>
      </w:r>
      <w:proofErr w:type="spellEnd"/>
    </w:p>
    <w:p w14:paraId="39AC0F6C" w14:textId="77777777" w:rsidR="00A57563" w:rsidRPr="00C57AA7" w:rsidRDefault="00E8585D">
      <w:pPr>
        <w:rPr>
          <w:rFonts w:cs="Times New Roman"/>
          <w:sz w:val="28"/>
          <w:szCs w:val="28"/>
        </w:rPr>
      </w:pPr>
      <w:proofErr w:type="spellStart"/>
      <w:r w:rsidRPr="00C57AA7">
        <w:rPr>
          <w:rFonts w:eastAsia="Times New Roman" w:cs="Times New Roman"/>
          <w:sz w:val="28"/>
          <w:szCs w:val="28"/>
        </w:rPr>
        <w:t>Puțul</w:t>
      </w:r>
      <w:proofErr w:type="spellEnd"/>
      <w:r w:rsidRPr="00C57AA7">
        <w:rPr>
          <w:rFonts w:eastAsia="Times New Roman" w:cs="Times New Roman"/>
          <w:sz w:val="28"/>
          <w:szCs w:val="28"/>
        </w:rPr>
        <w:t xml:space="preserve"> </w:t>
      </w:r>
      <w:proofErr w:type="spellStart"/>
      <w:r w:rsidRPr="00C57AA7">
        <w:rPr>
          <w:rFonts w:eastAsia="Times New Roman" w:cs="Times New Roman"/>
          <w:sz w:val="28"/>
          <w:szCs w:val="28"/>
        </w:rPr>
        <w:t>va</w:t>
      </w:r>
      <w:proofErr w:type="spellEnd"/>
      <w:r w:rsidRPr="00C57AA7">
        <w:rPr>
          <w:rFonts w:eastAsia="Times New Roman" w:cs="Times New Roman"/>
          <w:sz w:val="28"/>
          <w:szCs w:val="28"/>
        </w:rPr>
        <w:t xml:space="preserve"> fi </w:t>
      </w:r>
      <w:proofErr w:type="spellStart"/>
      <w:r w:rsidRPr="00C57AA7">
        <w:rPr>
          <w:rFonts w:eastAsia="Times New Roman" w:cs="Times New Roman"/>
          <w:sz w:val="28"/>
          <w:szCs w:val="28"/>
        </w:rPr>
        <w:t>proiectat</w:t>
      </w:r>
      <w:proofErr w:type="spellEnd"/>
      <w:r w:rsidRPr="00C57AA7">
        <w:rPr>
          <w:rFonts w:eastAsia="Times New Roman" w:cs="Times New Roman"/>
          <w:sz w:val="28"/>
          <w:szCs w:val="28"/>
        </w:rPr>
        <w:t xml:space="preserve"> </w:t>
      </w:r>
      <w:proofErr w:type="spellStart"/>
      <w:r w:rsidRPr="00C57AA7">
        <w:rPr>
          <w:rFonts w:eastAsia="Times New Roman" w:cs="Times New Roman"/>
          <w:sz w:val="28"/>
          <w:szCs w:val="28"/>
        </w:rPr>
        <w:t>pentru</w:t>
      </w:r>
      <w:proofErr w:type="spellEnd"/>
      <w:r w:rsidRPr="00C57AA7">
        <w:rPr>
          <w:rFonts w:eastAsia="Times New Roman" w:cs="Times New Roman"/>
          <w:sz w:val="28"/>
          <w:szCs w:val="28"/>
        </w:rPr>
        <w:t xml:space="preserve"> </w:t>
      </w:r>
      <w:proofErr w:type="spellStart"/>
      <w:r w:rsidRPr="00C57AA7">
        <w:rPr>
          <w:rFonts w:eastAsia="Times New Roman" w:cs="Times New Roman"/>
          <w:sz w:val="28"/>
          <w:szCs w:val="28"/>
        </w:rPr>
        <w:t>durata</w:t>
      </w:r>
      <w:proofErr w:type="spellEnd"/>
      <w:r w:rsidRPr="00C57AA7">
        <w:rPr>
          <w:rFonts w:eastAsia="Times New Roman" w:cs="Times New Roman"/>
          <w:sz w:val="28"/>
          <w:szCs w:val="28"/>
        </w:rPr>
        <w:t xml:space="preserve"> </w:t>
      </w:r>
      <w:proofErr w:type="spellStart"/>
      <w:r w:rsidRPr="00C57AA7">
        <w:rPr>
          <w:rFonts w:eastAsia="Times New Roman" w:cs="Times New Roman"/>
          <w:sz w:val="28"/>
          <w:szCs w:val="28"/>
        </w:rPr>
        <w:t>normală</w:t>
      </w:r>
      <w:proofErr w:type="spellEnd"/>
      <w:r w:rsidRPr="00C57AA7">
        <w:rPr>
          <w:rFonts w:eastAsia="Times New Roman" w:cs="Times New Roman"/>
          <w:sz w:val="28"/>
          <w:szCs w:val="28"/>
        </w:rPr>
        <w:t xml:space="preserve"> </w:t>
      </w:r>
      <w:proofErr w:type="spellStart"/>
      <w:r w:rsidRPr="00C57AA7">
        <w:rPr>
          <w:rFonts w:eastAsia="Times New Roman" w:cs="Times New Roman"/>
          <w:sz w:val="28"/>
          <w:szCs w:val="28"/>
        </w:rPr>
        <w:t>corespunzătoare</w:t>
      </w:r>
      <w:proofErr w:type="spellEnd"/>
      <w:r w:rsidRPr="00C57AA7">
        <w:rPr>
          <w:rFonts w:eastAsia="Times New Roman" w:cs="Times New Roman"/>
          <w:sz w:val="28"/>
          <w:szCs w:val="28"/>
        </w:rPr>
        <w:t xml:space="preserve"> </w:t>
      </w:r>
      <w:proofErr w:type="spellStart"/>
      <w:r w:rsidRPr="00C57AA7">
        <w:rPr>
          <w:rFonts w:eastAsia="Times New Roman" w:cs="Times New Roman"/>
          <w:sz w:val="28"/>
          <w:szCs w:val="28"/>
        </w:rPr>
        <w:t>unei</w:t>
      </w:r>
      <w:proofErr w:type="spellEnd"/>
      <w:r w:rsidRPr="00C57AA7">
        <w:rPr>
          <w:rFonts w:eastAsia="Times New Roman" w:cs="Times New Roman"/>
          <w:sz w:val="28"/>
          <w:szCs w:val="28"/>
        </w:rPr>
        <w:t xml:space="preserve"> </w:t>
      </w:r>
      <w:proofErr w:type="spellStart"/>
      <w:r w:rsidRPr="00C57AA7">
        <w:rPr>
          <w:rFonts w:eastAsia="Times New Roman" w:cs="Times New Roman"/>
          <w:sz w:val="28"/>
          <w:szCs w:val="28"/>
        </w:rPr>
        <w:t>captări</w:t>
      </w:r>
      <w:proofErr w:type="spellEnd"/>
      <w:r w:rsidRPr="00C57AA7">
        <w:rPr>
          <w:rFonts w:eastAsia="Times New Roman" w:cs="Times New Roman"/>
          <w:sz w:val="28"/>
          <w:szCs w:val="28"/>
        </w:rPr>
        <w:t xml:space="preserve"> </w:t>
      </w:r>
      <w:proofErr w:type="spellStart"/>
      <w:r w:rsidRPr="00C57AA7">
        <w:rPr>
          <w:rFonts w:eastAsia="Times New Roman" w:cs="Times New Roman"/>
          <w:sz w:val="28"/>
          <w:szCs w:val="28"/>
        </w:rPr>
        <w:t>subterane</w:t>
      </w:r>
      <w:proofErr w:type="spellEnd"/>
      <w:r w:rsidRPr="00C57AA7">
        <w:rPr>
          <w:rFonts w:eastAsia="Times New Roman" w:cs="Times New Roman"/>
          <w:sz w:val="28"/>
          <w:szCs w:val="28"/>
        </w:rPr>
        <w:t xml:space="preserve">, cu </w:t>
      </w:r>
      <w:proofErr w:type="spellStart"/>
      <w:r w:rsidRPr="00C57AA7">
        <w:rPr>
          <w:rFonts w:eastAsia="Times New Roman" w:cs="Times New Roman"/>
          <w:sz w:val="28"/>
          <w:szCs w:val="28"/>
        </w:rPr>
        <w:t>condiția</w:t>
      </w:r>
      <w:proofErr w:type="spellEnd"/>
      <w:r w:rsidRPr="00C57AA7">
        <w:rPr>
          <w:rFonts w:eastAsia="Times New Roman" w:cs="Times New Roman"/>
          <w:sz w:val="28"/>
          <w:szCs w:val="28"/>
        </w:rPr>
        <w:t xml:space="preserve"> </w:t>
      </w:r>
      <w:proofErr w:type="spellStart"/>
      <w:r w:rsidRPr="00C57AA7">
        <w:rPr>
          <w:rFonts w:eastAsia="Times New Roman" w:cs="Times New Roman"/>
          <w:sz w:val="28"/>
          <w:szCs w:val="28"/>
        </w:rPr>
        <w:t>exploatării</w:t>
      </w:r>
      <w:proofErr w:type="spellEnd"/>
      <w:r w:rsidRPr="00C57AA7">
        <w:rPr>
          <w:rFonts w:eastAsia="Times New Roman" w:cs="Times New Roman"/>
          <w:sz w:val="28"/>
          <w:szCs w:val="28"/>
        </w:rPr>
        <w:t xml:space="preserve"> </w:t>
      </w:r>
      <w:proofErr w:type="spellStart"/>
      <w:r w:rsidRPr="00C57AA7">
        <w:rPr>
          <w:rFonts w:eastAsia="Times New Roman" w:cs="Times New Roman"/>
          <w:sz w:val="28"/>
          <w:szCs w:val="28"/>
        </w:rPr>
        <w:t>în</w:t>
      </w:r>
      <w:proofErr w:type="spellEnd"/>
      <w:r w:rsidRPr="00C57AA7">
        <w:rPr>
          <w:rFonts w:eastAsia="Times New Roman" w:cs="Times New Roman"/>
          <w:sz w:val="28"/>
          <w:szCs w:val="28"/>
        </w:rPr>
        <w:t xml:space="preserve"> </w:t>
      </w:r>
      <w:proofErr w:type="spellStart"/>
      <w:r w:rsidRPr="00C57AA7">
        <w:rPr>
          <w:rFonts w:eastAsia="Times New Roman" w:cs="Times New Roman"/>
          <w:sz w:val="28"/>
          <w:szCs w:val="28"/>
        </w:rPr>
        <w:t>limita</w:t>
      </w:r>
      <w:proofErr w:type="spellEnd"/>
      <w:r w:rsidRPr="00C57AA7">
        <w:rPr>
          <w:rFonts w:eastAsia="Times New Roman" w:cs="Times New Roman"/>
          <w:sz w:val="28"/>
          <w:szCs w:val="28"/>
        </w:rPr>
        <w:t xml:space="preserve"> </w:t>
      </w:r>
      <w:proofErr w:type="spellStart"/>
      <w:r w:rsidRPr="00C57AA7">
        <w:rPr>
          <w:rFonts w:eastAsia="Times New Roman" w:cs="Times New Roman"/>
          <w:sz w:val="28"/>
          <w:szCs w:val="28"/>
        </w:rPr>
        <w:t>autorizată</w:t>
      </w:r>
      <w:proofErr w:type="spellEnd"/>
      <w:r w:rsidRPr="00C57AA7">
        <w:rPr>
          <w:rFonts w:eastAsia="Times New Roman" w:cs="Times New Roman"/>
          <w:sz w:val="28"/>
          <w:szCs w:val="28"/>
        </w:rPr>
        <w:t xml:space="preserve">, a </w:t>
      </w:r>
      <w:proofErr w:type="spellStart"/>
      <w:r w:rsidRPr="00C57AA7">
        <w:rPr>
          <w:rFonts w:eastAsia="Times New Roman" w:cs="Times New Roman"/>
          <w:sz w:val="28"/>
          <w:szCs w:val="28"/>
        </w:rPr>
        <w:t>monitorizării</w:t>
      </w:r>
      <w:proofErr w:type="spellEnd"/>
      <w:r w:rsidRPr="00C57AA7">
        <w:rPr>
          <w:rFonts w:eastAsia="Times New Roman" w:cs="Times New Roman"/>
          <w:sz w:val="28"/>
          <w:szCs w:val="28"/>
        </w:rPr>
        <w:t xml:space="preserve"> </w:t>
      </w:r>
      <w:proofErr w:type="spellStart"/>
      <w:r w:rsidRPr="00C57AA7">
        <w:rPr>
          <w:rFonts w:eastAsia="Times New Roman" w:cs="Times New Roman"/>
          <w:sz w:val="28"/>
          <w:szCs w:val="28"/>
        </w:rPr>
        <w:t>și</w:t>
      </w:r>
      <w:proofErr w:type="spellEnd"/>
      <w:r w:rsidRPr="00C57AA7">
        <w:rPr>
          <w:rFonts w:eastAsia="Times New Roman" w:cs="Times New Roman"/>
          <w:sz w:val="28"/>
          <w:szCs w:val="28"/>
        </w:rPr>
        <w:t xml:space="preserve"> a </w:t>
      </w:r>
      <w:proofErr w:type="spellStart"/>
      <w:r w:rsidRPr="00C57AA7">
        <w:rPr>
          <w:rFonts w:eastAsia="Times New Roman" w:cs="Times New Roman"/>
          <w:sz w:val="28"/>
          <w:szCs w:val="28"/>
        </w:rPr>
        <w:t>întreținerii</w:t>
      </w:r>
      <w:proofErr w:type="spellEnd"/>
      <w:r w:rsidRPr="00C57AA7">
        <w:rPr>
          <w:rFonts w:eastAsia="Times New Roman" w:cs="Times New Roman"/>
          <w:sz w:val="28"/>
          <w:szCs w:val="28"/>
        </w:rPr>
        <w:t xml:space="preserve">. SF </w:t>
      </w:r>
      <w:proofErr w:type="spellStart"/>
      <w:r w:rsidRPr="00C57AA7">
        <w:rPr>
          <w:rFonts w:eastAsia="Times New Roman" w:cs="Times New Roman"/>
          <w:sz w:val="28"/>
          <w:szCs w:val="28"/>
        </w:rPr>
        <w:t>va</w:t>
      </w:r>
      <w:proofErr w:type="spellEnd"/>
      <w:r w:rsidRPr="00C57AA7">
        <w:rPr>
          <w:rFonts w:eastAsia="Times New Roman" w:cs="Times New Roman"/>
          <w:sz w:val="28"/>
          <w:szCs w:val="28"/>
        </w:rPr>
        <w:t xml:space="preserve"> </w:t>
      </w:r>
      <w:proofErr w:type="spellStart"/>
      <w:r w:rsidRPr="00C57AA7">
        <w:rPr>
          <w:rFonts w:eastAsia="Times New Roman" w:cs="Times New Roman"/>
          <w:sz w:val="28"/>
          <w:szCs w:val="28"/>
        </w:rPr>
        <w:t>preciza</w:t>
      </w:r>
      <w:proofErr w:type="spellEnd"/>
      <w:r w:rsidRPr="00C57AA7">
        <w:rPr>
          <w:rFonts w:eastAsia="Times New Roman" w:cs="Times New Roman"/>
          <w:sz w:val="28"/>
          <w:szCs w:val="28"/>
        </w:rPr>
        <w:t xml:space="preserve"> </w:t>
      </w:r>
      <w:proofErr w:type="spellStart"/>
      <w:r w:rsidRPr="00C57AA7">
        <w:rPr>
          <w:rFonts w:eastAsia="Times New Roman" w:cs="Times New Roman"/>
          <w:sz w:val="28"/>
          <w:szCs w:val="28"/>
        </w:rPr>
        <w:t>durata</w:t>
      </w:r>
      <w:proofErr w:type="spellEnd"/>
      <w:r w:rsidRPr="00C57AA7">
        <w:rPr>
          <w:rFonts w:eastAsia="Times New Roman" w:cs="Times New Roman"/>
          <w:sz w:val="28"/>
          <w:szCs w:val="28"/>
        </w:rPr>
        <w:t xml:space="preserve">, </w:t>
      </w:r>
      <w:proofErr w:type="spellStart"/>
      <w:r w:rsidRPr="00C57AA7">
        <w:rPr>
          <w:rFonts w:eastAsia="Times New Roman" w:cs="Times New Roman"/>
          <w:sz w:val="28"/>
          <w:szCs w:val="28"/>
        </w:rPr>
        <w:t>programul</w:t>
      </w:r>
      <w:proofErr w:type="spellEnd"/>
      <w:r w:rsidRPr="00C57AA7">
        <w:rPr>
          <w:rFonts w:eastAsia="Times New Roman" w:cs="Times New Roman"/>
          <w:sz w:val="28"/>
          <w:szCs w:val="28"/>
        </w:rPr>
        <w:t xml:space="preserve"> de </w:t>
      </w:r>
      <w:proofErr w:type="spellStart"/>
      <w:r w:rsidRPr="00C57AA7">
        <w:rPr>
          <w:rFonts w:eastAsia="Times New Roman" w:cs="Times New Roman"/>
          <w:sz w:val="28"/>
          <w:szCs w:val="28"/>
        </w:rPr>
        <w:t>inspecție</w:t>
      </w:r>
      <w:proofErr w:type="spellEnd"/>
      <w:r w:rsidRPr="00C57AA7">
        <w:rPr>
          <w:rFonts w:eastAsia="Times New Roman" w:cs="Times New Roman"/>
          <w:sz w:val="28"/>
          <w:szCs w:val="28"/>
        </w:rPr>
        <w:t xml:space="preserve">, </w:t>
      </w:r>
      <w:proofErr w:type="spellStart"/>
      <w:r w:rsidRPr="00C57AA7">
        <w:rPr>
          <w:rFonts w:eastAsia="Times New Roman" w:cs="Times New Roman"/>
          <w:sz w:val="28"/>
          <w:szCs w:val="28"/>
        </w:rPr>
        <w:t>deznisipare</w:t>
      </w:r>
      <w:proofErr w:type="spellEnd"/>
      <w:r w:rsidRPr="00C57AA7">
        <w:rPr>
          <w:rFonts w:eastAsia="Times New Roman" w:cs="Times New Roman"/>
          <w:sz w:val="28"/>
          <w:szCs w:val="28"/>
        </w:rPr>
        <w:t xml:space="preserve">, </w:t>
      </w:r>
      <w:proofErr w:type="spellStart"/>
      <w:r w:rsidRPr="00C57AA7">
        <w:rPr>
          <w:rFonts w:eastAsia="Times New Roman" w:cs="Times New Roman"/>
          <w:sz w:val="28"/>
          <w:szCs w:val="28"/>
        </w:rPr>
        <w:t>măsurare</w:t>
      </w:r>
      <w:proofErr w:type="spellEnd"/>
      <w:r w:rsidRPr="00C57AA7">
        <w:rPr>
          <w:rFonts w:eastAsia="Times New Roman" w:cs="Times New Roman"/>
          <w:sz w:val="28"/>
          <w:szCs w:val="28"/>
        </w:rPr>
        <w:t xml:space="preserve"> </w:t>
      </w:r>
      <w:proofErr w:type="spellStart"/>
      <w:r w:rsidRPr="00C57AA7">
        <w:rPr>
          <w:rFonts w:eastAsia="Times New Roman" w:cs="Times New Roman"/>
          <w:sz w:val="28"/>
          <w:szCs w:val="28"/>
        </w:rPr>
        <w:t>și</w:t>
      </w:r>
      <w:proofErr w:type="spellEnd"/>
      <w:r w:rsidRPr="00C57AA7">
        <w:rPr>
          <w:rFonts w:eastAsia="Times New Roman" w:cs="Times New Roman"/>
          <w:sz w:val="28"/>
          <w:szCs w:val="28"/>
        </w:rPr>
        <w:t xml:space="preserve"> </w:t>
      </w:r>
      <w:proofErr w:type="spellStart"/>
      <w:r w:rsidRPr="00C57AA7">
        <w:rPr>
          <w:rFonts w:eastAsia="Times New Roman" w:cs="Times New Roman"/>
          <w:sz w:val="28"/>
          <w:szCs w:val="28"/>
        </w:rPr>
        <w:t>regenerare</w:t>
      </w:r>
      <w:proofErr w:type="spellEnd"/>
      <w:r w:rsidRPr="00C57AA7">
        <w:rPr>
          <w:rFonts w:eastAsia="Times New Roman" w:cs="Times New Roman"/>
          <w:sz w:val="28"/>
          <w:szCs w:val="28"/>
        </w:rPr>
        <w:t>.</w:t>
      </w:r>
    </w:p>
    <w:p w14:paraId="18D86847" w14:textId="77777777" w:rsidR="00A57563" w:rsidRPr="00C57AA7" w:rsidRDefault="00E8585D">
      <w:pPr>
        <w:pStyle w:val="Titlu2"/>
        <w:rPr>
          <w:rFonts w:ascii="Times New Roman" w:hAnsi="Times New Roman" w:cs="Times New Roman"/>
          <w:sz w:val="28"/>
          <w:szCs w:val="28"/>
        </w:rPr>
      </w:pPr>
      <w:r w:rsidRPr="00C57AA7">
        <w:rPr>
          <w:rFonts w:ascii="Times New Roman" w:hAnsi="Times New Roman" w:cs="Times New Roman"/>
          <w:sz w:val="28"/>
          <w:szCs w:val="28"/>
        </w:rPr>
        <w:t xml:space="preserve">d) </w:t>
      </w:r>
      <w:proofErr w:type="spellStart"/>
      <w:r w:rsidRPr="00C57AA7">
        <w:rPr>
          <w:rFonts w:ascii="Times New Roman" w:hAnsi="Times New Roman" w:cs="Times New Roman"/>
          <w:sz w:val="28"/>
          <w:szCs w:val="28"/>
        </w:rPr>
        <w:t>Nevoi</w:t>
      </w:r>
      <w:proofErr w:type="spellEnd"/>
      <w:r w:rsidRPr="00C57AA7">
        <w:rPr>
          <w:rFonts w:ascii="Times New Roman" w:hAnsi="Times New Roman" w:cs="Times New Roman"/>
          <w:sz w:val="28"/>
          <w:szCs w:val="28"/>
        </w:rPr>
        <w:t>/</w:t>
      </w:r>
      <w:proofErr w:type="spellStart"/>
      <w:r w:rsidRPr="00C57AA7">
        <w:rPr>
          <w:rFonts w:ascii="Times New Roman" w:hAnsi="Times New Roman" w:cs="Times New Roman"/>
          <w:sz w:val="28"/>
          <w:szCs w:val="28"/>
        </w:rPr>
        <w:t>solicitări</w:t>
      </w:r>
      <w:proofErr w:type="spellEnd"/>
      <w:r w:rsidRPr="00C57AA7">
        <w:rPr>
          <w:rFonts w:ascii="Times New Roman" w:hAnsi="Times New Roman" w:cs="Times New Roman"/>
          <w:sz w:val="28"/>
          <w:szCs w:val="28"/>
        </w:rPr>
        <w:t xml:space="preserve"> </w:t>
      </w:r>
      <w:proofErr w:type="spellStart"/>
      <w:r w:rsidRPr="00C57AA7">
        <w:rPr>
          <w:rFonts w:ascii="Times New Roman" w:hAnsi="Times New Roman" w:cs="Times New Roman"/>
          <w:sz w:val="28"/>
          <w:szCs w:val="28"/>
        </w:rPr>
        <w:t>funcționale</w:t>
      </w:r>
      <w:proofErr w:type="spellEnd"/>
      <w:r w:rsidRPr="00C57AA7">
        <w:rPr>
          <w:rFonts w:ascii="Times New Roman" w:hAnsi="Times New Roman" w:cs="Times New Roman"/>
          <w:sz w:val="28"/>
          <w:szCs w:val="28"/>
        </w:rPr>
        <w:t xml:space="preserve"> </w:t>
      </w:r>
      <w:proofErr w:type="spellStart"/>
      <w:r w:rsidRPr="00C57AA7">
        <w:rPr>
          <w:rFonts w:ascii="Times New Roman" w:hAnsi="Times New Roman" w:cs="Times New Roman"/>
          <w:sz w:val="28"/>
          <w:szCs w:val="28"/>
        </w:rPr>
        <w:t>specifice</w:t>
      </w:r>
      <w:proofErr w:type="spellEnd"/>
    </w:p>
    <w:p w14:paraId="412520C4" w14:textId="77777777" w:rsidR="00A57563" w:rsidRPr="00C57AA7" w:rsidRDefault="00E8585D">
      <w:pPr>
        <w:pStyle w:val="Listcumarcatori"/>
        <w:keepLines/>
        <w:rPr>
          <w:rFonts w:cs="Times New Roman"/>
          <w:sz w:val="28"/>
          <w:szCs w:val="28"/>
        </w:rPr>
      </w:pPr>
      <w:r w:rsidRPr="00C57AA7">
        <w:rPr>
          <w:rFonts w:eastAsia="Times New Roman" w:cs="Times New Roman"/>
          <w:sz w:val="28"/>
          <w:szCs w:val="28"/>
        </w:rPr>
        <w:t xml:space="preserve">debit </w:t>
      </w:r>
      <w:proofErr w:type="spellStart"/>
      <w:r w:rsidRPr="00C57AA7">
        <w:rPr>
          <w:rFonts w:eastAsia="Times New Roman" w:cs="Times New Roman"/>
          <w:sz w:val="28"/>
          <w:szCs w:val="28"/>
        </w:rPr>
        <w:t>exploatabil</w:t>
      </w:r>
      <w:proofErr w:type="spellEnd"/>
      <w:r w:rsidRPr="00C57AA7">
        <w:rPr>
          <w:rFonts w:eastAsia="Times New Roman" w:cs="Times New Roman"/>
          <w:sz w:val="28"/>
          <w:szCs w:val="28"/>
        </w:rPr>
        <w:t xml:space="preserve"> </w:t>
      </w:r>
      <w:proofErr w:type="spellStart"/>
      <w:r w:rsidRPr="00C57AA7">
        <w:rPr>
          <w:rFonts w:eastAsia="Times New Roman" w:cs="Times New Roman"/>
          <w:sz w:val="28"/>
          <w:szCs w:val="28"/>
        </w:rPr>
        <w:t>determinat</w:t>
      </w:r>
      <w:proofErr w:type="spellEnd"/>
      <w:r w:rsidRPr="00C57AA7">
        <w:rPr>
          <w:rFonts w:eastAsia="Times New Roman" w:cs="Times New Roman"/>
          <w:sz w:val="28"/>
          <w:szCs w:val="28"/>
        </w:rPr>
        <w:t xml:space="preserve"> </w:t>
      </w:r>
      <w:proofErr w:type="spellStart"/>
      <w:r w:rsidRPr="00C57AA7">
        <w:rPr>
          <w:rFonts w:eastAsia="Times New Roman" w:cs="Times New Roman"/>
          <w:sz w:val="28"/>
          <w:szCs w:val="28"/>
        </w:rPr>
        <w:t>prin</w:t>
      </w:r>
      <w:proofErr w:type="spellEnd"/>
      <w:r w:rsidRPr="00C57AA7">
        <w:rPr>
          <w:rFonts w:eastAsia="Times New Roman" w:cs="Times New Roman"/>
          <w:sz w:val="28"/>
          <w:szCs w:val="28"/>
        </w:rPr>
        <w:t xml:space="preserve"> teste </w:t>
      </w:r>
      <w:proofErr w:type="spellStart"/>
      <w:r w:rsidRPr="00C57AA7">
        <w:rPr>
          <w:rFonts w:eastAsia="Times New Roman" w:cs="Times New Roman"/>
          <w:sz w:val="28"/>
          <w:szCs w:val="28"/>
        </w:rPr>
        <w:t>și</w:t>
      </w:r>
      <w:proofErr w:type="spellEnd"/>
      <w:r w:rsidRPr="00C57AA7">
        <w:rPr>
          <w:rFonts w:eastAsia="Times New Roman" w:cs="Times New Roman"/>
          <w:sz w:val="28"/>
          <w:szCs w:val="28"/>
        </w:rPr>
        <w:t xml:space="preserve"> </w:t>
      </w:r>
      <w:proofErr w:type="spellStart"/>
      <w:r w:rsidRPr="00C57AA7">
        <w:rPr>
          <w:rFonts w:eastAsia="Times New Roman" w:cs="Times New Roman"/>
          <w:sz w:val="28"/>
          <w:szCs w:val="28"/>
        </w:rPr>
        <w:t>corelat</w:t>
      </w:r>
      <w:proofErr w:type="spellEnd"/>
      <w:r w:rsidRPr="00C57AA7">
        <w:rPr>
          <w:rFonts w:eastAsia="Times New Roman" w:cs="Times New Roman"/>
          <w:sz w:val="28"/>
          <w:szCs w:val="28"/>
        </w:rPr>
        <w:t xml:space="preserve"> cu </w:t>
      </w:r>
      <w:proofErr w:type="spellStart"/>
      <w:r w:rsidRPr="00C57AA7">
        <w:rPr>
          <w:rFonts w:eastAsia="Times New Roman" w:cs="Times New Roman"/>
          <w:sz w:val="28"/>
          <w:szCs w:val="28"/>
        </w:rPr>
        <w:t>necesarul</w:t>
      </w:r>
      <w:proofErr w:type="spellEnd"/>
      <w:r w:rsidRPr="00C57AA7">
        <w:rPr>
          <w:rFonts w:eastAsia="Times New Roman" w:cs="Times New Roman"/>
          <w:sz w:val="28"/>
          <w:szCs w:val="28"/>
        </w:rPr>
        <w:t xml:space="preserve"> de </w:t>
      </w:r>
      <w:proofErr w:type="spellStart"/>
      <w:r w:rsidRPr="00C57AA7">
        <w:rPr>
          <w:rFonts w:eastAsia="Times New Roman" w:cs="Times New Roman"/>
          <w:sz w:val="28"/>
          <w:szCs w:val="28"/>
        </w:rPr>
        <w:t>irigare</w:t>
      </w:r>
      <w:proofErr w:type="spellEnd"/>
      <w:r w:rsidRPr="00C57AA7">
        <w:rPr>
          <w:rFonts w:eastAsia="Times New Roman" w:cs="Times New Roman"/>
          <w:sz w:val="28"/>
          <w:szCs w:val="28"/>
        </w:rPr>
        <w:t xml:space="preserve"> </w:t>
      </w:r>
      <w:proofErr w:type="spellStart"/>
      <w:r w:rsidRPr="00C57AA7">
        <w:rPr>
          <w:rFonts w:eastAsia="Times New Roman" w:cs="Times New Roman"/>
          <w:sz w:val="28"/>
          <w:szCs w:val="28"/>
        </w:rPr>
        <w:t>și</w:t>
      </w:r>
      <w:proofErr w:type="spellEnd"/>
      <w:r w:rsidRPr="00C57AA7">
        <w:rPr>
          <w:rFonts w:eastAsia="Times New Roman" w:cs="Times New Roman"/>
          <w:sz w:val="28"/>
          <w:szCs w:val="28"/>
        </w:rPr>
        <w:t xml:space="preserve"> cu </w:t>
      </w:r>
      <w:proofErr w:type="spellStart"/>
      <w:r w:rsidRPr="00C57AA7">
        <w:rPr>
          <w:rFonts w:eastAsia="Times New Roman" w:cs="Times New Roman"/>
          <w:sz w:val="28"/>
          <w:szCs w:val="28"/>
        </w:rPr>
        <w:t>resursa</w:t>
      </w:r>
      <w:proofErr w:type="spellEnd"/>
      <w:r w:rsidRPr="00C57AA7">
        <w:rPr>
          <w:rFonts w:eastAsia="Times New Roman" w:cs="Times New Roman"/>
          <w:sz w:val="28"/>
          <w:szCs w:val="28"/>
        </w:rPr>
        <w:t xml:space="preserve"> </w:t>
      </w:r>
      <w:proofErr w:type="spellStart"/>
      <w:r w:rsidRPr="00C57AA7">
        <w:rPr>
          <w:rFonts w:eastAsia="Times New Roman" w:cs="Times New Roman"/>
          <w:sz w:val="28"/>
          <w:szCs w:val="28"/>
        </w:rPr>
        <w:t>disponibilă</w:t>
      </w:r>
      <w:proofErr w:type="spellEnd"/>
      <w:r w:rsidRPr="00C57AA7">
        <w:rPr>
          <w:rFonts w:eastAsia="Times New Roman" w:cs="Times New Roman"/>
          <w:sz w:val="28"/>
          <w:szCs w:val="28"/>
        </w:rPr>
        <w:t>;</w:t>
      </w:r>
    </w:p>
    <w:p w14:paraId="4866E927" w14:textId="77777777" w:rsidR="00A57563" w:rsidRPr="00C57AA7" w:rsidRDefault="00E8585D">
      <w:pPr>
        <w:pStyle w:val="Listcumarcatori"/>
        <w:keepLines/>
        <w:rPr>
          <w:rFonts w:cs="Times New Roman"/>
          <w:sz w:val="28"/>
          <w:szCs w:val="28"/>
        </w:rPr>
      </w:pPr>
      <w:proofErr w:type="spellStart"/>
      <w:r w:rsidRPr="00C57AA7">
        <w:rPr>
          <w:rFonts w:eastAsia="Times New Roman" w:cs="Times New Roman"/>
          <w:sz w:val="28"/>
          <w:szCs w:val="28"/>
        </w:rPr>
        <w:t>protecția</w:t>
      </w:r>
      <w:proofErr w:type="spellEnd"/>
      <w:r w:rsidRPr="00C57AA7">
        <w:rPr>
          <w:rFonts w:eastAsia="Times New Roman" w:cs="Times New Roman"/>
          <w:sz w:val="28"/>
          <w:szCs w:val="28"/>
        </w:rPr>
        <w:t xml:space="preserve"> </w:t>
      </w:r>
      <w:proofErr w:type="spellStart"/>
      <w:r w:rsidRPr="00C57AA7">
        <w:rPr>
          <w:rFonts w:eastAsia="Times New Roman" w:cs="Times New Roman"/>
          <w:sz w:val="28"/>
          <w:szCs w:val="28"/>
        </w:rPr>
        <w:t>sanitară</w:t>
      </w:r>
      <w:proofErr w:type="spellEnd"/>
      <w:r w:rsidRPr="00C57AA7">
        <w:rPr>
          <w:rFonts w:eastAsia="Times New Roman" w:cs="Times New Roman"/>
          <w:sz w:val="28"/>
          <w:szCs w:val="28"/>
        </w:rPr>
        <w:t xml:space="preserve"> </w:t>
      </w:r>
      <w:proofErr w:type="spellStart"/>
      <w:r w:rsidRPr="00C57AA7">
        <w:rPr>
          <w:rFonts w:eastAsia="Times New Roman" w:cs="Times New Roman"/>
          <w:sz w:val="28"/>
          <w:szCs w:val="28"/>
        </w:rPr>
        <w:t>și</w:t>
      </w:r>
      <w:proofErr w:type="spellEnd"/>
      <w:r w:rsidRPr="00C57AA7">
        <w:rPr>
          <w:rFonts w:eastAsia="Times New Roman" w:cs="Times New Roman"/>
          <w:sz w:val="28"/>
          <w:szCs w:val="28"/>
        </w:rPr>
        <w:t xml:space="preserve"> </w:t>
      </w:r>
      <w:proofErr w:type="spellStart"/>
      <w:r w:rsidRPr="00C57AA7">
        <w:rPr>
          <w:rFonts w:eastAsia="Times New Roman" w:cs="Times New Roman"/>
          <w:sz w:val="28"/>
          <w:szCs w:val="28"/>
        </w:rPr>
        <w:t>hidrogeologică</w:t>
      </w:r>
      <w:proofErr w:type="spellEnd"/>
      <w:r w:rsidRPr="00C57AA7">
        <w:rPr>
          <w:rFonts w:eastAsia="Times New Roman" w:cs="Times New Roman"/>
          <w:sz w:val="28"/>
          <w:szCs w:val="28"/>
        </w:rPr>
        <w:t xml:space="preserve"> a </w:t>
      </w:r>
      <w:proofErr w:type="spellStart"/>
      <w:r w:rsidRPr="00C57AA7">
        <w:rPr>
          <w:rFonts w:eastAsia="Times New Roman" w:cs="Times New Roman"/>
          <w:sz w:val="28"/>
          <w:szCs w:val="28"/>
        </w:rPr>
        <w:t>captării</w:t>
      </w:r>
      <w:proofErr w:type="spellEnd"/>
      <w:r w:rsidRPr="00C57AA7">
        <w:rPr>
          <w:rFonts w:eastAsia="Times New Roman" w:cs="Times New Roman"/>
          <w:sz w:val="28"/>
          <w:szCs w:val="28"/>
        </w:rPr>
        <w:t xml:space="preserve">, </w:t>
      </w:r>
      <w:proofErr w:type="spellStart"/>
      <w:r w:rsidRPr="00C57AA7">
        <w:rPr>
          <w:rFonts w:eastAsia="Times New Roman" w:cs="Times New Roman"/>
          <w:sz w:val="28"/>
          <w:szCs w:val="28"/>
        </w:rPr>
        <w:t>potrivit</w:t>
      </w:r>
      <w:proofErr w:type="spellEnd"/>
      <w:r w:rsidRPr="00C57AA7">
        <w:rPr>
          <w:rFonts w:eastAsia="Times New Roman" w:cs="Times New Roman"/>
          <w:sz w:val="28"/>
          <w:szCs w:val="28"/>
        </w:rPr>
        <w:t xml:space="preserve"> </w:t>
      </w:r>
      <w:proofErr w:type="spellStart"/>
      <w:r w:rsidRPr="00C57AA7">
        <w:rPr>
          <w:rFonts w:eastAsia="Times New Roman" w:cs="Times New Roman"/>
          <w:sz w:val="28"/>
          <w:szCs w:val="28"/>
        </w:rPr>
        <w:t>condițiilor</w:t>
      </w:r>
      <w:proofErr w:type="spellEnd"/>
      <w:r w:rsidRPr="00C57AA7">
        <w:rPr>
          <w:rFonts w:eastAsia="Times New Roman" w:cs="Times New Roman"/>
          <w:sz w:val="28"/>
          <w:szCs w:val="28"/>
        </w:rPr>
        <w:t xml:space="preserve"> </w:t>
      </w:r>
      <w:proofErr w:type="spellStart"/>
      <w:r w:rsidRPr="00C57AA7">
        <w:rPr>
          <w:rFonts w:eastAsia="Times New Roman" w:cs="Times New Roman"/>
          <w:sz w:val="28"/>
          <w:szCs w:val="28"/>
        </w:rPr>
        <w:t>stabilite</w:t>
      </w:r>
      <w:proofErr w:type="spellEnd"/>
      <w:r w:rsidRPr="00C57AA7">
        <w:rPr>
          <w:rFonts w:eastAsia="Times New Roman" w:cs="Times New Roman"/>
          <w:sz w:val="28"/>
          <w:szCs w:val="28"/>
        </w:rPr>
        <w:t xml:space="preserve"> de </w:t>
      </w:r>
      <w:proofErr w:type="spellStart"/>
      <w:r w:rsidRPr="00C57AA7">
        <w:rPr>
          <w:rFonts w:eastAsia="Times New Roman" w:cs="Times New Roman"/>
          <w:sz w:val="28"/>
          <w:szCs w:val="28"/>
        </w:rPr>
        <w:t>autorități</w:t>
      </w:r>
      <w:proofErr w:type="spellEnd"/>
      <w:r w:rsidRPr="00C57AA7">
        <w:rPr>
          <w:rFonts w:eastAsia="Times New Roman" w:cs="Times New Roman"/>
          <w:sz w:val="28"/>
          <w:szCs w:val="28"/>
        </w:rPr>
        <w:t>;</w:t>
      </w:r>
    </w:p>
    <w:p w14:paraId="2F0B50DD" w14:textId="77777777" w:rsidR="00A57563" w:rsidRPr="00C57AA7" w:rsidRDefault="00E8585D">
      <w:pPr>
        <w:pStyle w:val="Listcumarcatori"/>
        <w:keepLines/>
        <w:rPr>
          <w:rFonts w:cs="Times New Roman"/>
          <w:sz w:val="28"/>
          <w:szCs w:val="28"/>
        </w:rPr>
      </w:pPr>
      <w:proofErr w:type="spellStart"/>
      <w:r w:rsidRPr="00C57AA7">
        <w:rPr>
          <w:rFonts w:eastAsia="Times New Roman" w:cs="Times New Roman"/>
          <w:sz w:val="28"/>
          <w:szCs w:val="28"/>
        </w:rPr>
        <w:t>prevenirea</w:t>
      </w:r>
      <w:proofErr w:type="spellEnd"/>
      <w:r w:rsidRPr="00C57AA7">
        <w:rPr>
          <w:rFonts w:eastAsia="Times New Roman" w:cs="Times New Roman"/>
          <w:sz w:val="28"/>
          <w:szCs w:val="28"/>
        </w:rPr>
        <w:t xml:space="preserve"> </w:t>
      </w:r>
      <w:proofErr w:type="spellStart"/>
      <w:r w:rsidRPr="00C57AA7">
        <w:rPr>
          <w:rFonts w:eastAsia="Times New Roman" w:cs="Times New Roman"/>
          <w:sz w:val="28"/>
          <w:szCs w:val="28"/>
        </w:rPr>
        <w:t>contaminării</w:t>
      </w:r>
      <w:proofErr w:type="spellEnd"/>
      <w:r w:rsidRPr="00C57AA7">
        <w:rPr>
          <w:rFonts w:eastAsia="Times New Roman" w:cs="Times New Roman"/>
          <w:sz w:val="28"/>
          <w:szCs w:val="28"/>
        </w:rPr>
        <w:t xml:space="preserve"> </w:t>
      </w:r>
      <w:proofErr w:type="spellStart"/>
      <w:r w:rsidRPr="00C57AA7">
        <w:rPr>
          <w:rFonts w:eastAsia="Times New Roman" w:cs="Times New Roman"/>
          <w:sz w:val="28"/>
          <w:szCs w:val="28"/>
        </w:rPr>
        <w:t>și</w:t>
      </w:r>
      <w:proofErr w:type="spellEnd"/>
      <w:r w:rsidRPr="00C57AA7">
        <w:rPr>
          <w:rFonts w:eastAsia="Times New Roman" w:cs="Times New Roman"/>
          <w:sz w:val="28"/>
          <w:szCs w:val="28"/>
        </w:rPr>
        <w:t xml:space="preserve"> a </w:t>
      </w:r>
      <w:proofErr w:type="spellStart"/>
      <w:r w:rsidRPr="00C57AA7">
        <w:rPr>
          <w:rFonts w:eastAsia="Times New Roman" w:cs="Times New Roman"/>
          <w:sz w:val="28"/>
          <w:szCs w:val="28"/>
        </w:rPr>
        <w:t>comunicării</w:t>
      </w:r>
      <w:proofErr w:type="spellEnd"/>
      <w:r w:rsidRPr="00C57AA7">
        <w:rPr>
          <w:rFonts w:eastAsia="Times New Roman" w:cs="Times New Roman"/>
          <w:sz w:val="28"/>
          <w:szCs w:val="28"/>
        </w:rPr>
        <w:t xml:space="preserve"> </w:t>
      </w:r>
      <w:proofErr w:type="spellStart"/>
      <w:r w:rsidRPr="00C57AA7">
        <w:rPr>
          <w:rFonts w:eastAsia="Times New Roman" w:cs="Times New Roman"/>
          <w:sz w:val="28"/>
          <w:szCs w:val="28"/>
        </w:rPr>
        <w:t>între</w:t>
      </w:r>
      <w:proofErr w:type="spellEnd"/>
      <w:r w:rsidRPr="00C57AA7">
        <w:rPr>
          <w:rFonts w:eastAsia="Times New Roman" w:cs="Times New Roman"/>
          <w:sz w:val="28"/>
          <w:szCs w:val="28"/>
        </w:rPr>
        <w:t xml:space="preserve"> </w:t>
      </w:r>
      <w:proofErr w:type="spellStart"/>
      <w:r w:rsidRPr="00C57AA7">
        <w:rPr>
          <w:rFonts w:eastAsia="Times New Roman" w:cs="Times New Roman"/>
          <w:sz w:val="28"/>
          <w:szCs w:val="28"/>
        </w:rPr>
        <w:t>stratele</w:t>
      </w:r>
      <w:proofErr w:type="spellEnd"/>
      <w:r w:rsidRPr="00C57AA7">
        <w:rPr>
          <w:rFonts w:eastAsia="Times New Roman" w:cs="Times New Roman"/>
          <w:sz w:val="28"/>
          <w:szCs w:val="28"/>
        </w:rPr>
        <w:t xml:space="preserve"> </w:t>
      </w:r>
      <w:proofErr w:type="spellStart"/>
      <w:r w:rsidRPr="00C57AA7">
        <w:rPr>
          <w:rFonts w:eastAsia="Times New Roman" w:cs="Times New Roman"/>
          <w:sz w:val="28"/>
          <w:szCs w:val="28"/>
        </w:rPr>
        <w:t>acvifere</w:t>
      </w:r>
      <w:proofErr w:type="spellEnd"/>
      <w:r w:rsidRPr="00C57AA7">
        <w:rPr>
          <w:rFonts w:eastAsia="Times New Roman" w:cs="Times New Roman"/>
          <w:sz w:val="28"/>
          <w:szCs w:val="28"/>
        </w:rPr>
        <w:t>;</w:t>
      </w:r>
    </w:p>
    <w:p w14:paraId="602A0400" w14:textId="77777777" w:rsidR="00A57563" w:rsidRPr="00C57AA7" w:rsidRDefault="00E8585D">
      <w:pPr>
        <w:pStyle w:val="Listcumarcatori"/>
        <w:keepLines/>
        <w:rPr>
          <w:rFonts w:cs="Times New Roman"/>
          <w:sz w:val="28"/>
          <w:szCs w:val="28"/>
        </w:rPr>
      </w:pPr>
      <w:proofErr w:type="spellStart"/>
      <w:r w:rsidRPr="00C57AA7">
        <w:rPr>
          <w:rFonts w:eastAsia="Times New Roman" w:cs="Times New Roman"/>
          <w:sz w:val="28"/>
          <w:szCs w:val="28"/>
        </w:rPr>
        <w:t>acces</w:t>
      </w:r>
      <w:proofErr w:type="spellEnd"/>
      <w:r w:rsidRPr="00C57AA7">
        <w:rPr>
          <w:rFonts w:eastAsia="Times New Roman" w:cs="Times New Roman"/>
          <w:sz w:val="28"/>
          <w:szCs w:val="28"/>
        </w:rPr>
        <w:t xml:space="preserve"> </w:t>
      </w:r>
      <w:proofErr w:type="spellStart"/>
      <w:r w:rsidRPr="00C57AA7">
        <w:rPr>
          <w:rFonts w:eastAsia="Times New Roman" w:cs="Times New Roman"/>
          <w:sz w:val="28"/>
          <w:szCs w:val="28"/>
        </w:rPr>
        <w:t>pentru</w:t>
      </w:r>
      <w:proofErr w:type="spellEnd"/>
      <w:r w:rsidRPr="00C57AA7">
        <w:rPr>
          <w:rFonts w:eastAsia="Times New Roman" w:cs="Times New Roman"/>
          <w:sz w:val="28"/>
          <w:szCs w:val="28"/>
        </w:rPr>
        <w:t xml:space="preserve"> </w:t>
      </w:r>
      <w:proofErr w:type="spellStart"/>
      <w:r w:rsidRPr="00C57AA7">
        <w:rPr>
          <w:rFonts w:eastAsia="Times New Roman" w:cs="Times New Roman"/>
          <w:sz w:val="28"/>
          <w:szCs w:val="28"/>
        </w:rPr>
        <w:t>măsurare</w:t>
      </w:r>
      <w:proofErr w:type="spellEnd"/>
      <w:r w:rsidRPr="00C57AA7">
        <w:rPr>
          <w:rFonts w:eastAsia="Times New Roman" w:cs="Times New Roman"/>
          <w:sz w:val="28"/>
          <w:szCs w:val="28"/>
        </w:rPr>
        <w:t xml:space="preserve">, </w:t>
      </w:r>
      <w:proofErr w:type="spellStart"/>
      <w:r w:rsidRPr="00C57AA7">
        <w:rPr>
          <w:rFonts w:eastAsia="Times New Roman" w:cs="Times New Roman"/>
          <w:sz w:val="28"/>
          <w:szCs w:val="28"/>
        </w:rPr>
        <w:t>întreținere</w:t>
      </w:r>
      <w:proofErr w:type="spellEnd"/>
      <w:r w:rsidRPr="00C57AA7">
        <w:rPr>
          <w:rFonts w:eastAsia="Times New Roman" w:cs="Times New Roman"/>
          <w:sz w:val="28"/>
          <w:szCs w:val="28"/>
        </w:rPr>
        <w:t xml:space="preserve">, </w:t>
      </w:r>
      <w:proofErr w:type="spellStart"/>
      <w:r w:rsidRPr="00C57AA7">
        <w:rPr>
          <w:rFonts w:eastAsia="Times New Roman" w:cs="Times New Roman"/>
          <w:sz w:val="28"/>
          <w:szCs w:val="28"/>
        </w:rPr>
        <w:t>echipare</w:t>
      </w:r>
      <w:proofErr w:type="spellEnd"/>
      <w:r w:rsidRPr="00C57AA7">
        <w:rPr>
          <w:rFonts w:eastAsia="Times New Roman" w:cs="Times New Roman"/>
          <w:sz w:val="28"/>
          <w:szCs w:val="28"/>
        </w:rPr>
        <w:t xml:space="preserve"> </w:t>
      </w:r>
      <w:proofErr w:type="spellStart"/>
      <w:r w:rsidRPr="00C57AA7">
        <w:rPr>
          <w:rFonts w:eastAsia="Times New Roman" w:cs="Times New Roman"/>
          <w:sz w:val="28"/>
          <w:szCs w:val="28"/>
        </w:rPr>
        <w:t>ulterioară</w:t>
      </w:r>
      <w:proofErr w:type="spellEnd"/>
      <w:r w:rsidRPr="00C57AA7">
        <w:rPr>
          <w:rFonts w:eastAsia="Times New Roman" w:cs="Times New Roman"/>
          <w:sz w:val="28"/>
          <w:szCs w:val="28"/>
        </w:rPr>
        <w:t xml:space="preserve"> </w:t>
      </w:r>
      <w:proofErr w:type="spellStart"/>
      <w:r w:rsidRPr="00C57AA7">
        <w:rPr>
          <w:rFonts w:eastAsia="Times New Roman" w:cs="Times New Roman"/>
          <w:sz w:val="28"/>
          <w:szCs w:val="28"/>
        </w:rPr>
        <w:t>și</w:t>
      </w:r>
      <w:proofErr w:type="spellEnd"/>
      <w:r w:rsidRPr="00C57AA7">
        <w:rPr>
          <w:rFonts w:eastAsia="Times New Roman" w:cs="Times New Roman"/>
          <w:sz w:val="28"/>
          <w:szCs w:val="28"/>
        </w:rPr>
        <w:t xml:space="preserve"> </w:t>
      </w:r>
      <w:proofErr w:type="spellStart"/>
      <w:r w:rsidRPr="00C57AA7">
        <w:rPr>
          <w:rFonts w:eastAsia="Times New Roman" w:cs="Times New Roman"/>
          <w:sz w:val="28"/>
          <w:szCs w:val="28"/>
        </w:rPr>
        <w:t>intervenții</w:t>
      </w:r>
      <w:proofErr w:type="spellEnd"/>
      <w:r w:rsidRPr="00C57AA7">
        <w:rPr>
          <w:rFonts w:eastAsia="Times New Roman" w:cs="Times New Roman"/>
          <w:sz w:val="28"/>
          <w:szCs w:val="28"/>
        </w:rPr>
        <w:t>;</w:t>
      </w:r>
    </w:p>
    <w:p w14:paraId="46E86C69" w14:textId="77777777" w:rsidR="00A57563" w:rsidRPr="00C57AA7" w:rsidRDefault="00E8585D">
      <w:pPr>
        <w:pStyle w:val="Listcumarcatori"/>
        <w:keepLines/>
        <w:rPr>
          <w:rFonts w:cs="Times New Roman"/>
          <w:sz w:val="28"/>
          <w:szCs w:val="28"/>
        </w:rPr>
      </w:pPr>
      <w:proofErr w:type="spellStart"/>
      <w:r w:rsidRPr="00C57AA7">
        <w:rPr>
          <w:rFonts w:eastAsia="Times New Roman" w:cs="Times New Roman"/>
          <w:sz w:val="28"/>
          <w:szCs w:val="28"/>
        </w:rPr>
        <w:t>măsurarea</w:t>
      </w:r>
      <w:proofErr w:type="spellEnd"/>
      <w:r w:rsidRPr="00C57AA7">
        <w:rPr>
          <w:rFonts w:eastAsia="Times New Roman" w:cs="Times New Roman"/>
          <w:sz w:val="28"/>
          <w:szCs w:val="28"/>
        </w:rPr>
        <w:t xml:space="preserve"> </w:t>
      </w:r>
      <w:proofErr w:type="spellStart"/>
      <w:r w:rsidRPr="00C57AA7">
        <w:rPr>
          <w:rFonts w:eastAsia="Times New Roman" w:cs="Times New Roman"/>
          <w:sz w:val="28"/>
          <w:szCs w:val="28"/>
        </w:rPr>
        <w:t>volumelor</w:t>
      </w:r>
      <w:proofErr w:type="spellEnd"/>
      <w:r w:rsidRPr="00C57AA7">
        <w:rPr>
          <w:rFonts w:eastAsia="Times New Roman" w:cs="Times New Roman"/>
          <w:sz w:val="28"/>
          <w:szCs w:val="28"/>
        </w:rPr>
        <w:t xml:space="preserve"> </w:t>
      </w:r>
      <w:proofErr w:type="spellStart"/>
      <w:r w:rsidRPr="00C57AA7">
        <w:rPr>
          <w:rFonts w:eastAsia="Times New Roman" w:cs="Times New Roman"/>
          <w:sz w:val="28"/>
          <w:szCs w:val="28"/>
        </w:rPr>
        <w:t>și</w:t>
      </w:r>
      <w:proofErr w:type="spellEnd"/>
      <w:r w:rsidRPr="00C57AA7">
        <w:rPr>
          <w:rFonts w:eastAsia="Times New Roman" w:cs="Times New Roman"/>
          <w:sz w:val="28"/>
          <w:szCs w:val="28"/>
        </w:rPr>
        <w:t xml:space="preserve"> </w:t>
      </w:r>
      <w:proofErr w:type="spellStart"/>
      <w:r w:rsidRPr="00C57AA7">
        <w:rPr>
          <w:rFonts w:eastAsia="Times New Roman" w:cs="Times New Roman"/>
          <w:sz w:val="28"/>
          <w:szCs w:val="28"/>
        </w:rPr>
        <w:t>monitorizarea</w:t>
      </w:r>
      <w:proofErr w:type="spellEnd"/>
      <w:r w:rsidRPr="00C57AA7">
        <w:rPr>
          <w:rFonts w:eastAsia="Times New Roman" w:cs="Times New Roman"/>
          <w:sz w:val="28"/>
          <w:szCs w:val="28"/>
        </w:rPr>
        <w:t xml:space="preserve"> </w:t>
      </w:r>
      <w:proofErr w:type="spellStart"/>
      <w:r w:rsidRPr="00C57AA7">
        <w:rPr>
          <w:rFonts w:eastAsia="Times New Roman" w:cs="Times New Roman"/>
          <w:sz w:val="28"/>
          <w:szCs w:val="28"/>
        </w:rPr>
        <w:t>nivelurilor</w:t>
      </w:r>
      <w:proofErr w:type="spellEnd"/>
      <w:r w:rsidRPr="00C57AA7">
        <w:rPr>
          <w:rFonts w:eastAsia="Times New Roman" w:cs="Times New Roman"/>
          <w:sz w:val="28"/>
          <w:szCs w:val="28"/>
        </w:rPr>
        <w:t xml:space="preserve">, </w:t>
      </w:r>
      <w:proofErr w:type="spellStart"/>
      <w:r w:rsidRPr="00C57AA7">
        <w:rPr>
          <w:rFonts w:eastAsia="Times New Roman" w:cs="Times New Roman"/>
          <w:sz w:val="28"/>
          <w:szCs w:val="28"/>
        </w:rPr>
        <w:t>dacă</w:t>
      </w:r>
      <w:proofErr w:type="spellEnd"/>
      <w:r w:rsidRPr="00C57AA7">
        <w:rPr>
          <w:rFonts w:eastAsia="Times New Roman" w:cs="Times New Roman"/>
          <w:sz w:val="28"/>
          <w:szCs w:val="28"/>
        </w:rPr>
        <w:t xml:space="preserve"> sunt </w:t>
      </w:r>
      <w:proofErr w:type="spellStart"/>
      <w:r w:rsidRPr="00C57AA7">
        <w:rPr>
          <w:rFonts w:eastAsia="Times New Roman" w:cs="Times New Roman"/>
          <w:sz w:val="28"/>
          <w:szCs w:val="28"/>
        </w:rPr>
        <w:t>cerute</w:t>
      </w:r>
      <w:proofErr w:type="spellEnd"/>
      <w:r w:rsidRPr="00C57AA7">
        <w:rPr>
          <w:rFonts w:eastAsia="Times New Roman" w:cs="Times New Roman"/>
          <w:sz w:val="28"/>
          <w:szCs w:val="28"/>
        </w:rPr>
        <w:t xml:space="preserve"> </w:t>
      </w:r>
      <w:proofErr w:type="spellStart"/>
      <w:r w:rsidRPr="00C57AA7">
        <w:rPr>
          <w:rFonts w:eastAsia="Times New Roman" w:cs="Times New Roman"/>
          <w:sz w:val="28"/>
          <w:szCs w:val="28"/>
        </w:rPr>
        <w:t>prin</w:t>
      </w:r>
      <w:proofErr w:type="spellEnd"/>
      <w:r w:rsidRPr="00C57AA7">
        <w:rPr>
          <w:rFonts w:eastAsia="Times New Roman" w:cs="Times New Roman"/>
          <w:sz w:val="28"/>
          <w:szCs w:val="28"/>
        </w:rPr>
        <w:t xml:space="preserve"> </w:t>
      </w:r>
      <w:proofErr w:type="spellStart"/>
      <w:r w:rsidRPr="00C57AA7">
        <w:rPr>
          <w:rFonts w:eastAsia="Times New Roman" w:cs="Times New Roman"/>
          <w:sz w:val="28"/>
          <w:szCs w:val="28"/>
        </w:rPr>
        <w:t>avize</w:t>
      </w:r>
      <w:proofErr w:type="spellEnd"/>
      <w:r w:rsidRPr="00C57AA7">
        <w:rPr>
          <w:rFonts w:eastAsia="Times New Roman" w:cs="Times New Roman"/>
          <w:sz w:val="28"/>
          <w:szCs w:val="28"/>
        </w:rPr>
        <w:t>;</w:t>
      </w:r>
    </w:p>
    <w:p w14:paraId="5D93CE03" w14:textId="77777777" w:rsidR="00A57563" w:rsidRPr="00C57AA7" w:rsidRDefault="00E8585D">
      <w:pPr>
        <w:pStyle w:val="Listcumarcatori"/>
        <w:keepLines/>
        <w:rPr>
          <w:rFonts w:cs="Times New Roman"/>
          <w:sz w:val="28"/>
          <w:szCs w:val="28"/>
        </w:rPr>
      </w:pPr>
      <w:proofErr w:type="spellStart"/>
      <w:r w:rsidRPr="00C57AA7">
        <w:rPr>
          <w:rFonts w:eastAsia="Times New Roman" w:cs="Times New Roman"/>
          <w:sz w:val="28"/>
          <w:szCs w:val="28"/>
        </w:rPr>
        <w:t>documentație</w:t>
      </w:r>
      <w:proofErr w:type="spellEnd"/>
      <w:r w:rsidRPr="00C57AA7">
        <w:rPr>
          <w:rFonts w:eastAsia="Times New Roman" w:cs="Times New Roman"/>
          <w:sz w:val="28"/>
          <w:szCs w:val="28"/>
        </w:rPr>
        <w:t xml:space="preserve"> </w:t>
      </w:r>
      <w:proofErr w:type="spellStart"/>
      <w:r w:rsidRPr="00C57AA7">
        <w:rPr>
          <w:rFonts w:eastAsia="Times New Roman" w:cs="Times New Roman"/>
          <w:sz w:val="28"/>
          <w:szCs w:val="28"/>
        </w:rPr>
        <w:t>completă</w:t>
      </w:r>
      <w:proofErr w:type="spellEnd"/>
      <w:r w:rsidRPr="00C57AA7">
        <w:rPr>
          <w:rFonts w:eastAsia="Times New Roman" w:cs="Times New Roman"/>
          <w:sz w:val="28"/>
          <w:szCs w:val="28"/>
        </w:rPr>
        <w:t xml:space="preserve"> </w:t>
      </w:r>
      <w:proofErr w:type="spellStart"/>
      <w:r w:rsidRPr="00C57AA7">
        <w:rPr>
          <w:rFonts w:eastAsia="Times New Roman" w:cs="Times New Roman"/>
          <w:sz w:val="28"/>
          <w:szCs w:val="28"/>
        </w:rPr>
        <w:t>pentru</w:t>
      </w:r>
      <w:proofErr w:type="spellEnd"/>
      <w:r w:rsidRPr="00C57AA7">
        <w:rPr>
          <w:rFonts w:eastAsia="Times New Roman" w:cs="Times New Roman"/>
          <w:sz w:val="28"/>
          <w:szCs w:val="28"/>
        </w:rPr>
        <w:t xml:space="preserve"> </w:t>
      </w:r>
      <w:proofErr w:type="spellStart"/>
      <w:r w:rsidRPr="00C57AA7">
        <w:rPr>
          <w:rFonts w:eastAsia="Times New Roman" w:cs="Times New Roman"/>
          <w:sz w:val="28"/>
          <w:szCs w:val="28"/>
        </w:rPr>
        <w:t>autorizarea</w:t>
      </w:r>
      <w:proofErr w:type="spellEnd"/>
      <w:r w:rsidRPr="00C57AA7">
        <w:rPr>
          <w:rFonts w:eastAsia="Times New Roman" w:cs="Times New Roman"/>
          <w:sz w:val="28"/>
          <w:szCs w:val="28"/>
        </w:rPr>
        <w:t xml:space="preserve"> </w:t>
      </w:r>
      <w:proofErr w:type="spellStart"/>
      <w:r w:rsidRPr="00C57AA7">
        <w:rPr>
          <w:rFonts w:eastAsia="Times New Roman" w:cs="Times New Roman"/>
          <w:sz w:val="28"/>
          <w:szCs w:val="28"/>
        </w:rPr>
        <w:t>și</w:t>
      </w:r>
      <w:proofErr w:type="spellEnd"/>
      <w:r w:rsidRPr="00C57AA7">
        <w:rPr>
          <w:rFonts w:eastAsia="Times New Roman" w:cs="Times New Roman"/>
          <w:sz w:val="28"/>
          <w:szCs w:val="28"/>
        </w:rPr>
        <w:t xml:space="preserve"> </w:t>
      </w:r>
      <w:proofErr w:type="spellStart"/>
      <w:r w:rsidRPr="00C57AA7">
        <w:rPr>
          <w:rFonts w:eastAsia="Times New Roman" w:cs="Times New Roman"/>
          <w:sz w:val="28"/>
          <w:szCs w:val="28"/>
        </w:rPr>
        <w:t>exploatarea</w:t>
      </w:r>
      <w:proofErr w:type="spellEnd"/>
      <w:r w:rsidRPr="00C57AA7">
        <w:rPr>
          <w:rFonts w:eastAsia="Times New Roman" w:cs="Times New Roman"/>
          <w:sz w:val="28"/>
          <w:szCs w:val="28"/>
        </w:rPr>
        <w:t xml:space="preserve"> </w:t>
      </w:r>
      <w:proofErr w:type="spellStart"/>
      <w:r w:rsidRPr="00C57AA7">
        <w:rPr>
          <w:rFonts w:eastAsia="Times New Roman" w:cs="Times New Roman"/>
          <w:sz w:val="28"/>
          <w:szCs w:val="28"/>
        </w:rPr>
        <w:t>ulterioară</w:t>
      </w:r>
      <w:proofErr w:type="spellEnd"/>
      <w:r w:rsidRPr="00C57AA7">
        <w:rPr>
          <w:rFonts w:eastAsia="Times New Roman" w:cs="Times New Roman"/>
          <w:sz w:val="28"/>
          <w:szCs w:val="28"/>
        </w:rPr>
        <w:t>.</w:t>
      </w:r>
    </w:p>
    <w:p w14:paraId="0A532914" w14:textId="77777777" w:rsidR="00A57563" w:rsidRPr="00C57AA7" w:rsidRDefault="00E8585D">
      <w:pPr>
        <w:pStyle w:val="Titlu1"/>
        <w:rPr>
          <w:rFonts w:ascii="Times New Roman" w:hAnsi="Times New Roman" w:cs="Times New Roman"/>
          <w:sz w:val="28"/>
        </w:rPr>
      </w:pPr>
      <w:r w:rsidRPr="00C57AA7">
        <w:rPr>
          <w:rFonts w:ascii="Times New Roman" w:hAnsi="Times New Roman" w:cs="Times New Roman"/>
          <w:sz w:val="28"/>
        </w:rPr>
        <w:t xml:space="preserve">7. </w:t>
      </w:r>
      <w:proofErr w:type="spellStart"/>
      <w:r w:rsidRPr="00C57AA7">
        <w:rPr>
          <w:rFonts w:ascii="Times New Roman" w:hAnsi="Times New Roman" w:cs="Times New Roman"/>
          <w:sz w:val="28"/>
        </w:rPr>
        <w:t>Justificarea</w:t>
      </w:r>
      <w:proofErr w:type="spellEnd"/>
      <w:r w:rsidRPr="00C57AA7">
        <w:rPr>
          <w:rFonts w:ascii="Times New Roman" w:hAnsi="Times New Roman" w:cs="Times New Roman"/>
          <w:sz w:val="28"/>
        </w:rPr>
        <w:t xml:space="preserve"> </w:t>
      </w:r>
      <w:proofErr w:type="spellStart"/>
      <w:r w:rsidRPr="00C57AA7">
        <w:rPr>
          <w:rFonts w:ascii="Times New Roman" w:hAnsi="Times New Roman" w:cs="Times New Roman"/>
          <w:sz w:val="28"/>
        </w:rPr>
        <w:t>necesității</w:t>
      </w:r>
      <w:proofErr w:type="spellEnd"/>
      <w:r w:rsidRPr="00C57AA7">
        <w:rPr>
          <w:rFonts w:ascii="Times New Roman" w:hAnsi="Times New Roman" w:cs="Times New Roman"/>
          <w:sz w:val="28"/>
        </w:rPr>
        <w:t xml:space="preserve"> </w:t>
      </w:r>
      <w:proofErr w:type="spellStart"/>
      <w:r w:rsidRPr="00C57AA7">
        <w:rPr>
          <w:rFonts w:ascii="Times New Roman" w:hAnsi="Times New Roman" w:cs="Times New Roman"/>
          <w:sz w:val="28"/>
        </w:rPr>
        <w:t>elaborării</w:t>
      </w:r>
      <w:proofErr w:type="spellEnd"/>
      <w:r w:rsidRPr="00C57AA7">
        <w:rPr>
          <w:rFonts w:ascii="Times New Roman" w:hAnsi="Times New Roman" w:cs="Times New Roman"/>
          <w:sz w:val="28"/>
        </w:rPr>
        <w:t xml:space="preserve">, </w:t>
      </w:r>
      <w:proofErr w:type="spellStart"/>
      <w:r w:rsidRPr="00C57AA7">
        <w:rPr>
          <w:rFonts w:ascii="Times New Roman" w:hAnsi="Times New Roman" w:cs="Times New Roman"/>
          <w:sz w:val="28"/>
        </w:rPr>
        <w:t>după</w:t>
      </w:r>
      <w:proofErr w:type="spellEnd"/>
      <w:r w:rsidRPr="00C57AA7">
        <w:rPr>
          <w:rFonts w:ascii="Times New Roman" w:hAnsi="Times New Roman" w:cs="Times New Roman"/>
          <w:sz w:val="28"/>
        </w:rPr>
        <w:t xml:space="preserve"> </w:t>
      </w:r>
      <w:proofErr w:type="spellStart"/>
      <w:r w:rsidRPr="00C57AA7">
        <w:rPr>
          <w:rFonts w:ascii="Times New Roman" w:hAnsi="Times New Roman" w:cs="Times New Roman"/>
          <w:sz w:val="28"/>
        </w:rPr>
        <w:t>caz</w:t>
      </w:r>
      <w:proofErr w:type="spellEnd"/>
      <w:r w:rsidRPr="00C57AA7">
        <w:rPr>
          <w:rFonts w:ascii="Times New Roman" w:hAnsi="Times New Roman" w:cs="Times New Roman"/>
          <w:sz w:val="28"/>
        </w:rPr>
        <w:t>, a:</w:t>
      </w:r>
    </w:p>
    <w:p w14:paraId="335B8B87" w14:textId="77777777" w:rsidR="00A57563" w:rsidRPr="00C57AA7" w:rsidRDefault="00E8585D">
      <w:pPr>
        <w:pStyle w:val="Titlu2"/>
        <w:rPr>
          <w:rFonts w:ascii="Times New Roman" w:hAnsi="Times New Roman" w:cs="Times New Roman"/>
          <w:sz w:val="28"/>
          <w:szCs w:val="28"/>
        </w:rPr>
      </w:pPr>
      <w:r w:rsidRPr="00C57AA7">
        <w:rPr>
          <w:rFonts w:ascii="Times New Roman" w:hAnsi="Times New Roman" w:cs="Times New Roman"/>
          <w:sz w:val="28"/>
          <w:szCs w:val="28"/>
        </w:rPr>
        <w:t xml:space="preserve">– </w:t>
      </w:r>
      <w:proofErr w:type="spellStart"/>
      <w:r w:rsidRPr="00C57AA7">
        <w:rPr>
          <w:rFonts w:ascii="Times New Roman" w:hAnsi="Times New Roman" w:cs="Times New Roman"/>
          <w:sz w:val="28"/>
          <w:szCs w:val="28"/>
        </w:rPr>
        <w:t>studiului</w:t>
      </w:r>
      <w:proofErr w:type="spellEnd"/>
      <w:r w:rsidRPr="00C57AA7">
        <w:rPr>
          <w:rFonts w:ascii="Times New Roman" w:hAnsi="Times New Roman" w:cs="Times New Roman"/>
          <w:sz w:val="28"/>
          <w:szCs w:val="28"/>
        </w:rPr>
        <w:t xml:space="preserve"> de </w:t>
      </w:r>
      <w:proofErr w:type="spellStart"/>
      <w:r w:rsidRPr="00C57AA7">
        <w:rPr>
          <w:rFonts w:ascii="Times New Roman" w:hAnsi="Times New Roman" w:cs="Times New Roman"/>
          <w:sz w:val="28"/>
          <w:szCs w:val="28"/>
        </w:rPr>
        <w:t>prefezabilitate</w:t>
      </w:r>
      <w:proofErr w:type="spellEnd"/>
      <w:r w:rsidRPr="00C57AA7">
        <w:rPr>
          <w:rFonts w:ascii="Times New Roman" w:hAnsi="Times New Roman" w:cs="Times New Roman"/>
          <w:sz w:val="28"/>
          <w:szCs w:val="28"/>
        </w:rPr>
        <w:t xml:space="preserve">, </w:t>
      </w:r>
      <w:proofErr w:type="spellStart"/>
      <w:r w:rsidRPr="00C57AA7">
        <w:rPr>
          <w:rFonts w:ascii="Times New Roman" w:hAnsi="Times New Roman" w:cs="Times New Roman"/>
          <w:sz w:val="28"/>
          <w:szCs w:val="28"/>
        </w:rPr>
        <w:t>în</w:t>
      </w:r>
      <w:proofErr w:type="spellEnd"/>
      <w:r w:rsidRPr="00C57AA7">
        <w:rPr>
          <w:rFonts w:ascii="Times New Roman" w:hAnsi="Times New Roman" w:cs="Times New Roman"/>
          <w:sz w:val="28"/>
          <w:szCs w:val="28"/>
        </w:rPr>
        <w:t xml:space="preserve"> </w:t>
      </w:r>
      <w:proofErr w:type="spellStart"/>
      <w:r w:rsidRPr="00C57AA7">
        <w:rPr>
          <w:rFonts w:ascii="Times New Roman" w:hAnsi="Times New Roman" w:cs="Times New Roman"/>
          <w:sz w:val="28"/>
          <w:szCs w:val="28"/>
        </w:rPr>
        <w:t>cazul</w:t>
      </w:r>
      <w:proofErr w:type="spellEnd"/>
      <w:r w:rsidRPr="00C57AA7">
        <w:rPr>
          <w:rFonts w:ascii="Times New Roman" w:hAnsi="Times New Roman" w:cs="Times New Roman"/>
          <w:sz w:val="28"/>
          <w:szCs w:val="28"/>
        </w:rPr>
        <w:t xml:space="preserve"> </w:t>
      </w:r>
      <w:proofErr w:type="spellStart"/>
      <w:r w:rsidRPr="00C57AA7">
        <w:rPr>
          <w:rFonts w:ascii="Times New Roman" w:hAnsi="Times New Roman" w:cs="Times New Roman"/>
          <w:sz w:val="28"/>
          <w:szCs w:val="28"/>
        </w:rPr>
        <w:t>obiectivelor</w:t>
      </w:r>
      <w:proofErr w:type="spellEnd"/>
      <w:r w:rsidRPr="00C57AA7">
        <w:rPr>
          <w:rFonts w:ascii="Times New Roman" w:hAnsi="Times New Roman" w:cs="Times New Roman"/>
          <w:sz w:val="28"/>
          <w:szCs w:val="28"/>
        </w:rPr>
        <w:t>/</w:t>
      </w:r>
      <w:proofErr w:type="spellStart"/>
      <w:r w:rsidRPr="00C57AA7">
        <w:rPr>
          <w:rFonts w:ascii="Times New Roman" w:hAnsi="Times New Roman" w:cs="Times New Roman"/>
          <w:sz w:val="28"/>
          <w:szCs w:val="28"/>
        </w:rPr>
        <w:t>proiectelor</w:t>
      </w:r>
      <w:proofErr w:type="spellEnd"/>
      <w:r w:rsidRPr="00C57AA7">
        <w:rPr>
          <w:rFonts w:ascii="Times New Roman" w:hAnsi="Times New Roman" w:cs="Times New Roman"/>
          <w:sz w:val="28"/>
          <w:szCs w:val="28"/>
        </w:rPr>
        <w:t xml:space="preserve"> </w:t>
      </w:r>
      <w:proofErr w:type="spellStart"/>
      <w:r w:rsidRPr="00C57AA7">
        <w:rPr>
          <w:rFonts w:ascii="Times New Roman" w:hAnsi="Times New Roman" w:cs="Times New Roman"/>
          <w:sz w:val="28"/>
          <w:szCs w:val="28"/>
        </w:rPr>
        <w:t>majore</w:t>
      </w:r>
      <w:proofErr w:type="spellEnd"/>
      <w:r w:rsidRPr="00C57AA7">
        <w:rPr>
          <w:rFonts w:ascii="Times New Roman" w:hAnsi="Times New Roman" w:cs="Times New Roman"/>
          <w:sz w:val="28"/>
          <w:szCs w:val="28"/>
        </w:rPr>
        <w:t xml:space="preserve"> de </w:t>
      </w:r>
      <w:proofErr w:type="spellStart"/>
      <w:r w:rsidRPr="00C57AA7">
        <w:rPr>
          <w:rFonts w:ascii="Times New Roman" w:hAnsi="Times New Roman" w:cs="Times New Roman"/>
          <w:sz w:val="28"/>
          <w:szCs w:val="28"/>
        </w:rPr>
        <w:t>investiții</w:t>
      </w:r>
      <w:proofErr w:type="spellEnd"/>
    </w:p>
    <w:p w14:paraId="5A049AC6" w14:textId="77777777" w:rsidR="00A57563" w:rsidRPr="00C57AA7" w:rsidRDefault="00E8585D">
      <w:pPr>
        <w:rPr>
          <w:rFonts w:cs="Times New Roman"/>
          <w:sz w:val="28"/>
          <w:szCs w:val="28"/>
        </w:rPr>
      </w:pPr>
      <w:proofErr w:type="spellStart"/>
      <w:r w:rsidRPr="00C57AA7">
        <w:rPr>
          <w:rFonts w:eastAsia="Times New Roman" w:cs="Times New Roman"/>
          <w:sz w:val="28"/>
          <w:szCs w:val="28"/>
        </w:rPr>
        <w:t>Elaborarea</w:t>
      </w:r>
      <w:proofErr w:type="spellEnd"/>
      <w:r w:rsidRPr="00C57AA7">
        <w:rPr>
          <w:rFonts w:eastAsia="Times New Roman" w:cs="Times New Roman"/>
          <w:sz w:val="28"/>
          <w:szCs w:val="28"/>
        </w:rPr>
        <w:t xml:space="preserve"> </w:t>
      </w:r>
      <w:proofErr w:type="spellStart"/>
      <w:r w:rsidRPr="00C57AA7">
        <w:rPr>
          <w:rFonts w:eastAsia="Times New Roman" w:cs="Times New Roman"/>
          <w:sz w:val="28"/>
          <w:szCs w:val="28"/>
        </w:rPr>
        <w:t>unui</w:t>
      </w:r>
      <w:proofErr w:type="spellEnd"/>
      <w:r w:rsidRPr="00C57AA7">
        <w:rPr>
          <w:rFonts w:eastAsia="Times New Roman" w:cs="Times New Roman"/>
          <w:sz w:val="28"/>
          <w:szCs w:val="28"/>
        </w:rPr>
        <w:t xml:space="preserve"> </w:t>
      </w:r>
      <w:proofErr w:type="spellStart"/>
      <w:r w:rsidRPr="00C57AA7">
        <w:rPr>
          <w:rFonts w:eastAsia="Times New Roman" w:cs="Times New Roman"/>
          <w:sz w:val="28"/>
          <w:szCs w:val="28"/>
        </w:rPr>
        <w:t>studiu</w:t>
      </w:r>
      <w:proofErr w:type="spellEnd"/>
      <w:r w:rsidRPr="00C57AA7">
        <w:rPr>
          <w:rFonts w:eastAsia="Times New Roman" w:cs="Times New Roman"/>
          <w:sz w:val="28"/>
          <w:szCs w:val="28"/>
        </w:rPr>
        <w:t xml:space="preserve"> de </w:t>
      </w:r>
      <w:proofErr w:type="spellStart"/>
      <w:r w:rsidRPr="00C57AA7">
        <w:rPr>
          <w:rFonts w:eastAsia="Times New Roman" w:cs="Times New Roman"/>
          <w:sz w:val="28"/>
          <w:szCs w:val="28"/>
        </w:rPr>
        <w:t>prefezabilitate</w:t>
      </w:r>
      <w:proofErr w:type="spellEnd"/>
      <w:r w:rsidRPr="00C57AA7">
        <w:rPr>
          <w:rFonts w:eastAsia="Times New Roman" w:cs="Times New Roman"/>
          <w:sz w:val="28"/>
          <w:szCs w:val="28"/>
        </w:rPr>
        <w:t xml:space="preserve"> nu se </w:t>
      </w:r>
      <w:proofErr w:type="spellStart"/>
      <w:r w:rsidRPr="00C57AA7">
        <w:rPr>
          <w:rFonts w:eastAsia="Times New Roman" w:cs="Times New Roman"/>
          <w:sz w:val="28"/>
          <w:szCs w:val="28"/>
        </w:rPr>
        <w:t>justifică</w:t>
      </w:r>
      <w:proofErr w:type="spellEnd"/>
      <w:r w:rsidRPr="00C57AA7">
        <w:rPr>
          <w:rFonts w:eastAsia="Times New Roman" w:cs="Times New Roman"/>
          <w:sz w:val="28"/>
          <w:szCs w:val="28"/>
        </w:rPr>
        <w:t xml:space="preserve">, </w:t>
      </w:r>
      <w:proofErr w:type="spellStart"/>
      <w:r w:rsidRPr="00C57AA7">
        <w:rPr>
          <w:rFonts w:eastAsia="Times New Roman" w:cs="Times New Roman"/>
          <w:sz w:val="28"/>
          <w:szCs w:val="28"/>
        </w:rPr>
        <w:t>întrucât</w:t>
      </w:r>
      <w:proofErr w:type="spellEnd"/>
      <w:r w:rsidRPr="00C57AA7">
        <w:rPr>
          <w:rFonts w:eastAsia="Times New Roman" w:cs="Times New Roman"/>
          <w:sz w:val="28"/>
          <w:szCs w:val="28"/>
        </w:rPr>
        <w:t xml:space="preserve"> </w:t>
      </w:r>
      <w:proofErr w:type="spellStart"/>
      <w:r w:rsidRPr="00C57AA7">
        <w:rPr>
          <w:rFonts w:eastAsia="Times New Roman" w:cs="Times New Roman"/>
          <w:sz w:val="28"/>
          <w:szCs w:val="28"/>
        </w:rPr>
        <w:t>obiectivul</w:t>
      </w:r>
      <w:proofErr w:type="spellEnd"/>
      <w:r w:rsidRPr="00C57AA7">
        <w:rPr>
          <w:rFonts w:eastAsia="Times New Roman" w:cs="Times New Roman"/>
          <w:sz w:val="28"/>
          <w:szCs w:val="28"/>
        </w:rPr>
        <w:t xml:space="preserve"> nu </w:t>
      </w:r>
      <w:proofErr w:type="spellStart"/>
      <w:r w:rsidRPr="00C57AA7">
        <w:rPr>
          <w:rFonts w:eastAsia="Times New Roman" w:cs="Times New Roman"/>
          <w:sz w:val="28"/>
          <w:szCs w:val="28"/>
        </w:rPr>
        <w:t>reprezintă</w:t>
      </w:r>
      <w:proofErr w:type="spellEnd"/>
      <w:r w:rsidRPr="00C57AA7">
        <w:rPr>
          <w:rFonts w:eastAsia="Times New Roman" w:cs="Times New Roman"/>
          <w:sz w:val="28"/>
          <w:szCs w:val="28"/>
        </w:rPr>
        <w:t xml:space="preserve"> un </w:t>
      </w:r>
      <w:proofErr w:type="spellStart"/>
      <w:r w:rsidRPr="00C57AA7">
        <w:rPr>
          <w:rFonts w:eastAsia="Times New Roman" w:cs="Times New Roman"/>
          <w:sz w:val="28"/>
          <w:szCs w:val="28"/>
        </w:rPr>
        <w:t>proiect</w:t>
      </w:r>
      <w:proofErr w:type="spellEnd"/>
      <w:r w:rsidRPr="00C57AA7">
        <w:rPr>
          <w:rFonts w:eastAsia="Times New Roman" w:cs="Times New Roman"/>
          <w:sz w:val="28"/>
          <w:szCs w:val="28"/>
        </w:rPr>
        <w:t xml:space="preserve"> major de </w:t>
      </w:r>
      <w:proofErr w:type="spellStart"/>
      <w:r w:rsidRPr="00C57AA7">
        <w:rPr>
          <w:rFonts w:eastAsia="Times New Roman" w:cs="Times New Roman"/>
          <w:sz w:val="28"/>
          <w:szCs w:val="28"/>
        </w:rPr>
        <w:t>investiții</w:t>
      </w:r>
      <w:proofErr w:type="spellEnd"/>
      <w:r w:rsidRPr="00C57AA7">
        <w:rPr>
          <w:rFonts w:eastAsia="Times New Roman" w:cs="Times New Roman"/>
          <w:sz w:val="28"/>
          <w:szCs w:val="28"/>
        </w:rPr>
        <w:t xml:space="preserve">, </w:t>
      </w:r>
      <w:proofErr w:type="spellStart"/>
      <w:r w:rsidRPr="00C57AA7">
        <w:rPr>
          <w:rFonts w:eastAsia="Times New Roman" w:cs="Times New Roman"/>
          <w:sz w:val="28"/>
          <w:szCs w:val="28"/>
        </w:rPr>
        <w:t>iar</w:t>
      </w:r>
      <w:proofErr w:type="spellEnd"/>
      <w:r w:rsidRPr="00C57AA7">
        <w:rPr>
          <w:rFonts w:eastAsia="Times New Roman" w:cs="Times New Roman"/>
          <w:sz w:val="28"/>
          <w:szCs w:val="28"/>
        </w:rPr>
        <w:t xml:space="preserve"> </w:t>
      </w:r>
      <w:proofErr w:type="spellStart"/>
      <w:r w:rsidRPr="00C57AA7">
        <w:rPr>
          <w:rFonts w:eastAsia="Times New Roman" w:cs="Times New Roman"/>
          <w:sz w:val="28"/>
          <w:szCs w:val="28"/>
        </w:rPr>
        <w:t>necesitatea</w:t>
      </w:r>
      <w:proofErr w:type="spellEnd"/>
      <w:r w:rsidRPr="00C57AA7">
        <w:rPr>
          <w:rFonts w:eastAsia="Times New Roman" w:cs="Times New Roman"/>
          <w:sz w:val="28"/>
          <w:szCs w:val="28"/>
        </w:rPr>
        <w:t xml:space="preserve">, </w:t>
      </w:r>
      <w:proofErr w:type="spellStart"/>
      <w:r w:rsidRPr="00C57AA7">
        <w:rPr>
          <w:rFonts w:eastAsia="Times New Roman" w:cs="Times New Roman"/>
          <w:sz w:val="28"/>
          <w:szCs w:val="28"/>
        </w:rPr>
        <w:t>amplasamentul</w:t>
      </w:r>
      <w:proofErr w:type="spellEnd"/>
      <w:r w:rsidRPr="00C57AA7">
        <w:rPr>
          <w:rFonts w:eastAsia="Times New Roman" w:cs="Times New Roman"/>
          <w:sz w:val="28"/>
          <w:szCs w:val="28"/>
        </w:rPr>
        <w:t xml:space="preserve"> general </w:t>
      </w:r>
      <w:proofErr w:type="spellStart"/>
      <w:r w:rsidRPr="00C57AA7">
        <w:rPr>
          <w:rFonts w:eastAsia="Times New Roman" w:cs="Times New Roman"/>
          <w:sz w:val="28"/>
          <w:szCs w:val="28"/>
        </w:rPr>
        <w:t>și</w:t>
      </w:r>
      <w:proofErr w:type="spellEnd"/>
      <w:r w:rsidRPr="00C57AA7">
        <w:rPr>
          <w:rFonts w:eastAsia="Times New Roman" w:cs="Times New Roman"/>
          <w:sz w:val="28"/>
          <w:szCs w:val="28"/>
        </w:rPr>
        <w:t xml:space="preserve"> </w:t>
      </w:r>
      <w:proofErr w:type="spellStart"/>
      <w:r w:rsidRPr="00C57AA7">
        <w:rPr>
          <w:rFonts w:eastAsia="Times New Roman" w:cs="Times New Roman"/>
          <w:sz w:val="28"/>
          <w:szCs w:val="28"/>
        </w:rPr>
        <w:t>limita</w:t>
      </w:r>
      <w:proofErr w:type="spellEnd"/>
      <w:r w:rsidRPr="00C57AA7">
        <w:rPr>
          <w:rFonts w:eastAsia="Times New Roman" w:cs="Times New Roman"/>
          <w:sz w:val="28"/>
          <w:szCs w:val="28"/>
        </w:rPr>
        <w:t xml:space="preserve"> </w:t>
      </w:r>
      <w:proofErr w:type="spellStart"/>
      <w:r w:rsidRPr="00C57AA7">
        <w:rPr>
          <w:rFonts w:eastAsia="Times New Roman" w:cs="Times New Roman"/>
          <w:sz w:val="28"/>
          <w:szCs w:val="28"/>
        </w:rPr>
        <w:t>bugetară</w:t>
      </w:r>
      <w:proofErr w:type="spellEnd"/>
      <w:r w:rsidRPr="00C57AA7">
        <w:rPr>
          <w:rFonts w:eastAsia="Times New Roman" w:cs="Times New Roman"/>
          <w:sz w:val="28"/>
          <w:szCs w:val="28"/>
        </w:rPr>
        <w:t xml:space="preserve"> sunt </w:t>
      </w:r>
      <w:proofErr w:type="spellStart"/>
      <w:r w:rsidRPr="00C57AA7">
        <w:rPr>
          <w:rFonts w:eastAsia="Times New Roman" w:cs="Times New Roman"/>
          <w:sz w:val="28"/>
          <w:szCs w:val="28"/>
        </w:rPr>
        <w:t>identificate</w:t>
      </w:r>
      <w:proofErr w:type="spellEnd"/>
      <w:r w:rsidRPr="00C57AA7">
        <w:rPr>
          <w:rFonts w:eastAsia="Times New Roman" w:cs="Times New Roman"/>
          <w:sz w:val="28"/>
          <w:szCs w:val="28"/>
        </w:rPr>
        <w:t>.</w:t>
      </w:r>
    </w:p>
    <w:p w14:paraId="7DB28ADF" w14:textId="77777777" w:rsidR="00A57563" w:rsidRPr="00C57AA7" w:rsidRDefault="00E8585D">
      <w:pPr>
        <w:pStyle w:val="Titlu2"/>
        <w:rPr>
          <w:rFonts w:ascii="Times New Roman" w:hAnsi="Times New Roman" w:cs="Times New Roman"/>
          <w:sz w:val="28"/>
          <w:szCs w:val="28"/>
        </w:rPr>
      </w:pPr>
      <w:r w:rsidRPr="00C57AA7">
        <w:rPr>
          <w:rFonts w:ascii="Times New Roman" w:hAnsi="Times New Roman" w:cs="Times New Roman"/>
          <w:sz w:val="28"/>
          <w:szCs w:val="28"/>
        </w:rPr>
        <w:t xml:space="preserve">– </w:t>
      </w:r>
      <w:proofErr w:type="spellStart"/>
      <w:r w:rsidRPr="00C57AA7">
        <w:rPr>
          <w:rFonts w:ascii="Times New Roman" w:hAnsi="Times New Roman" w:cs="Times New Roman"/>
          <w:sz w:val="28"/>
          <w:szCs w:val="28"/>
        </w:rPr>
        <w:t>expertizei</w:t>
      </w:r>
      <w:proofErr w:type="spellEnd"/>
      <w:r w:rsidRPr="00C57AA7">
        <w:rPr>
          <w:rFonts w:ascii="Times New Roman" w:hAnsi="Times New Roman" w:cs="Times New Roman"/>
          <w:sz w:val="28"/>
          <w:szCs w:val="28"/>
        </w:rPr>
        <w:t xml:space="preserve"> </w:t>
      </w:r>
      <w:proofErr w:type="spellStart"/>
      <w:r w:rsidRPr="00C57AA7">
        <w:rPr>
          <w:rFonts w:ascii="Times New Roman" w:hAnsi="Times New Roman" w:cs="Times New Roman"/>
          <w:sz w:val="28"/>
          <w:szCs w:val="28"/>
        </w:rPr>
        <w:t>tehnice</w:t>
      </w:r>
      <w:proofErr w:type="spellEnd"/>
      <w:r w:rsidRPr="00C57AA7">
        <w:rPr>
          <w:rFonts w:ascii="Times New Roman" w:hAnsi="Times New Roman" w:cs="Times New Roman"/>
          <w:sz w:val="28"/>
          <w:szCs w:val="28"/>
        </w:rPr>
        <w:t xml:space="preserve"> </w:t>
      </w:r>
      <w:proofErr w:type="spellStart"/>
      <w:r w:rsidRPr="00C57AA7">
        <w:rPr>
          <w:rFonts w:ascii="Times New Roman" w:hAnsi="Times New Roman" w:cs="Times New Roman"/>
          <w:sz w:val="28"/>
          <w:szCs w:val="28"/>
        </w:rPr>
        <w:t>și</w:t>
      </w:r>
      <w:proofErr w:type="spellEnd"/>
      <w:r w:rsidRPr="00C57AA7">
        <w:rPr>
          <w:rFonts w:ascii="Times New Roman" w:hAnsi="Times New Roman" w:cs="Times New Roman"/>
          <w:sz w:val="28"/>
          <w:szCs w:val="28"/>
        </w:rPr>
        <w:t xml:space="preserve">, </w:t>
      </w:r>
      <w:proofErr w:type="spellStart"/>
      <w:r w:rsidRPr="00C57AA7">
        <w:rPr>
          <w:rFonts w:ascii="Times New Roman" w:hAnsi="Times New Roman" w:cs="Times New Roman"/>
          <w:sz w:val="28"/>
          <w:szCs w:val="28"/>
        </w:rPr>
        <w:t>după</w:t>
      </w:r>
      <w:proofErr w:type="spellEnd"/>
      <w:r w:rsidRPr="00C57AA7">
        <w:rPr>
          <w:rFonts w:ascii="Times New Roman" w:hAnsi="Times New Roman" w:cs="Times New Roman"/>
          <w:sz w:val="28"/>
          <w:szCs w:val="28"/>
        </w:rPr>
        <w:t xml:space="preserve"> </w:t>
      </w:r>
      <w:proofErr w:type="spellStart"/>
      <w:r w:rsidRPr="00C57AA7">
        <w:rPr>
          <w:rFonts w:ascii="Times New Roman" w:hAnsi="Times New Roman" w:cs="Times New Roman"/>
          <w:sz w:val="28"/>
          <w:szCs w:val="28"/>
        </w:rPr>
        <w:t>caz</w:t>
      </w:r>
      <w:proofErr w:type="spellEnd"/>
      <w:r w:rsidRPr="00C57AA7">
        <w:rPr>
          <w:rFonts w:ascii="Times New Roman" w:hAnsi="Times New Roman" w:cs="Times New Roman"/>
          <w:sz w:val="28"/>
          <w:szCs w:val="28"/>
        </w:rPr>
        <w:t xml:space="preserve">, </w:t>
      </w:r>
      <w:proofErr w:type="gramStart"/>
      <w:r w:rsidRPr="00C57AA7">
        <w:rPr>
          <w:rFonts w:ascii="Times New Roman" w:hAnsi="Times New Roman" w:cs="Times New Roman"/>
          <w:sz w:val="28"/>
          <w:szCs w:val="28"/>
        </w:rPr>
        <w:t>a</w:t>
      </w:r>
      <w:proofErr w:type="gramEnd"/>
      <w:r w:rsidRPr="00C57AA7">
        <w:rPr>
          <w:rFonts w:ascii="Times New Roman" w:hAnsi="Times New Roman" w:cs="Times New Roman"/>
          <w:sz w:val="28"/>
          <w:szCs w:val="28"/>
        </w:rPr>
        <w:t xml:space="preserve"> </w:t>
      </w:r>
      <w:proofErr w:type="spellStart"/>
      <w:r w:rsidRPr="00C57AA7">
        <w:rPr>
          <w:rFonts w:ascii="Times New Roman" w:hAnsi="Times New Roman" w:cs="Times New Roman"/>
          <w:sz w:val="28"/>
          <w:szCs w:val="28"/>
        </w:rPr>
        <w:t>auditului</w:t>
      </w:r>
      <w:proofErr w:type="spellEnd"/>
      <w:r w:rsidRPr="00C57AA7">
        <w:rPr>
          <w:rFonts w:ascii="Times New Roman" w:hAnsi="Times New Roman" w:cs="Times New Roman"/>
          <w:sz w:val="28"/>
          <w:szCs w:val="28"/>
        </w:rPr>
        <w:t xml:space="preserve"> energetic </w:t>
      </w:r>
      <w:proofErr w:type="spellStart"/>
      <w:r w:rsidRPr="00C57AA7">
        <w:rPr>
          <w:rFonts w:ascii="Times New Roman" w:hAnsi="Times New Roman" w:cs="Times New Roman"/>
          <w:sz w:val="28"/>
          <w:szCs w:val="28"/>
        </w:rPr>
        <w:t>ori</w:t>
      </w:r>
      <w:proofErr w:type="spellEnd"/>
      <w:r w:rsidRPr="00C57AA7">
        <w:rPr>
          <w:rFonts w:ascii="Times New Roman" w:hAnsi="Times New Roman" w:cs="Times New Roman"/>
          <w:sz w:val="28"/>
          <w:szCs w:val="28"/>
        </w:rPr>
        <w:t xml:space="preserve"> </w:t>
      </w:r>
      <w:proofErr w:type="gramStart"/>
      <w:r w:rsidRPr="00C57AA7">
        <w:rPr>
          <w:rFonts w:ascii="Times New Roman" w:hAnsi="Times New Roman" w:cs="Times New Roman"/>
          <w:sz w:val="28"/>
          <w:szCs w:val="28"/>
        </w:rPr>
        <w:t>a</w:t>
      </w:r>
      <w:proofErr w:type="gramEnd"/>
      <w:r w:rsidRPr="00C57AA7">
        <w:rPr>
          <w:rFonts w:ascii="Times New Roman" w:hAnsi="Times New Roman" w:cs="Times New Roman"/>
          <w:sz w:val="28"/>
          <w:szCs w:val="28"/>
        </w:rPr>
        <w:t xml:space="preserve"> </w:t>
      </w:r>
      <w:proofErr w:type="spellStart"/>
      <w:r w:rsidRPr="00C57AA7">
        <w:rPr>
          <w:rFonts w:ascii="Times New Roman" w:hAnsi="Times New Roman" w:cs="Times New Roman"/>
          <w:sz w:val="28"/>
          <w:szCs w:val="28"/>
        </w:rPr>
        <w:t>altor</w:t>
      </w:r>
      <w:proofErr w:type="spellEnd"/>
      <w:r w:rsidRPr="00C57AA7">
        <w:rPr>
          <w:rFonts w:ascii="Times New Roman" w:hAnsi="Times New Roman" w:cs="Times New Roman"/>
          <w:sz w:val="28"/>
          <w:szCs w:val="28"/>
        </w:rPr>
        <w:t xml:space="preserve"> </w:t>
      </w:r>
      <w:proofErr w:type="spellStart"/>
      <w:r w:rsidRPr="00C57AA7">
        <w:rPr>
          <w:rFonts w:ascii="Times New Roman" w:hAnsi="Times New Roman" w:cs="Times New Roman"/>
          <w:sz w:val="28"/>
          <w:szCs w:val="28"/>
        </w:rPr>
        <w:t>studii</w:t>
      </w:r>
      <w:proofErr w:type="spellEnd"/>
      <w:r w:rsidRPr="00C57AA7">
        <w:rPr>
          <w:rFonts w:ascii="Times New Roman" w:hAnsi="Times New Roman" w:cs="Times New Roman"/>
          <w:sz w:val="28"/>
          <w:szCs w:val="28"/>
        </w:rPr>
        <w:t xml:space="preserve"> de </w:t>
      </w:r>
      <w:proofErr w:type="spellStart"/>
      <w:r w:rsidRPr="00C57AA7">
        <w:rPr>
          <w:rFonts w:ascii="Times New Roman" w:hAnsi="Times New Roman" w:cs="Times New Roman"/>
          <w:sz w:val="28"/>
          <w:szCs w:val="28"/>
        </w:rPr>
        <w:t>specialitate</w:t>
      </w:r>
      <w:proofErr w:type="spellEnd"/>
      <w:r w:rsidRPr="00C57AA7">
        <w:rPr>
          <w:rFonts w:ascii="Times New Roman" w:hAnsi="Times New Roman" w:cs="Times New Roman"/>
          <w:sz w:val="28"/>
          <w:szCs w:val="28"/>
        </w:rPr>
        <w:t xml:space="preserve">, </w:t>
      </w:r>
      <w:proofErr w:type="spellStart"/>
      <w:r w:rsidRPr="00C57AA7">
        <w:rPr>
          <w:rFonts w:ascii="Times New Roman" w:hAnsi="Times New Roman" w:cs="Times New Roman"/>
          <w:sz w:val="28"/>
          <w:szCs w:val="28"/>
        </w:rPr>
        <w:t>audituri</w:t>
      </w:r>
      <w:proofErr w:type="spellEnd"/>
      <w:r w:rsidRPr="00C57AA7">
        <w:rPr>
          <w:rFonts w:ascii="Times New Roman" w:hAnsi="Times New Roman" w:cs="Times New Roman"/>
          <w:sz w:val="28"/>
          <w:szCs w:val="28"/>
        </w:rPr>
        <w:t xml:space="preserve"> </w:t>
      </w:r>
      <w:proofErr w:type="spellStart"/>
      <w:r w:rsidRPr="00C57AA7">
        <w:rPr>
          <w:rFonts w:ascii="Times New Roman" w:hAnsi="Times New Roman" w:cs="Times New Roman"/>
          <w:sz w:val="28"/>
          <w:szCs w:val="28"/>
        </w:rPr>
        <w:t>sau</w:t>
      </w:r>
      <w:proofErr w:type="spellEnd"/>
      <w:r w:rsidRPr="00C57AA7">
        <w:rPr>
          <w:rFonts w:ascii="Times New Roman" w:hAnsi="Times New Roman" w:cs="Times New Roman"/>
          <w:sz w:val="28"/>
          <w:szCs w:val="28"/>
        </w:rPr>
        <w:t xml:space="preserve"> </w:t>
      </w:r>
      <w:proofErr w:type="spellStart"/>
      <w:r w:rsidRPr="00C57AA7">
        <w:rPr>
          <w:rFonts w:ascii="Times New Roman" w:hAnsi="Times New Roman" w:cs="Times New Roman"/>
          <w:sz w:val="28"/>
          <w:szCs w:val="28"/>
        </w:rPr>
        <w:t>analize</w:t>
      </w:r>
      <w:proofErr w:type="spellEnd"/>
      <w:r w:rsidRPr="00C57AA7">
        <w:rPr>
          <w:rFonts w:ascii="Times New Roman" w:hAnsi="Times New Roman" w:cs="Times New Roman"/>
          <w:sz w:val="28"/>
          <w:szCs w:val="28"/>
        </w:rPr>
        <w:t xml:space="preserve"> </w:t>
      </w:r>
      <w:proofErr w:type="spellStart"/>
      <w:r w:rsidRPr="00C57AA7">
        <w:rPr>
          <w:rFonts w:ascii="Times New Roman" w:hAnsi="Times New Roman" w:cs="Times New Roman"/>
          <w:sz w:val="28"/>
          <w:szCs w:val="28"/>
        </w:rPr>
        <w:t>relevante</w:t>
      </w:r>
      <w:proofErr w:type="spellEnd"/>
      <w:r w:rsidRPr="00C57AA7">
        <w:rPr>
          <w:rFonts w:ascii="Times New Roman" w:hAnsi="Times New Roman" w:cs="Times New Roman"/>
          <w:sz w:val="28"/>
          <w:szCs w:val="28"/>
        </w:rPr>
        <w:t xml:space="preserve">, </w:t>
      </w:r>
      <w:proofErr w:type="spellStart"/>
      <w:r w:rsidRPr="00C57AA7">
        <w:rPr>
          <w:rFonts w:ascii="Times New Roman" w:hAnsi="Times New Roman" w:cs="Times New Roman"/>
          <w:sz w:val="28"/>
          <w:szCs w:val="28"/>
        </w:rPr>
        <w:t>inclusiv</w:t>
      </w:r>
      <w:proofErr w:type="spellEnd"/>
      <w:r w:rsidRPr="00C57AA7">
        <w:rPr>
          <w:rFonts w:ascii="Times New Roman" w:hAnsi="Times New Roman" w:cs="Times New Roman"/>
          <w:sz w:val="28"/>
          <w:szCs w:val="28"/>
        </w:rPr>
        <w:t xml:space="preserve"> </w:t>
      </w:r>
      <w:proofErr w:type="spellStart"/>
      <w:r w:rsidRPr="00C57AA7">
        <w:rPr>
          <w:rFonts w:ascii="Times New Roman" w:hAnsi="Times New Roman" w:cs="Times New Roman"/>
          <w:sz w:val="28"/>
          <w:szCs w:val="28"/>
        </w:rPr>
        <w:t>analiza</w:t>
      </w:r>
      <w:proofErr w:type="spellEnd"/>
      <w:r w:rsidRPr="00C57AA7">
        <w:rPr>
          <w:rFonts w:ascii="Times New Roman" w:hAnsi="Times New Roman" w:cs="Times New Roman"/>
          <w:sz w:val="28"/>
          <w:szCs w:val="28"/>
        </w:rPr>
        <w:t xml:space="preserve"> diagnostic, </w:t>
      </w:r>
      <w:proofErr w:type="spellStart"/>
      <w:r w:rsidRPr="00C57AA7">
        <w:rPr>
          <w:rFonts w:ascii="Times New Roman" w:hAnsi="Times New Roman" w:cs="Times New Roman"/>
          <w:sz w:val="28"/>
          <w:szCs w:val="28"/>
        </w:rPr>
        <w:t>în</w:t>
      </w:r>
      <w:proofErr w:type="spellEnd"/>
      <w:r w:rsidRPr="00C57AA7">
        <w:rPr>
          <w:rFonts w:ascii="Times New Roman" w:hAnsi="Times New Roman" w:cs="Times New Roman"/>
          <w:sz w:val="28"/>
          <w:szCs w:val="28"/>
        </w:rPr>
        <w:t xml:space="preserve"> </w:t>
      </w:r>
      <w:proofErr w:type="spellStart"/>
      <w:r w:rsidRPr="00C57AA7">
        <w:rPr>
          <w:rFonts w:ascii="Times New Roman" w:hAnsi="Times New Roman" w:cs="Times New Roman"/>
          <w:sz w:val="28"/>
          <w:szCs w:val="28"/>
        </w:rPr>
        <w:t>cazul</w:t>
      </w:r>
      <w:proofErr w:type="spellEnd"/>
      <w:r w:rsidRPr="00C57AA7">
        <w:rPr>
          <w:rFonts w:ascii="Times New Roman" w:hAnsi="Times New Roman" w:cs="Times New Roman"/>
          <w:sz w:val="28"/>
          <w:szCs w:val="28"/>
        </w:rPr>
        <w:t xml:space="preserve"> </w:t>
      </w:r>
      <w:proofErr w:type="spellStart"/>
      <w:r w:rsidRPr="00C57AA7">
        <w:rPr>
          <w:rFonts w:ascii="Times New Roman" w:hAnsi="Times New Roman" w:cs="Times New Roman"/>
          <w:sz w:val="28"/>
          <w:szCs w:val="28"/>
        </w:rPr>
        <w:t>intervențiilor</w:t>
      </w:r>
      <w:proofErr w:type="spellEnd"/>
      <w:r w:rsidRPr="00C57AA7">
        <w:rPr>
          <w:rFonts w:ascii="Times New Roman" w:hAnsi="Times New Roman" w:cs="Times New Roman"/>
          <w:sz w:val="28"/>
          <w:szCs w:val="28"/>
        </w:rPr>
        <w:t xml:space="preserve"> la </w:t>
      </w:r>
      <w:proofErr w:type="spellStart"/>
      <w:r w:rsidRPr="00C57AA7">
        <w:rPr>
          <w:rFonts w:ascii="Times New Roman" w:hAnsi="Times New Roman" w:cs="Times New Roman"/>
          <w:sz w:val="28"/>
          <w:szCs w:val="28"/>
        </w:rPr>
        <w:t>construcții</w:t>
      </w:r>
      <w:proofErr w:type="spellEnd"/>
      <w:r w:rsidRPr="00C57AA7">
        <w:rPr>
          <w:rFonts w:ascii="Times New Roman" w:hAnsi="Times New Roman" w:cs="Times New Roman"/>
          <w:sz w:val="28"/>
          <w:szCs w:val="28"/>
        </w:rPr>
        <w:t xml:space="preserve"> </w:t>
      </w:r>
      <w:proofErr w:type="spellStart"/>
      <w:r w:rsidRPr="00C57AA7">
        <w:rPr>
          <w:rFonts w:ascii="Times New Roman" w:hAnsi="Times New Roman" w:cs="Times New Roman"/>
          <w:sz w:val="28"/>
          <w:szCs w:val="28"/>
        </w:rPr>
        <w:t>existente</w:t>
      </w:r>
      <w:proofErr w:type="spellEnd"/>
    </w:p>
    <w:p w14:paraId="45869143" w14:textId="77777777" w:rsidR="00A57563" w:rsidRPr="00C57AA7" w:rsidRDefault="00E8585D">
      <w:pPr>
        <w:rPr>
          <w:rFonts w:cs="Times New Roman"/>
          <w:sz w:val="28"/>
          <w:szCs w:val="28"/>
        </w:rPr>
      </w:pPr>
      <w:r w:rsidRPr="00C57AA7">
        <w:rPr>
          <w:rFonts w:eastAsia="Times New Roman" w:cs="Times New Roman"/>
          <w:sz w:val="28"/>
          <w:szCs w:val="28"/>
        </w:rPr>
        <w:t xml:space="preserve">Sunt </w:t>
      </w:r>
      <w:proofErr w:type="spellStart"/>
      <w:r w:rsidRPr="00C57AA7">
        <w:rPr>
          <w:rFonts w:eastAsia="Times New Roman" w:cs="Times New Roman"/>
          <w:sz w:val="28"/>
          <w:szCs w:val="28"/>
        </w:rPr>
        <w:t>necesare</w:t>
      </w:r>
      <w:proofErr w:type="spellEnd"/>
      <w:r w:rsidRPr="00C57AA7">
        <w:rPr>
          <w:rFonts w:eastAsia="Times New Roman" w:cs="Times New Roman"/>
          <w:sz w:val="28"/>
          <w:szCs w:val="28"/>
        </w:rPr>
        <w:t xml:space="preserve"> </w:t>
      </w:r>
      <w:proofErr w:type="spellStart"/>
      <w:r w:rsidRPr="00C57AA7">
        <w:rPr>
          <w:rFonts w:eastAsia="Times New Roman" w:cs="Times New Roman"/>
          <w:sz w:val="28"/>
          <w:szCs w:val="28"/>
        </w:rPr>
        <w:t>studiul</w:t>
      </w:r>
      <w:proofErr w:type="spellEnd"/>
      <w:r w:rsidRPr="00C57AA7">
        <w:rPr>
          <w:rFonts w:eastAsia="Times New Roman" w:cs="Times New Roman"/>
          <w:sz w:val="28"/>
          <w:szCs w:val="28"/>
        </w:rPr>
        <w:t xml:space="preserve"> </w:t>
      </w:r>
      <w:proofErr w:type="spellStart"/>
      <w:r w:rsidRPr="00C57AA7">
        <w:rPr>
          <w:rFonts w:eastAsia="Times New Roman" w:cs="Times New Roman"/>
          <w:sz w:val="28"/>
          <w:szCs w:val="28"/>
        </w:rPr>
        <w:t>hidrogeologic</w:t>
      </w:r>
      <w:proofErr w:type="spellEnd"/>
      <w:r w:rsidRPr="00C57AA7">
        <w:rPr>
          <w:rFonts w:eastAsia="Times New Roman" w:cs="Times New Roman"/>
          <w:sz w:val="28"/>
          <w:szCs w:val="28"/>
        </w:rPr>
        <w:t xml:space="preserve"> </w:t>
      </w:r>
      <w:proofErr w:type="spellStart"/>
      <w:r w:rsidRPr="00C57AA7">
        <w:rPr>
          <w:rFonts w:eastAsia="Times New Roman" w:cs="Times New Roman"/>
          <w:sz w:val="28"/>
          <w:szCs w:val="28"/>
        </w:rPr>
        <w:t>elaborat</w:t>
      </w:r>
      <w:proofErr w:type="spellEnd"/>
      <w:r w:rsidRPr="00C57AA7">
        <w:rPr>
          <w:rFonts w:eastAsia="Times New Roman" w:cs="Times New Roman"/>
          <w:sz w:val="28"/>
          <w:szCs w:val="28"/>
        </w:rPr>
        <w:t xml:space="preserve"> de o </w:t>
      </w:r>
      <w:proofErr w:type="spellStart"/>
      <w:r w:rsidRPr="00C57AA7">
        <w:rPr>
          <w:rFonts w:eastAsia="Times New Roman" w:cs="Times New Roman"/>
          <w:sz w:val="28"/>
          <w:szCs w:val="28"/>
        </w:rPr>
        <w:t>entitate</w:t>
      </w:r>
      <w:proofErr w:type="spellEnd"/>
      <w:r w:rsidRPr="00C57AA7">
        <w:rPr>
          <w:rFonts w:eastAsia="Times New Roman" w:cs="Times New Roman"/>
          <w:sz w:val="28"/>
          <w:szCs w:val="28"/>
        </w:rPr>
        <w:t xml:space="preserve"> </w:t>
      </w:r>
      <w:proofErr w:type="spellStart"/>
      <w:r w:rsidRPr="00C57AA7">
        <w:rPr>
          <w:rFonts w:eastAsia="Times New Roman" w:cs="Times New Roman"/>
          <w:sz w:val="28"/>
          <w:szCs w:val="28"/>
        </w:rPr>
        <w:t>atestată</w:t>
      </w:r>
      <w:proofErr w:type="spellEnd"/>
      <w:r w:rsidRPr="00C57AA7">
        <w:rPr>
          <w:rFonts w:eastAsia="Times New Roman" w:cs="Times New Roman"/>
          <w:sz w:val="28"/>
          <w:szCs w:val="28"/>
        </w:rPr>
        <w:t xml:space="preserve"> </w:t>
      </w:r>
      <w:proofErr w:type="spellStart"/>
      <w:r w:rsidRPr="00C57AA7">
        <w:rPr>
          <w:rFonts w:eastAsia="Times New Roman" w:cs="Times New Roman"/>
          <w:sz w:val="28"/>
          <w:szCs w:val="28"/>
        </w:rPr>
        <w:t>pentru</w:t>
      </w:r>
      <w:proofErr w:type="spellEnd"/>
      <w:r w:rsidRPr="00C57AA7">
        <w:rPr>
          <w:rFonts w:eastAsia="Times New Roman" w:cs="Times New Roman"/>
          <w:sz w:val="28"/>
          <w:szCs w:val="28"/>
        </w:rPr>
        <w:t xml:space="preserve"> </w:t>
      </w:r>
      <w:proofErr w:type="spellStart"/>
      <w:r w:rsidRPr="00C57AA7">
        <w:rPr>
          <w:rFonts w:eastAsia="Times New Roman" w:cs="Times New Roman"/>
          <w:sz w:val="28"/>
          <w:szCs w:val="28"/>
        </w:rPr>
        <w:t>domeniul</w:t>
      </w:r>
      <w:proofErr w:type="spellEnd"/>
      <w:r w:rsidRPr="00C57AA7">
        <w:rPr>
          <w:rFonts w:eastAsia="Times New Roman" w:cs="Times New Roman"/>
          <w:sz w:val="28"/>
          <w:szCs w:val="28"/>
        </w:rPr>
        <w:t xml:space="preserve"> relevant, </w:t>
      </w:r>
      <w:proofErr w:type="spellStart"/>
      <w:r w:rsidRPr="00C57AA7">
        <w:rPr>
          <w:rFonts w:eastAsia="Times New Roman" w:cs="Times New Roman"/>
          <w:sz w:val="28"/>
          <w:szCs w:val="28"/>
        </w:rPr>
        <w:t>ridicarea</w:t>
      </w:r>
      <w:proofErr w:type="spellEnd"/>
      <w:r w:rsidRPr="00C57AA7">
        <w:rPr>
          <w:rFonts w:eastAsia="Times New Roman" w:cs="Times New Roman"/>
          <w:sz w:val="28"/>
          <w:szCs w:val="28"/>
        </w:rPr>
        <w:t xml:space="preserve"> </w:t>
      </w:r>
      <w:proofErr w:type="spellStart"/>
      <w:r w:rsidRPr="00C57AA7">
        <w:rPr>
          <w:rFonts w:eastAsia="Times New Roman" w:cs="Times New Roman"/>
          <w:sz w:val="28"/>
          <w:szCs w:val="28"/>
        </w:rPr>
        <w:t>topografică</w:t>
      </w:r>
      <w:proofErr w:type="spellEnd"/>
      <w:r w:rsidRPr="00C57AA7">
        <w:rPr>
          <w:rFonts w:eastAsia="Times New Roman" w:cs="Times New Roman"/>
          <w:sz w:val="28"/>
          <w:szCs w:val="28"/>
        </w:rPr>
        <w:t xml:space="preserve">, </w:t>
      </w:r>
      <w:proofErr w:type="spellStart"/>
      <w:r w:rsidRPr="00C57AA7">
        <w:rPr>
          <w:rFonts w:eastAsia="Times New Roman" w:cs="Times New Roman"/>
          <w:sz w:val="28"/>
          <w:szCs w:val="28"/>
        </w:rPr>
        <w:t>analiza</w:t>
      </w:r>
      <w:proofErr w:type="spellEnd"/>
      <w:r w:rsidRPr="00C57AA7">
        <w:rPr>
          <w:rFonts w:eastAsia="Times New Roman" w:cs="Times New Roman"/>
          <w:sz w:val="28"/>
          <w:szCs w:val="28"/>
        </w:rPr>
        <w:t xml:space="preserve"> </w:t>
      </w:r>
      <w:proofErr w:type="spellStart"/>
      <w:r w:rsidRPr="00C57AA7">
        <w:rPr>
          <w:rFonts w:eastAsia="Times New Roman" w:cs="Times New Roman"/>
          <w:sz w:val="28"/>
          <w:szCs w:val="28"/>
        </w:rPr>
        <w:t>cadastrală</w:t>
      </w:r>
      <w:proofErr w:type="spellEnd"/>
      <w:r w:rsidRPr="00C57AA7">
        <w:rPr>
          <w:rFonts w:eastAsia="Times New Roman" w:cs="Times New Roman"/>
          <w:sz w:val="28"/>
          <w:szCs w:val="28"/>
        </w:rPr>
        <w:t xml:space="preserve"> </w:t>
      </w:r>
      <w:proofErr w:type="spellStart"/>
      <w:r w:rsidRPr="00C57AA7">
        <w:rPr>
          <w:rFonts w:eastAsia="Times New Roman" w:cs="Times New Roman"/>
          <w:sz w:val="28"/>
          <w:szCs w:val="28"/>
        </w:rPr>
        <w:t>și</w:t>
      </w:r>
      <w:proofErr w:type="spellEnd"/>
      <w:r w:rsidRPr="00C57AA7">
        <w:rPr>
          <w:rFonts w:eastAsia="Times New Roman" w:cs="Times New Roman"/>
          <w:sz w:val="28"/>
          <w:szCs w:val="28"/>
        </w:rPr>
        <w:t xml:space="preserve"> a </w:t>
      </w:r>
      <w:proofErr w:type="spellStart"/>
      <w:r w:rsidRPr="00C57AA7">
        <w:rPr>
          <w:rFonts w:eastAsia="Times New Roman" w:cs="Times New Roman"/>
          <w:sz w:val="28"/>
          <w:szCs w:val="28"/>
        </w:rPr>
        <w:t>rețelelor</w:t>
      </w:r>
      <w:proofErr w:type="spellEnd"/>
      <w:r w:rsidRPr="00C57AA7">
        <w:rPr>
          <w:rFonts w:eastAsia="Times New Roman" w:cs="Times New Roman"/>
          <w:sz w:val="28"/>
          <w:szCs w:val="28"/>
        </w:rPr>
        <w:t xml:space="preserve">, </w:t>
      </w:r>
      <w:proofErr w:type="spellStart"/>
      <w:r w:rsidRPr="00C57AA7">
        <w:rPr>
          <w:rFonts w:eastAsia="Times New Roman" w:cs="Times New Roman"/>
          <w:sz w:val="28"/>
          <w:szCs w:val="28"/>
        </w:rPr>
        <w:t>documentația</w:t>
      </w:r>
      <w:proofErr w:type="spellEnd"/>
      <w:r w:rsidRPr="00C57AA7">
        <w:rPr>
          <w:rFonts w:eastAsia="Times New Roman" w:cs="Times New Roman"/>
          <w:sz w:val="28"/>
          <w:szCs w:val="28"/>
        </w:rPr>
        <w:t xml:space="preserve"> de </w:t>
      </w:r>
      <w:proofErr w:type="spellStart"/>
      <w:r w:rsidRPr="00C57AA7">
        <w:rPr>
          <w:rFonts w:eastAsia="Times New Roman" w:cs="Times New Roman"/>
          <w:sz w:val="28"/>
          <w:szCs w:val="28"/>
        </w:rPr>
        <w:t>gospodărire</w:t>
      </w:r>
      <w:proofErr w:type="spellEnd"/>
      <w:r w:rsidRPr="00C57AA7">
        <w:rPr>
          <w:rFonts w:eastAsia="Times New Roman" w:cs="Times New Roman"/>
          <w:sz w:val="28"/>
          <w:szCs w:val="28"/>
        </w:rPr>
        <w:t xml:space="preserve"> </w:t>
      </w:r>
      <w:proofErr w:type="gramStart"/>
      <w:r w:rsidRPr="00C57AA7">
        <w:rPr>
          <w:rFonts w:eastAsia="Times New Roman" w:cs="Times New Roman"/>
          <w:sz w:val="28"/>
          <w:szCs w:val="28"/>
        </w:rPr>
        <w:t>a</w:t>
      </w:r>
      <w:proofErr w:type="gramEnd"/>
      <w:r w:rsidRPr="00C57AA7">
        <w:rPr>
          <w:rFonts w:eastAsia="Times New Roman" w:cs="Times New Roman"/>
          <w:sz w:val="28"/>
          <w:szCs w:val="28"/>
        </w:rPr>
        <w:t xml:space="preserve"> </w:t>
      </w:r>
      <w:proofErr w:type="spellStart"/>
      <w:r w:rsidRPr="00C57AA7">
        <w:rPr>
          <w:rFonts w:eastAsia="Times New Roman" w:cs="Times New Roman"/>
          <w:sz w:val="28"/>
          <w:szCs w:val="28"/>
        </w:rPr>
        <w:t>apelor</w:t>
      </w:r>
      <w:proofErr w:type="spellEnd"/>
      <w:r w:rsidRPr="00C57AA7">
        <w:rPr>
          <w:rFonts w:eastAsia="Times New Roman" w:cs="Times New Roman"/>
          <w:sz w:val="28"/>
          <w:szCs w:val="28"/>
        </w:rPr>
        <w:t xml:space="preserve">, </w:t>
      </w:r>
      <w:proofErr w:type="spellStart"/>
      <w:r w:rsidRPr="00C57AA7">
        <w:rPr>
          <w:rFonts w:eastAsia="Times New Roman" w:cs="Times New Roman"/>
          <w:sz w:val="28"/>
          <w:szCs w:val="28"/>
        </w:rPr>
        <w:t>procedura</w:t>
      </w:r>
      <w:proofErr w:type="spellEnd"/>
      <w:r w:rsidRPr="00C57AA7">
        <w:rPr>
          <w:rFonts w:eastAsia="Times New Roman" w:cs="Times New Roman"/>
          <w:sz w:val="28"/>
          <w:szCs w:val="28"/>
        </w:rPr>
        <w:t xml:space="preserve"> de </w:t>
      </w:r>
      <w:proofErr w:type="spellStart"/>
      <w:r w:rsidRPr="00C57AA7">
        <w:rPr>
          <w:rFonts w:eastAsia="Times New Roman" w:cs="Times New Roman"/>
          <w:sz w:val="28"/>
          <w:szCs w:val="28"/>
        </w:rPr>
        <w:t>încadrare</w:t>
      </w:r>
      <w:proofErr w:type="spellEnd"/>
      <w:r w:rsidRPr="00C57AA7">
        <w:rPr>
          <w:rFonts w:eastAsia="Times New Roman" w:cs="Times New Roman"/>
          <w:sz w:val="28"/>
          <w:szCs w:val="28"/>
        </w:rPr>
        <w:t xml:space="preserve"> de </w:t>
      </w:r>
      <w:proofErr w:type="spellStart"/>
      <w:r w:rsidRPr="00C57AA7">
        <w:rPr>
          <w:rFonts w:eastAsia="Times New Roman" w:cs="Times New Roman"/>
          <w:sz w:val="28"/>
          <w:szCs w:val="28"/>
        </w:rPr>
        <w:t>mediu</w:t>
      </w:r>
      <w:proofErr w:type="spellEnd"/>
      <w:r w:rsidRPr="00C57AA7">
        <w:rPr>
          <w:rFonts w:eastAsia="Times New Roman" w:cs="Times New Roman"/>
          <w:sz w:val="28"/>
          <w:szCs w:val="28"/>
        </w:rPr>
        <w:t xml:space="preserve"> </w:t>
      </w:r>
      <w:proofErr w:type="spellStart"/>
      <w:r w:rsidRPr="00C57AA7">
        <w:rPr>
          <w:rFonts w:eastAsia="Times New Roman" w:cs="Times New Roman"/>
          <w:sz w:val="28"/>
          <w:szCs w:val="28"/>
        </w:rPr>
        <w:t>și</w:t>
      </w:r>
      <w:proofErr w:type="spellEnd"/>
      <w:r w:rsidRPr="00C57AA7">
        <w:rPr>
          <w:rFonts w:eastAsia="Times New Roman" w:cs="Times New Roman"/>
          <w:sz w:val="28"/>
          <w:szCs w:val="28"/>
        </w:rPr>
        <w:t xml:space="preserve"> </w:t>
      </w:r>
      <w:proofErr w:type="spellStart"/>
      <w:r w:rsidRPr="00C57AA7">
        <w:rPr>
          <w:rFonts w:eastAsia="Times New Roman" w:cs="Times New Roman"/>
          <w:sz w:val="28"/>
          <w:szCs w:val="28"/>
        </w:rPr>
        <w:t>analizele</w:t>
      </w:r>
      <w:proofErr w:type="spellEnd"/>
      <w:r w:rsidRPr="00C57AA7">
        <w:rPr>
          <w:rFonts w:eastAsia="Times New Roman" w:cs="Times New Roman"/>
          <w:sz w:val="28"/>
          <w:szCs w:val="28"/>
        </w:rPr>
        <w:t xml:space="preserve"> de </w:t>
      </w:r>
      <w:proofErr w:type="spellStart"/>
      <w:r w:rsidRPr="00C57AA7">
        <w:rPr>
          <w:rFonts w:eastAsia="Times New Roman" w:cs="Times New Roman"/>
          <w:sz w:val="28"/>
          <w:szCs w:val="28"/>
        </w:rPr>
        <w:t>apă</w:t>
      </w:r>
      <w:proofErr w:type="spellEnd"/>
      <w:r w:rsidRPr="00C57AA7">
        <w:rPr>
          <w:rFonts w:eastAsia="Times New Roman" w:cs="Times New Roman"/>
          <w:sz w:val="28"/>
          <w:szCs w:val="28"/>
        </w:rPr>
        <w:t xml:space="preserve">. </w:t>
      </w:r>
      <w:proofErr w:type="spellStart"/>
      <w:r w:rsidRPr="00C57AA7">
        <w:rPr>
          <w:rFonts w:eastAsia="Times New Roman" w:cs="Times New Roman"/>
          <w:sz w:val="28"/>
          <w:szCs w:val="28"/>
        </w:rPr>
        <w:t>Studiul</w:t>
      </w:r>
      <w:proofErr w:type="spellEnd"/>
      <w:r w:rsidRPr="00C57AA7">
        <w:rPr>
          <w:rFonts w:eastAsia="Times New Roman" w:cs="Times New Roman"/>
          <w:sz w:val="28"/>
          <w:szCs w:val="28"/>
        </w:rPr>
        <w:t xml:space="preserve"> </w:t>
      </w:r>
      <w:proofErr w:type="spellStart"/>
      <w:r w:rsidRPr="00C57AA7">
        <w:rPr>
          <w:rFonts w:eastAsia="Times New Roman" w:cs="Times New Roman"/>
          <w:sz w:val="28"/>
          <w:szCs w:val="28"/>
        </w:rPr>
        <w:t>geotehnic</w:t>
      </w:r>
      <w:proofErr w:type="spellEnd"/>
      <w:r w:rsidRPr="00C57AA7">
        <w:rPr>
          <w:rFonts w:eastAsia="Times New Roman" w:cs="Times New Roman"/>
          <w:sz w:val="28"/>
          <w:szCs w:val="28"/>
        </w:rPr>
        <w:t xml:space="preserve"> </w:t>
      </w:r>
      <w:proofErr w:type="spellStart"/>
      <w:r w:rsidRPr="00C57AA7">
        <w:rPr>
          <w:rFonts w:eastAsia="Times New Roman" w:cs="Times New Roman"/>
          <w:sz w:val="28"/>
          <w:szCs w:val="28"/>
        </w:rPr>
        <w:t>ori</w:t>
      </w:r>
      <w:proofErr w:type="spellEnd"/>
      <w:r w:rsidRPr="00C57AA7">
        <w:rPr>
          <w:rFonts w:eastAsia="Times New Roman" w:cs="Times New Roman"/>
          <w:sz w:val="28"/>
          <w:szCs w:val="28"/>
        </w:rPr>
        <w:t xml:space="preserve"> </w:t>
      </w:r>
      <w:proofErr w:type="spellStart"/>
      <w:r w:rsidRPr="00C57AA7">
        <w:rPr>
          <w:rFonts w:eastAsia="Times New Roman" w:cs="Times New Roman"/>
          <w:sz w:val="28"/>
          <w:szCs w:val="28"/>
        </w:rPr>
        <w:t>alte</w:t>
      </w:r>
      <w:proofErr w:type="spellEnd"/>
      <w:r w:rsidRPr="00C57AA7">
        <w:rPr>
          <w:rFonts w:eastAsia="Times New Roman" w:cs="Times New Roman"/>
          <w:sz w:val="28"/>
          <w:szCs w:val="28"/>
        </w:rPr>
        <w:t xml:space="preserve"> </w:t>
      </w:r>
      <w:proofErr w:type="spellStart"/>
      <w:r w:rsidRPr="00C57AA7">
        <w:rPr>
          <w:rFonts w:eastAsia="Times New Roman" w:cs="Times New Roman"/>
          <w:sz w:val="28"/>
          <w:szCs w:val="28"/>
        </w:rPr>
        <w:t>expertize</w:t>
      </w:r>
      <w:proofErr w:type="spellEnd"/>
      <w:r w:rsidRPr="00C57AA7">
        <w:rPr>
          <w:rFonts w:eastAsia="Times New Roman" w:cs="Times New Roman"/>
          <w:sz w:val="28"/>
          <w:szCs w:val="28"/>
        </w:rPr>
        <w:t xml:space="preserve"> se </w:t>
      </w:r>
      <w:proofErr w:type="spellStart"/>
      <w:r w:rsidRPr="00C57AA7">
        <w:rPr>
          <w:rFonts w:eastAsia="Times New Roman" w:cs="Times New Roman"/>
          <w:sz w:val="28"/>
          <w:szCs w:val="28"/>
        </w:rPr>
        <w:t>vor</w:t>
      </w:r>
      <w:proofErr w:type="spellEnd"/>
      <w:r w:rsidRPr="00C57AA7">
        <w:rPr>
          <w:rFonts w:eastAsia="Times New Roman" w:cs="Times New Roman"/>
          <w:sz w:val="28"/>
          <w:szCs w:val="28"/>
        </w:rPr>
        <w:t xml:space="preserve"> </w:t>
      </w:r>
      <w:proofErr w:type="spellStart"/>
      <w:r w:rsidRPr="00C57AA7">
        <w:rPr>
          <w:rFonts w:eastAsia="Times New Roman" w:cs="Times New Roman"/>
          <w:sz w:val="28"/>
          <w:szCs w:val="28"/>
        </w:rPr>
        <w:t>realiza</w:t>
      </w:r>
      <w:proofErr w:type="spellEnd"/>
      <w:r w:rsidRPr="00C57AA7">
        <w:rPr>
          <w:rFonts w:eastAsia="Times New Roman" w:cs="Times New Roman"/>
          <w:sz w:val="28"/>
          <w:szCs w:val="28"/>
        </w:rPr>
        <w:t xml:space="preserve"> </w:t>
      </w:r>
      <w:proofErr w:type="spellStart"/>
      <w:r w:rsidRPr="00C57AA7">
        <w:rPr>
          <w:rFonts w:eastAsia="Times New Roman" w:cs="Times New Roman"/>
          <w:sz w:val="28"/>
          <w:szCs w:val="28"/>
        </w:rPr>
        <w:t>dacă</w:t>
      </w:r>
      <w:proofErr w:type="spellEnd"/>
      <w:r w:rsidRPr="00C57AA7">
        <w:rPr>
          <w:rFonts w:eastAsia="Times New Roman" w:cs="Times New Roman"/>
          <w:sz w:val="28"/>
          <w:szCs w:val="28"/>
        </w:rPr>
        <w:t xml:space="preserve"> </w:t>
      </w:r>
      <w:proofErr w:type="spellStart"/>
      <w:r w:rsidRPr="00C57AA7">
        <w:rPr>
          <w:rFonts w:eastAsia="Times New Roman" w:cs="Times New Roman"/>
          <w:sz w:val="28"/>
          <w:szCs w:val="28"/>
        </w:rPr>
        <w:t>soluția</w:t>
      </w:r>
      <w:proofErr w:type="spellEnd"/>
      <w:r w:rsidRPr="00C57AA7">
        <w:rPr>
          <w:rFonts w:eastAsia="Times New Roman" w:cs="Times New Roman"/>
          <w:sz w:val="28"/>
          <w:szCs w:val="28"/>
        </w:rPr>
        <w:t xml:space="preserve"> de </w:t>
      </w:r>
      <w:proofErr w:type="spellStart"/>
      <w:r w:rsidRPr="00C57AA7">
        <w:rPr>
          <w:rFonts w:eastAsia="Times New Roman" w:cs="Times New Roman"/>
          <w:sz w:val="28"/>
          <w:szCs w:val="28"/>
        </w:rPr>
        <w:t>protecție</w:t>
      </w:r>
      <w:proofErr w:type="spellEnd"/>
      <w:r w:rsidRPr="00C57AA7">
        <w:rPr>
          <w:rFonts w:eastAsia="Times New Roman" w:cs="Times New Roman"/>
          <w:sz w:val="28"/>
          <w:szCs w:val="28"/>
        </w:rPr>
        <w:t xml:space="preserve">, </w:t>
      </w:r>
      <w:proofErr w:type="spellStart"/>
      <w:r w:rsidRPr="00C57AA7">
        <w:rPr>
          <w:rFonts w:eastAsia="Times New Roman" w:cs="Times New Roman"/>
          <w:sz w:val="28"/>
          <w:szCs w:val="28"/>
        </w:rPr>
        <w:t>construcțiile</w:t>
      </w:r>
      <w:proofErr w:type="spellEnd"/>
      <w:r w:rsidRPr="00C57AA7">
        <w:rPr>
          <w:rFonts w:eastAsia="Times New Roman" w:cs="Times New Roman"/>
          <w:sz w:val="28"/>
          <w:szCs w:val="28"/>
        </w:rPr>
        <w:t xml:space="preserve"> </w:t>
      </w:r>
      <w:proofErr w:type="spellStart"/>
      <w:r w:rsidRPr="00C57AA7">
        <w:rPr>
          <w:rFonts w:eastAsia="Times New Roman" w:cs="Times New Roman"/>
          <w:sz w:val="28"/>
          <w:szCs w:val="28"/>
        </w:rPr>
        <w:t>existente</w:t>
      </w:r>
      <w:proofErr w:type="spellEnd"/>
      <w:r w:rsidRPr="00C57AA7">
        <w:rPr>
          <w:rFonts w:eastAsia="Times New Roman" w:cs="Times New Roman"/>
          <w:sz w:val="28"/>
          <w:szCs w:val="28"/>
        </w:rPr>
        <w:t xml:space="preserve"> </w:t>
      </w:r>
      <w:proofErr w:type="spellStart"/>
      <w:r w:rsidRPr="00C57AA7">
        <w:rPr>
          <w:rFonts w:eastAsia="Times New Roman" w:cs="Times New Roman"/>
          <w:sz w:val="28"/>
          <w:szCs w:val="28"/>
        </w:rPr>
        <w:t>sau</w:t>
      </w:r>
      <w:proofErr w:type="spellEnd"/>
      <w:r w:rsidRPr="00C57AA7">
        <w:rPr>
          <w:rFonts w:eastAsia="Times New Roman" w:cs="Times New Roman"/>
          <w:sz w:val="28"/>
          <w:szCs w:val="28"/>
        </w:rPr>
        <w:t xml:space="preserve"> </w:t>
      </w:r>
      <w:proofErr w:type="spellStart"/>
      <w:r w:rsidRPr="00C57AA7">
        <w:rPr>
          <w:rFonts w:eastAsia="Times New Roman" w:cs="Times New Roman"/>
          <w:sz w:val="28"/>
          <w:szCs w:val="28"/>
        </w:rPr>
        <w:t>autoritățile</w:t>
      </w:r>
      <w:proofErr w:type="spellEnd"/>
      <w:r w:rsidRPr="00C57AA7">
        <w:rPr>
          <w:rFonts w:eastAsia="Times New Roman" w:cs="Times New Roman"/>
          <w:sz w:val="28"/>
          <w:szCs w:val="28"/>
        </w:rPr>
        <w:t xml:space="preserve"> le </w:t>
      </w:r>
      <w:proofErr w:type="spellStart"/>
      <w:r w:rsidRPr="00C57AA7">
        <w:rPr>
          <w:rFonts w:eastAsia="Times New Roman" w:cs="Times New Roman"/>
          <w:sz w:val="28"/>
          <w:szCs w:val="28"/>
        </w:rPr>
        <w:t>impun</w:t>
      </w:r>
      <w:proofErr w:type="spellEnd"/>
      <w:r w:rsidRPr="00C57AA7">
        <w:rPr>
          <w:rFonts w:eastAsia="Times New Roman" w:cs="Times New Roman"/>
          <w:sz w:val="28"/>
          <w:szCs w:val="28"/>
        </w:rPr>
        <w:t xml:space="preserve">. </w:t>
      </w:r>
      <w:proofErr w:type="spellStart"/>
      <w:r w:rsidRPr="00C57AA7">
        <w:rPr>
          <w:rFonts w:eastAsia="Times New Roman" w:cs="Times New Roman"/>
          <w:sz w:val="28"/>
          <w:szCs w:val="28"/>
        </w:rPr>
        <w:t>Auditul</w:t>
      </w:r>
      <w:proofErr w:type="spellEnd"/>
      <w:r w:rsidRPr="00C57AA7">
        <w:rPr>
          <w:rFonts w:eastAsia="Times New Roman" w:cs="Times New Roman"/>
          <w:sz w:val="28"/>
          <w:szCs w:val="28"/>
        </w:rPr>
        <w:t xml:space="preserve"> energetic nu </w:t>
      </w:r>
      <w:proofErr w:type="spellStart"/>
      <w:r w:rsidRPr="00C57AA7">
        <w:rPr>
          <w:rFonts w:eastAsia="Times New Roman" w:cs="Times New Roman"/>
          <w:sz w:val="28"/>
          <w:szCs w:val="28"/>
        </w:rPr>
        <w:t>este</w:t>
      </w:r>
      <w:proofErr w:type="spellEnd"/>
      <w:r w:rsidRPr="00C57AA7">
        <w:rPr>
          <w:rFonts w:eastAsia="Times New Roman" w:cs="Times New Roman"/>
          <w:sz w:val="28"/>
          <w:szCs w:val="28"/>
        </w:rPr>
        <w:t xml:space="preserve"> </w:t>
      </w:r>
      <w:proofErr w:type="spellStart"/>
      <w:r w:rsidRPr="00C57AA7">
        <w:rPr>
          <w:rFonts w:eastAsia="Times New Roman" w:cs="Times New Roman"/>
          <w:sz w:val="28"/>
          <w:szCs w:val="28"/>
        </w:rPr>
        <w:t>aplicabil</w:t>
      </w:r>
      <w:proofErr w:type="spellEnd"/>
      <w:r w:rsidRPr="00C57AA7">
        <w:rPr>
          <w:rFonts w:eastAsia="Times New Roman" w:cs="Times New Roman"/>
          <w:sz w:val="28"/>
          <w:szCs w:val="28"/>
        </w:rPr>
        <w:t xml:space="preserve"> </w:t>
      </w:r>
      <w:proofErr w:type="spellStart"/>
      <w:r w:rsidRPr="00C57AA7">
        <w:rPr>
          <w:rFonts w:eastAsia="Times New Roman" w:cs="Times New Roman"/>
          <w:sz w:val="28"/>
          <w:szCs w:val="28"/>
        </w:rPr>
        <w:t>obiectului</w:t>
      </w:r>
      <w:proofErr w:type="spellEnd"/>
      <w:r w:rsidRPr="00C57AA7">
        <w:rPr>
          <w:rFonts w:eastAsia="Times New Roman" w:cs="Times New Roman"/>
          <w:sz w:val="28"/>
          <w:szCs w:val="28"/>
        </w:rPr>
        <w:t>.</w:t>
      </w:r>
    </w:p>
    <w:p w14:paraId="567F81BE" w14:textId="77777777" w:rsidR="00A57563" w:rsidRPr="00C57AA7" w:rsidRDefault="00E8585D">
      <w:pPr>
        <w:pStyle w:val="Titlu2"/>
        <w:rPr>
          <w:rFonts w:ascii="Times New Roman" w:hAnsi="Times New Roman" w:cs="Times New Roman"/>
          <w:sz w:val="28"/>
          <w:szCs w:val="28"/>
        </w:rPr>
      </w:pPr>
      <w:r w:rsidRPr="00C57AA7">
        <w:rPr>
          <w:rFonts w:ascii="Times New Roman" w:hAnsi="Times New Roman" w:cs="Times New Roman"/>
          <w:sz w:val="28"/>
          <w:szCs w:val="28"/>
        </w:rPr>
        <w:t xml:space="preserve">– </w:t>
      </w:r>
      <w:proofErr w:type="spellStart"/>
      <w:r w:rsidRPr="00C57AA7">
        <w:rPr>
          <w:rFonts w:ascii="Times New Roman" w:hAnsi="Times New Roman" w:cs="Times New Roman"/>
          <w:sz w:val="28"/>
          <w:szCs w:val="28"/>
        </w:rPr>
        <w:t>unui</w:t>
      </w:r>
      <w:proofErr w:type="spellEnd"/>
      <w:r w:rsidRPr="00C57AA7">
        <w:rPr>
          <w:rFonts w:ascii="Times New Roman" w:hAnsi="Times New Roman" w:cs="Times New Roman"/>
          <w:sz w:val="28"/>
          <w:szCs w:val="28"/>
        </w:rPr>
        <w:t xml:space="preserve"> </w:t>
      </w:r>
      <w:proofErr w:type="spellStart"/>
      <w:r w:rsidRPr="00C57AA7">
        <w:rPr>
          <w:rFonts w:ascii="Times New Roman" w:hAnsi="Times New Roman" w:cs="Times New Roman"/>
          <w:sz w:val="28"/>
          <w:szCs w:val="28"/>
        </w:rPr>
        <w:t>studiu</w:t>
      </w:r>
      <w:proofErr w:type="spellEnd"/>
      <w:r w:rsidRPr="00C57AA7">
        <w:rPr>
          <w:rFonts w:ascii="Times New Roman" w:hAnsi="Times New Roman" w:cs="Times New Roman"/>
          <w:sz w:val="28"/>
          <w:szCs w:val="28"/>
        </w:rPr>
        <w:t xml:space="preserve"> de </w:t>
      </w:r>
      <w:proofErr w:type="spellStart"/>
      <w:r w:rsidRPr="00C57AA7">
        <w:rPr>
          <w:rFonts w:ascii="Times New Roman" w:hAnsi="Times New Roman" w:cs="Times New Roman"/>
          <w:sz w:val="28"/>
          <w:szCs w:val="28"/>
        </w:rPr>
        <w:t>fundamentare</w:t>
      </w:r>
      <w:proofErr w:type="spellEnd"/>
      <w:r w:rsidRPr="00C57AA7">
        <w:rPr>
          <w:rFonts w:ascii="Times New Roman" w:hAnsi="Times New Roman" w:cs="Times New Roman"/>
          <w:sz w:val="28"/>
          <w:szCs w:val="28"/>
        </w:rPr>
        <w:t xml:space="preserve"> a </w:t>
      </w:r>
      <w:proofErr w:type="spellStart"/>
      <w:r w:rsidRPr="00C57AA7">
        <w:rPr>
          <w:rFonts w:ascii="Times New Roman" w:hAnsi="Times New Roman" w:cs="Times New Roman"/>
          <w:sz w:val="28"/>
          <w:szCs w:val="28"/>
        </w:rPr>
        <w:t>valorii</w:t>
      </w:r>
      <w:proofErr w:type="spellEnd"/>
      <w:r w:rsidRPr="00C57AA7">
        <w:rPr>
          <w:rFonts w:ascii="Times New Roman" w:hAnsi="Times New Roman" w:cs="Times New Roman"/>
          <w:sz w:val="28"/>
          <w:szCs w:val="28"/>
        </w:rPr>
        <w:t xml:space="preserve"> </w:t>
      </w:r>
      <w:proofErr w:type="spellStart"/>
      <w:r w:rsidRPr="00C57AA7">
        <w:rPr>
          <w:rFonts w:ascii="Times New Roman" w:hAnsi="Times New Roman" w:cs="Times New Roman"/>
          <w:sz w:val="28"/>
          <w:szCs w:val="28"/>
        </w:rPr>
        <w:t>resursei</w:t>
      </w:r>
      <w:proofErr w:type="spellEnd"/>
      <w:r w:rsidRPr="00C57AA7">
        <w:rPr>
          <w:rFonts w:ascii="Times New Roman" w:hAnsi="Times New Roman" w:cs="Times New Roman"/>
          <w:sz w:val="28"/>
          <w:szCs w:val="28"/>
        </w:rPr>
        <w:t xml:space="preserve"> </w:t>
      </w:r>
      <w:proofErr w:type="spellStart"/>
      <w:r w:rsidRPr="00C57AA7">
        <w:rPr>
          <w:rFonts w:ascii="Times New Roman" w:hAnsi="Times New Roman" w:cs="Times New Roman"/>
          <w:sz w:val="28"/>
          <w:szCs w:val="28"/>
        </w:rPr>
        <w:t>culturale</w:t>
      </w:r>
      <w:proofErr w:type="spellEnd"/>
      <w:r w:rsidRPr="00C57AA7">
        <w:rPr>
          <w:rFonts w:ascii="Times New Roman" w:hAnsi="Times New Roman" w:cs="Times New Roman"/>
          <w:sz w:val="28"/>
          <w:szCs w:val="28"/>
        </w:rPr>
        <w:t xml:space="preserve"> </w:t>
      </w:r>
      <w:proofErr w:type="spellStart"/>
      <w:r w:rsidRPr="00C57AA7">
        <w:rPr>
          <w:rFonts w:ascii="Times New Roman" w:hAnsi="Times New Roman" w:cs="Times New Roman"/>
          <w:sz w:val="28"/>
          <w:szCs w:val="28"/>
        </w:rPr>
        <w:t>referitoare</w:t>
      </w:r>
      <w:proofErr w:type="spellEnd"/>
      <w:r w:rsidRPr="00C57AA7">
        <w:rPr>
          <w:rFonts w:ascii="Times New Roman" w:hAnsi="Times New Roman" w:cs="Times New Roman"/>
          <w:sz w:val="28"/>
          <w:szCs w:val="28"/>
        </w:rPr>
        <w:t xml:space="preserve"> la </w:t>
      </w:r>
      <w:proofErr w:type="spellStart"/>
      <w:r w:rsidRPr="00C57AA7">
        <w:rPr>
          <w:rFonts w:ascii="Times New Roman" w:hAnsi="Times New Roman" w:cs="Times New Roman"/>
          <w:sz w:val="28"/>
          <w:szCs w:val="28"/>
        </w:rPr>
        <w:t>restricțiile</w:t>
      </w:r>
      <w:proofErr w:type="spellEnd"/>
      <w:r w:rsidRPr="00C57AA7">
        <w:rPr>
          <w:rFonts w:ascii="Times New Roman" w:hAnsi="Times New Roman" w:cs="Times New Roman"/>
          <w:sz w:val="28"/>
          <w:szCs w:val="28"/>
        </w:rPr>
        <w:t xml:space="preserve"> </w:t>
      </w:r>
      <w:proofErr w:type="spellStart"/>
      <w:r w:rsidRPr="00C57AA7">
        <w:rPr>
          <w:rFonts w:ascii="Times New Roman" w:hAnsi="Times New Roman" w:cs="Times New Roman"/>
          <w:sz w:val="28"/>
          <w:szCs w:val="28"/>
        </w:rPr>
        <w:t>și</w:t>
      </w:r>
      <w:proofErr w:type="spellEnd"/>
      <w:r w:rsidRPr="00C57AA7">
        <w:rPr>
          <w:rFonts w:ascii="Times New Roman" w:hAnsi="Times New Roman" w:cs="Times New Roman"/>
          <w:sz w:val="28"/>
          <w:szCs w:val="28"/>
        </w:rPr>
        <w:t xml:space="preserve"> </w:t>
      </w:r>
      <w:proofErr w:type="spellStart"/>
      <w:r w:rsidRPr="00C57AA7">
        <w:rPr>
          <w:rFonts w:ascii="Times New Roman" w:hAnsi="Times New Roman" w:cs="Times New Roman"/>
          <w:sz w:val="28"/>
          <w:szCs w:val="28"/>
        </w:rPr>
        <w:t>permisivitățile</w:t>
      </w:r>
      <w:proofErr w:type="spellEnd"/>
      <w:r w:rsidRPr="00C57AA7">
        <w:rPr>
          <w:rFonts w:ascii="Times New Roman" w:hAnsi="Times New Roman" w:cs="Times New Roman"/>
          <w:sz w:val="28"/>
          <w:szCs w:val="28"/>
        </w:rPr>
        <w:t xml:space="preserve"> </w:t>
      </w:r>
      <w:proofErr w:type="spellStart"/>
      <w:r w:rsidRPr="00C57AA7">
        <w:rPr>
          <w:rFonts w:ascii="Times New Roman" w:hAnsi="Times New Roman" w:cs="Times New Roman"/>
          <w:sz w:val="28"/>
          <w:szCs w:val="28"/>
        </w:rPr>
        <w:t>asociate</w:t>
      </w:r>
      <w:proofErr w:type="spellEnd"/>
      <w:r w:rsidRPr="00C57AA7">
        <w:rPr>
          <w:rFonts w:ascii="Times New Roman" w:hAnsi="Times New Roman" w:cs="Times New Roman"/>
          <w:sz w:val="28"/>
          <w:szCs w:val="28"/>
        </w:rPr>
        <w:t xml:space="preserve"> cu </w:t>
      </w:r>
      <w:proofErr w:type="spellStart"/>
      <w:r w:rsidRPr="00C57AA7">
        <w:rPr>
          <w:rFonts w:ascii="Times New Roman" w:hAnsi="Times New Roman" w:cs="Times New Roman"/>
          <w:sz w:val="28"/>
          <w:szCs w:val="28"/>
        </w:rPr>
        <w:t>obiectivul</w:t>
      </w:r>
      <w:proofErr w:type="spellEnd"/>
      <w:r w:rsidRPr="00C57AA7">
        <w:rPr>
          <w:rFonts w:ascii="Times New Roman" w:hAnsi="Times New Roman" w:cs="Times New Roman"/>
          <w:sz w:val="28"/>
          <w:szCs w:val="28"/>
        </w:rPr>
        <w:t xml:space="preserve"> de </w:t>
      </w:r>
      <w:proofErr w:type="spellStart"/>
      <w:r w:rsidRPr="00C57AA7">
        <w:rPr>
          <w:rFonts w:ascii="Times New Roman" w:hAnsi="Times New Roman" w:cs="Times New Roman"/>
          <w:sz w:val="28"/>
          <w:szCs w:val="28"/>
        </w:rPr>
        <w:t>investiții</w:t>
      </w:r>
      <w:proofErr w:type="spellEnd"/>
      <w:r w:rsidRPr="00C57AA7">
        <w:rPr>
          <w:rFonts w:ascii="Times New Roman" w:hAnsi="Times New Roman" w:cs="Times New Roman"/>
          <w:sz w:val="28"/>
          <w:szCs w:val="28"/>
        </w:rPr>
        <w:t xml:space="preserve">, </w:t>
      </w:r>
      <w:proofErr w:type="spellStart"/>
      <w:r w:rsidRPr="00C57AA7">
        <w:rPr>
          <w:rFonts w:ascii="Times New Roman" w:hAnsi="Times New Roman" w:cs="Times New Roman"/>
          <w:sz w:val="28"/>
          <w:szCs w:val="28"/>
        </w:rPr>
        <w:t>în</w:t>
      </w:r>
      <w:proofErr w:type="spellEnd"/>
      <w:r w:rsidRPr="00C57AA7">
        <w:rPr>
          <w:rFonts w:ascii="Times New Roman" w:hAnsi="Times New Roman" w:cs="Times New Roman"/>
          <w:sz w:val="28"/>
          <w:szCs w:val="28"/>
        </w:rPr>
        <w:t xml:space="preserve"> </w:t>
      </w:r>
      <w:proofErr w:type="spellStart"/>
      <w:r w:rsidRPr="00C57AA7">
        <w:rPr>
          <w:rFonts w:ascii="Times New Roman" w:hAnsi="Times New Roman" w:cs="Times New Roman"/>
          <w:sz w:val="28"/>
          <w:szCs w:val="28"/>
        </w:rPr>
        <w:t>cazul</w:t>
      </w:r>
      <w:proofErr w:type="spellEnd"/>
      <w:r w:rsidRPr="00C57AA7">
        <w:rPr>
          <w:rFonts w:ascii="Times New Roman" w:hAnsi="Times New Roman" w:cs="Times New Roman"/>
          <w:sz w:val="28"/>
          <w:szCs w:val="28"/>
        </w:rPr>
        <w:t xml:space="preserve"> </w:t>
      </w:r>
      <w:proofErr w:type="spellStart"/>
      <w:r w:rsidRPr="00C57AA7">
        <w:rPr>
          <w:rFonts w:ascii="Times New Roman" w:hAnsi="Times New Roman" w:cs="Times New Roman"/>
          <w:sz w:val="28"/>
          <w:szCs w:val="28"/>
        </w:rPr>
        <w:t>intervențiilor</w:t>
      </w:r>
      <w:proofErr w:type="spellEnd"/>
      <w:r w:rsidRPr="00C57AA7">
        <w:rPr>
          <w:rFonts w:ascii="Times New Roman" w:hAnsi="Times New Roman" w:cs="Times New Roman"/>
          <w:sz w:val="28"/>
          <w:szCs w:val="28"/>
        </w:rPr>
        <w:t xml:space="preserve"> pe </w:t>
      </w:r>
      <w:proofErr w:type="spellStart"/>
      <w:r w:rsidRPr="00C57AA7">
        <w:rPr>
          <w:rFonts w:ascii="Times New Roman" w:hAnsi="Times New Roman" w:cs="Times New Roman"/>
          <w:sz w:val="28"/>
          <w:szCs w:val="28"/>
        </w:rPr>
        <w:t>monumente</w:t>
      </w:r>
      <w:proofErr w:type="spellEnd"/>
      <w:r w:rsidRPr="00C57AA7">
        <w:rPr>
          <w:rFonts w:ascii="Times New Roman" w:hAnsi="Times New Roman" w:cs="Times New Roman"/>
          <w:sz w:val="28"/>
          <w:szCs w:val="28"/>
        </w:rPr>
        <w:t xml:space="preserve"> </w:t>
      </w:r>
      <w:proofErr w:type="spellStart"/>
      <w:r w:rsidRPr="00C57AA7">
        <w:rPr>
          <w:rFonts w:ascii="Times New Roman" w:hAnsi="Times New Roman" w:cs="Times New Roman"/>
          <w:sz w:val="28"/>
          <w:szCs w:val="28"/>
        </w:rPr>
        <w:t>istorice</w:t>
      </w:r>
      <w:proofErr w:type="spellEnd"/>
      <w:r w:rsidRPr="00C57AA7">
        <w:rPr>
          <w:rFonts w:ascii="Times New Roman" w:hAnsi="Times New Roman" w:cs="Times New Roman"/>
          <w:sz w:val="28"/>
          <w:szCs w:val="28"/>
        </w:rPr>
        <w:t xml:space="preserve"> </w:t>
      </w:r>
      <w:proofErr w:type="spellStart"/>
      <w:r w:rsidRPr="00C57AA7">
        <w:rPr>
          <w:rFonts w:ascii="Times New Roman" w:hAnsi="Times New Roman" w:cs="Times New Roman"/>
          <w:sz w:val="28"/>
          <w:szCs w:val="28"/>
        </w:rPr>
        <w:t>sau</w:t>
      </w:r>
      <w:proofErr w:type="spellEnd"/>
      <w:r w:rsidRPr="00C57AA7">
        <w:rPr>
          <w:rFonts w:ascii="Times New Roman" w:hAnsi="Times New Roman" w:cs="Times New Roman"/>
          <w:sz w:val="28"/>
          <w:szCs w:val="28"/>
        </w:rPr>
        <w:t xml:space="preserve"> </w:t>
      </w:r>
      <w:proofErr w:type="spellStart"/>
      <w:r w:rsidRPr="00C57AA7">
        <w:rPr>
          <w:rFonts w:ascii="Times New Roman" w:hAnsi="Times New Roman" w:cs="Times New Roman"/>
          <w:sz w:val="28"/>
          <w:szCs w:val="28"/>
        </w:rPr>
        <w:t>în</w:t>
      </w:r>
      <w:proofErr w:type="spellEnd"/>
      <w:r w:rsidRPr="00C57AA7">
        <w:rPr>
          <w:rFonts w:ascii="Times New Roman" w:hAnsi="Times New Roman" w:cs="Times New Roman"/>
          <w:sz w:val="28"/>
          <w:szCs w:val="28"/>
        </w:rPr>
        <w:t xml:space="preserve"> zone </w:t>
      </w:r>
      <w:proofErr w:type="spellStart"/>
      <w:r w:rsidRPr="00C57AA7">
        <w:rPr>
          <w:rFonts w:ascii="Times New Roman" w:hAnsi="Times New Roman" w:cs="Times New Roman"/>
          <w:sz w:val="28"/>
          <w:szCs w:val="28"/>
        </w:rPr>
        <w:t>protejate</w:t>
      </w:r>
      <w:proofErr w:type="spellEnd"/>
    </w:p>
    <w:p w14:paraId="74A13E05" w14:textId="77777777" w:rsidR="00A57563" w:rsidRPr="00C57AA7" w:rsidRDefault="00E8585D">
      <w:pPr>
        <w:rPr>
          <w:rFonts w:cs="Times New Roman"/>
          <w:sz w:val="28"/>
          <w:szCs w:val="28"/>
        </w:rPr>
      </w:pPr>
      <w:r w:rsidRPr="00C57AA7">
        <w:rPr>
          <w:rFonts w:eastAsia="Times New Roman" w:cs="Times New Roman"/>
          <w:sz w:val="28"/>
          <w:szCs w:val="28"/>
        </w:rPr>
        <w:t xml:space="preserve">La </w:t>
      </w:r>
      <w:proofErr w:type="spellStart"/>
      <w:r w:rsidRPr="00C57AA7">
        <w:rPr>
          <w:rFonts w:eastAsia="Times New Roman" w:cs="Times New Roman"/>
          <w:sz w:val="28"/>
          <w:szCs w:val="28"/>
        </w:rPr>
        <w:t>această</w:t>
      </w:r>
      <w:proofErr w:type="spellEnd"/>
      <w:r w:rsidRPr="00C57AA7">
        <w:rPr>
          <w:rFonts w:eastAsia="Times New Roman" w:cs="Times New Roman"/>
          <w:sz w:val="28"/>
          <w:szCs w:val="28"/>
        </w:rPr>
        <w:t xml:space="preserve"> </w:t>
      </w:r>
      <w:proofErr w:type="spellStart"/>
      <w:r w:rsidRPr="00C57AA7">
        <w:rPr>
          <w:rFonts w:eastAsia="Times New Roman" w:cs="Times New Roman"/>
          <w:sz w:val="28"/>
          <w:szCs w:val="28"/>
        </w:rPr>
        <w:t>etapă</w:t>
      </w:r>
      <w:proofErr w:type="spellEnd"/>
      <w:r w:rsidRPr="00C57AA7">
        <w:rPr>
          <w:rFonts w:eastAsia="Times New Roman" w:cs="Times New Roman"/>
          <w:sz w:val="28"/>
          <w:szCs w:val="28"/>
        </w:rPr>
        <w:t xml:space="preserve"> nu </w:t>
      </w:r>
      <w:proofErr w:type="spellStart"/>
      <w:r w:rsidRPr="00C57AA7">
        <w:rPr>
          <w:rFonts w:eastAsia="Times New Roman" w:cs="Times New Roman"/>
          <w:sz w:val="28"/>
          <w:szCs w:val="28"/>
        </w:rPr>
        <w:t>rezultă</w:t>
      </w:r>
      <w:proofErr w:type="spellEnd"/>
      <w:r w:rsidRPr="00C57AA7">
        <w:rPr>
          <w:rFonts w:eastAsia="Times New Roman" w:cs="Times New Roman"/>
          <w:sz w:val="28"/>
          <w:szCs w:val="28"/>
        </w:rPr>
        <w:t xml:space="preserve"> </w:t>
      </w:r>
      <w:proofErr w:type="spellStart"/>
      <w:r w:rsidRPr="00C57AA7">
        <w:rPr>
          <w:rFonts w:eastAsia="Times New Roman" w:cs="Times New Roman"/>
          <w:sz w:val="28"/>
          <w:szCs w:val="28"/>
        </w:rPr>
        <w:t>necesitatea</w:t>
      </w:r>
      <w:proofErr w:type="spellEnd"/>
      <w:r w:rsidRPr="00C57AA7">
        <w:rPr>
          <w:rFonts w:eastAsia="Times New Roman" w:cs="Times New Roman"/>
          <w:sz w:val="28"/>
          <w:szCs w:val="28"/>
        </w:rPr>
        <w:t xml:space="preserve"> </w:t>
      </w:r>
      <w:proofErr w:type="spellStart"/>
      <w:r w:rsidRPr="00C57AA7">
        <w:rPr>
          <w:rFonts w:eastAsia="Times New Roman" w:cs="Times New Roman"/>
          <w:sz w:val="28"/>
          <w:szCs w:val="28"/>
        </w:rPr>
        <w:t>unui</w:t>
      </w:r>
      <w:proofErr w:type="spellEnd"/>
      <w:r w:rsidRPr="00C57AA7">
        <w:rPr>
          <w:rFonts w:eastAsia="Times New Roman" w:cs="Times New Roman"/>
          <w:sz w:val="28"/>
          <w:szCs w:val="28"/>
        </w:rPr>
        <w:t xml:space="preserve"> </w:t>
      </w:r>
      <w:proofErr w:type="spellStart"/>
      <w:r w:rsidRPr="00C57AA7">
        <w:rPr>
          <w:rFonts w:eastAsia="Times New Roman" w:cs="Times New Roman"/>
          <w:sz w:val="28"/>
          <w:szCs w:val="28"/>
        </w:rPr>
        <w:t>studiu</w:t>
      </w:r>
      <w:proofErr w:type="spellEnd"/>
      <w:r w:rsidRPr="00C57AA7">
        <w:rPr>
          <w:rFonts w:eastAsia="Times New Roman" w:cs="Times New Roman"/>
          <w:sz w:val="28"/>
          <w:szCs w:val="28"/>
        </w:rPr>
        <w:t xml:space="preserve"> </w:t>
      </w:r>
      <w:proofErr w:type="spellStart"/>
      <w:r w:rsidRPr="00C57AA7">
        <w:rPr>
          <w:rFonts w:eastAsia="Times New Roman" w:cs="Times New Roman"/>
          <w:sz w:val="28"/>
          <w:szCs w:val="28"/>
        </w:rPr>
        <w:t>privind</w:t>
      </w:r>
      <w:proofErr w:type="spellEnd"/>
      <w:r w:rsidRPr="00C57AA7">
        <w:rPr>
          <w:rFonts w:eastAsia="Times New Roman" w:cs="Times New Roman"/>
          <w:sz w:val="28"/>
          <w:szCs w:val="28"/>
        </w:rPr>
        <w:t xml:space="preserve"> </w:t>
      </w:r>
      <w:proofErr w:type="spellStart"/>
      <w:r w:rsidRPr="00C57AA7">
        <w:rPr>
          <w:rFonts w:eastAsia="Times New Roman" w:cs="Times New Roman"/>
          <w:sz w:val="28"/>
          <w:szCs w:val="28"/>
        </w:rPr>
        <w:t>resursa</w:t>
      </w:r>
      <w:proofErr w:type="spellEnd"/>
      <w:r w:rsidRPr="00C57AA7">
        <w:rPr>
          <w:rFonts w:eastAsia="Times New Roman" w:cs="Times New Roman"/>
          <w:sz w:val="28"/>
          <w:szCs w:val="28"/>
        </w:rPr>
        <w:t xml:space="preserve"> </w:t>
      </w:r>
      <w:proofErr w:type="spellStart"/>
      <w:r w:rsidRPr="00C57AA7">
        <w:rPr>
          <w:rFonts w:eastAsia="Times New Roman" w:cs="Times New Roman"/>
          <w:sz w:val="28"/>
          <w:szCs w:val="28"/>
        </w:rPr>
        <w:t>culturală</w:t>
      </w:r>
      <w:proofErr w:type="spellEnd"/>
      <w:r w:rsidRPr="00C57AA7">
        <w:rPr>
          <w:rFonts w:eastAsia="Times New Roman" w:cs="Times New Roman"/>
          <w:sz w:val="28"/>
          <w:szCs w:val="28"/>
        </w:rPr>
        <w:t xml:space="preserve">. </w:t>
      </w:r>
      <w:proofErr w:type="spellStart"/>
      <w:r w:rsidRPr="00C57AA7">
        <w:rPr>
          <w:rFonts w:eastAsia="Times New Roman" w:cs="Times New Roman"/>
          <w:sz w:val="28"/>
          <w:szCs w:val="28"/>
        </w:rPr>
        <w:t>Necesitatea</w:t>
      </w:r>
      <w:proofErr w:type="spellEnd"/>
      <w:r w:rsidRPr="00C57AA7">
        <w:rPr>
          <w:rFonts w:eastAsia="Times New Roman" w:cs="Times New Roman"/>
          <w:sz w:val="28"/>
          <w:szCs w:val="28"/>
        </w:rPr>
        <w:t xml:space="preserve"> </w:t>
      </w:r>
      <w:proofErr w:type="spellStart"/>
      <w:r w:rsidRPr="00C57AA7">
        <w:rPr>
          <w:rFonts w:eastAsia="Times New Roman" w:cs="Times New Roman"/>
          <w:sz w:val="28"/>
          <w:szCs w:val="28"/>
        </w:rPr>
        <w:t>va</w:t>
      </w:r>
      <w:proofErr w:type="spellEnd"/>
      <w:r w:rsidRPr="00C57AA7">
        <w:rPr>
          <w:rFonts w:eastAsia="Times New Roman" w:cs="Times New Roman"/>
          <w:sz w:val="28"/>
          <w:szCs w:val="28"/>
        </w:rPr>
        <w:t xml:space="preserve"> fi </w:t>
      </w:r>
      <w:proofErr w:type="spellStart"/>
      <w:r w:rsidRPr="00C57AA7">
        <w:rPr>
          <w:rFonts w:eastAsia="Times New Roman" w:cs="Times New Roman"/>
          <w:sz w:val="28"/>
          <w:szCs w:val="28"/>
        </w:rPr>
        <w:t>verificată</w:t>
      </w:r>
      <w:proofErr w:type="spellEnd"/>
      <w:r w:rsidRPr="00C57AA7">
        <w:rPr>
          <w:rFonts w:eastAsia="Times New Roman" w:cs="Times New Roman"/>
          <w:sz w:val="28"/>
          <w:szCs w:val="28"/>
        </w:rPr>
        <w:t xml:space="preserve"> </w:t>
      </w:r>
      <w:proofErr w:type="spellStart"/>
      <w:r w:rsidRPr="00C57AA7">
        <w:rPr>
          <w:rFonts w:eastAsia="Times New Roman" w:cs="Times New Roman"/>
          <w:sz w:val="28"/>
          <w:szCs w:val="28"/>
        </w:rPr>
        <w:t>prin</w:t>
      </w:r>
      <w:proofErr w:type="spellEnd"/>
      <w:r w:rsidRPr="00C57AA7">
        <w:rPr>
          <w:rFonts w:eastAsia="Times New Roman" w:cs="Times New Roman"/>
          <w:sz w:val="28"/>
          <w:szCs w:val="28"/>
        </w:rPr>
        <w:t xml:space="preserve"> </w:t>
      </w:r>
      <w:proofErr w:type="spellStart"/>
      <w:r w:rsidRPr="00C57AA7">
        <w:rPr>
          <w:rFonts w:eastAsia="Times New Roman" w:cs="Times New Roman"/>
          <w:sz w:val="28"/>
          <w:szCs w:val="28"/>
        </w:rPr>
        <w:t>certificatul</w:t>
      </w:r>
      <w:proofErr w:type="spellEnd"/>
      <w:r w:rsidRPr="00C57AA7">
        <w:rPr>
          <w:rFonts w:eastAsia="Times New Roman" w:cs="Times New Roman"/>
          <w:sz w:val="28"/>
          <w:szCs w:val="28"/>
        </w:rPr>
        <w:t xml:space="preserve"> de urbanism </w:t>
      </w:r>
      <w:proofErr w:type="spellStart"/>
      <w:r w:rsidRPr="00C57AA7">
        <w:rPr>
          <w:rFonts w:eastAsia="Times New Roman" w:cs="Times New Roman"/>
          <w:sz w:val="28"/>
          <w:szCs w:val="28"/>
        </w:rPr>
        <w:t>și</w:t>
      </w:r>
      <w:proofErr w:type="spellEnd"/>
      <w:r w:rsidRPr="00C57AA7">
        <w:rPr>
          <w:rFonts w:eastAsia="Times New Roman" w:cs="Times New Roman"/>
          <w:sz w:val="28"/>
          <w:szCs w:val="28"/>
        </w:rPr>
        <w:t xml:space="preserve"> </w:t>
      </w:r>
      <w:proofErr w:type="spellStart"/>
      <w:r w:rsidRPr="00C57AA7">
        <w:rPr>
          <w:rFonts w:eastAsia="Times New Roman" w:cs="Times New Roman"/>
          <w:sz w:val="28"/>
          <w:szCs w:val="28"/>
        </w:rPr>
        <w:t>avize</w:t>
      </w:r>
      <w:proofErr w:type="spellEnd"/>
      <w:r w:rsidRPr="00C57AA7">
        <w:rPr>
          <w:rFonts w:eastAsia="Times New Roman" w:cs="Times New Roman"/>
          <w:sz w:val="28"/>
          <w:szCs w:val="28"/>
        </w:rPr>
        <w:t xml:space="preserve"> </w:t>
      </w:r>
      <w:proofErr w:type="spellStart"/>
      <w:r w:rsidRPr="00C57AA7">
        <w:rPr>
          <w:rFonts w:eastAsia="Times New Roman" w:cs="Times New Roman"/>
          <w:sz w:val="28"/>
          <w:szCs w:val="28"/>
        </w:rPr>
        <w:t>și</w:t>
      </w:r>
      <w:proofErr w:type="spellEnd"/>
      <w:r w:rsidRPr="00C57AA7">
        <w:rPr>
          <w:rFonts w:eastAsia="Times New Roman" w:cs="Times New Roman"/>
          <w:sz w:val="28"/>
          <w:szCs w:val="28"/>
        </w:rPr>
        <w:t xml:space="preserve"> </w:t>
      </w:r>
      <w:proofErr w:type="spellStart"/>
      <w:r w:rsidRPr="00C57AA7">
        <w:rPr>
          <w:rFonts w:eastAsia="Times New Roman" w:cs="Times New Roman"/>
          <w:sz w:val="28"/>
          <w:szCs w:val="28"/>
        </w:rPr>
        <w:t>va</w:t>
      </w:r>
      <w:proofErr w:type="spellEnd"/>
      <w:r w:rsidRPr="00C57AA7">
        <w:rPr>
          <w:rFonts w:eastAsia="Times New Roman" w:cs="Times New Roman"/>
          <w:sz w:val="28"/>
          <w:szCs w:val="28"/>
        </w:rPr>
        <w:t xml:space="preserve"> fi </w:t>
      </w:r>
      <w:proofErr w:type="spellStart"/>
      <w:r w:rsidRPr="00C57AA7">
        <w:rPr>
          <w:rFonts w:eastAsia="Times New Roman" w:cs="Times New Roman"/>
          <w:sz w:val="28"/>
          <w:szCs w:val="28"/>
        </w:rPr>
        <w:t>satisfăcută</w:t>
      </w:r>
      <w:proofErr w:type="spellEnd"/>
      <w:r w:rsidRPr="00C57AA7">
        <w:rPr>
          <w:rFonts w:eastAsia="Times New Roman" w:cs="Times New Roman"/>
          <w:sz w:val="28"/>
          <w:szCs w:val="28"/>
        </w:rPr>
        <w:t xml:space="preserve"> </w:t>
      </w:r>
      <w:proofErr w:type="spellStart"/>
      <w:r w:rsidRPr="00C57AA7">
        <w:rPr>
          <w:rFonts w:eastAsia="Times New Roman" w:cs="Times New Roman"/>
          <w:sz w:val="28"/>
          <w:szCs w:val="28"/>
        </w:rPr>
        <w:t>dacă</w:t>
      </w:r>
      <w:proofErr w:type="spellEnd"/>
      <w:r w:rsidRPr="00C57AA7">
        <w:rPr>
          <w:rFonts w:eastAsia="Times New Roman" w:cs="Times New Roman"/>
          <w:sz w:val="28"/>
          <w:szCs w:val="28"/>
        </w:rPr>
        <w:t xml:space="preserve"> </w:t>
      </w:r>
      <w:proofErr w:type="spellStart"/>
      <w:r w:rsidRPr="00C57AA7">
        <w:rPr>
          <w:rFonts w:eastAsia="Times New Roman" w:cs="Times New Roman"/>
          <w:sz w:val="28"/>
          <w:szCs w:val="28"/>
        </w:rPr>
        <w:t>este</w:t>
      </w:r>
      <w:proofErr w:type="spellEnd"/>
      <w:r w:rsidRPr="00C57AA7">
        <w:rPr>
          <w:rFonts w:eastAsia="Times New Roman" w:cs="Times New Roman"/>
          <w:sz w:val="28"/>
          <w:szCs w:val="28"/>
        </w:rPr>
        <w:t xml:space="preserve"> </w:t>
      </w:r>
      <w:proofErr w:type="spellStart"/>
      <w:r w:rsidRPr="00C57AA7">
        <w:rPr>
          <w:rFonts w:eastAsia="Times New Roman" w:cs="Times New Roman"/>
          <w:sz w:val="28"/>
          <w:szCs w:val="28"/>
        </w:rPr>
        <w:t>impusă</w:t>
      </w:r>
      <w:proofErr w:type="spellEnd"/>
      <w:r w:rsidRPr="00C57AA7">
        <w:rPr>
          <w:rFonts w:eastAsia="Times New Roman" w:cs="Times New Roman"/>
          <w:sz w:val="28"/>
          <w:szCs w:val="28"/>
        </w:rPr>
        <w:t>.</w:t>
      </w:r>
    </w:p>
    <w:p w14:paraId="68D54A83" w14:textId="77777777" w:rsidR="00A57563" w:rsidRPr="00C57AA7" w:rsidRDefault="00E8585D">
      <w:pPr>
        <w:rPr>
          <w:rFonts w:cs="Times New Roman"/>
          <w:sz w:val="28"/>
          <w:szCs w:val="28"/>
        </w:rPr>
      </w:pPr>
      <w:r>
        <w:rPr>
          <w:rFonts w:eastAsia="Times New Roman" w:cs="Times New Roman"/>
          <w:sz w:val="28"/>
          <w:szCs w:val="28"/>
        </w:rPr>
        <w:lastRenderedPageBreak/>
        <w:t>Obiectivul reprezintă realizarea unei captări noi; documentația tehnico-economică necesară este studiul de fezabilitate (SF), elaborat și aprobat în condițiile H.G. nr. 907/2016. SF va fundamenta amplasamentul, soluția și limitele obiectivului și va demonstra caracterul funcțional și unitar al investiției, fără fragmentarea artificială a unui obiect de achiziție mai larg.</w:t>
      </w:r>
    </w:p>
    <w:p w14:paraId="599877CD" w14:textId="77777777" w:rsidR="00A57563" w:rsidRPr="00C57AA7" w:rsidRDefault="00E8585D">
      <w:pPr>
        <w:rPr>
          <w:rFonts w:cs="Times New Roman"/>
          <w:sz w:val="28"/>
          <w:szCs w:val="28"/>
        </w:rPr>
      </w:pPr>
      <w:proofErr w:type="spellStart"/>
      <w:r w:rsidRPr="00C57AA7">
        <w:rPr>
          <w:rFonts w:eastAsia="Times New Roman" w:cs="Times New Roman"/>
          <w:sz w:val="28"/>
          <w:szCs w:val="28"/>
        </w:rPr>
        <w:t>După</w:t>
      </w:r>
      <w:proofErr w:type="spellEnd"/>
      <w:r w:rsidRPr="00C57AA7">
        <w:rPr>
          <w:rFonts w:eastAsia="Times New Roman" w:cs="Times New Roman"/>
          <w:sz w:val="28"/>
          <w:szCs w:val="28"/>
        </w:rPr>
        <w:t xml:space="preserve"> </w:t>
      </w:r>
      <w:proofErr w:type="spellStart"/>
      <w:r w:rsidRPr="00C57AA7">
        <w:rPr>
          <w:rFonts w:eastAsia="Times New Roman" w:cs="Times New Roman"/>
          <w:sz w:val="28"/>
          <w:szCs w:val="28"/>
        </w:rPr>
        <w:t>aprobarea</w:t>
      </w:r>
      <w:proofErr w:type="spellEnd"/>
      <w:r w:rsidRPr="00C57AA7">
        <w:rPr>
          <w:rFonts w:eastAsia="Times New Roman" w:cs="Times New Roman"/>
          <w:sz w:val="28"/>
          <w:szCs w:val="28"/>
        </w:rPr>
        <w:t xml:space="preserve"> SF </w:t>
      </w:r>
      <w:proofErr w:type="spellStart"/>
      <w:r w:rsidRPr="00C57AA7">
        <w:rPr>
          <w:rFonts w:eastAsia="Times New Roman" w:cs="Times New Roman"/>
          <w:sz w:val="28"/>
          <w:szCs w:val="28"/>
        </w:rPr>
        <w:t>și</w:t>
      </w:r>
      <w:proofErr w:type="spellEnd"/>
      <w:r w:rsidRPr="00C57AA7">
        <w:rPr>
          <w:rFonts w:eastAsia="Times New Roman" w:cs="Times New Roman"/>
          <w:sz w:val="28"/>
          <w:szCs w:val="28"/>
        </w:rPr>
        <w:t xml:space="preserve"> </w:t>
      </w:r>
      <w:proofErr w:type="gramStart"/>
      <w:r w:rsidRPr="00C57AA7">
        <w:rPr>
          <w:rFonts w:eastAsia="Times New Roman" w:cs="Times New Roman"/>
          <w:sz w:val="28"/>
          <w:szCs w:val="28"/>
        </w:rPr>
        <w:t>a</w:t>
      </w:r>
      <w:proofErr w:type="gramEnd"/>
      <w:r w:rsidRPr="00C57AA7">
        <w:rPr>
          <w:rFonts w:eastAsia="Times New Roman" w:cs="Times New Roman"/>
          <w:sz w:val="28"/>
          <w:szCs w:val="28"/>
        </w:rPr>
        <w:t xml:space="preserve"> </w:t>
      </w:r>
      <w:proofErr w:type="spellStart"/>
      <w:r w:rsidRPr="00C57AA7">
        <w:rPr>
          <w:rFonts w:eastAsia="Times New Roman" w:cs="Times New Roman"/>
          <w:sz w:val="28"/>
          <w:szCs w:val="28"/>
        </w:rPr>
        <w:t>indicatorilor</w:t>
      </w:r>
      <w:proofErr w:type="spellEnd"/>
      <w:r w:rsidRPr="00C57AA7">
        <w:rPr>
          <w:rFonts w:eastAsia="Times New Roman" w:cs="Times New Roman"/>
          <w:sz w:val="28"/>
          <w:szCs w:val="28"/>
        </w:rPr>
        <w:t xml:space="preserve"> </w:t>
      </w:r>
      <w:proofErr w:type="spellStart"/>
      <w:r w:rsidRPr="00C57AA7">
        <w:rPr>
          <w:rFonts w:eastAsia="Times New Roman" w:cs="Times New Roman"/>
          <w:sz w:val="28"/>
          <w:szCs w:val="28"/>
        </w:rPr>
        <w:t>tehnico</w:t>
      </w:r>
      <w:proofErr w:type="spellEnd"/>
      <w:r w:rsidRPr="00C57AA7">
        <w:rPr>
          <w:rFonts w:eastAsia="Times New Roman" w:cs="Times New Roman"/>
          <w:sz w:val="28"/>
          <w:szCs w:val="28"/>
        </w:rPr>
        <w:t xml:space="preserve">-economici, </w:t>
      </w:r>
      <w:proofErr w:type="spellStart"/>
      <w:r w:rsidRPr="00C57AA7">
        <w:rPr>
          <w:rFonts w:eastAsia="Times New Roman" w:cs="Times New Roman"/>
          <w:sz w:val="28"/>
          <w:szCs w:val="28"/>
        </w:rPr>
        <w:t>Clubul</w:t>
      </w:r>
      <w:proofErr w:type="spellEnd"/>
      <w:r w:rsidRPr="00C57AA7">
        <w:rPr>
          <w:rFonts w:eastAsia="Times New Roman" w:cs="Times New Roman"/>
          <w:sz w:val="28"/>
          <w:szCs w:val="28"/>
        </w:rPr>
        <w:t xml:space="preserve"> </w:t>
      </w:r>
      <w:proofErr w:type="spellStart"/>
      <w:r w:rsidRPr="00C57AA7">
        <w:rPr>
          <w:rFonts w:eastAsia="Times New Roman" w:cs="Times New Roman"/>
          <w:sz w:val="28"/>
          <w:szCs w:val="28"/>
        </w:rPr>
        <w:t>poate</w:t>
      </w:r>
      <w:proofErr w:type="spellEnd"/>
      <w:r w:rsidRPr="00C57AA7">
        <w:rPr>
          <w:rFonts w:eastAsia="Times New Roman" w:cs="Times New Roman"/>
          <w:sz w:val="28"/>
          <w:szCs w:val="28"/>
        </w:rPr>
        <w:t xml:space="preserve"> </w:t>
      </w:r>
      <w:proofErr w:type="spellStart"/>
      <w:r w:rsidRPr="00C57AA7">
        <w:rPr>
          <w:rFonts w:eastAsia="Times New Roman" w:cs="Times New Roman"/>
          <w:sz w:val="28"/>
          <w:szCs w:val="28"/>
        </w:rPr>
        <w:t>iniția</w:t>
      </w:r>
      <w:proofErr w:type="spellEnd"/>
      <w:r w:rsidRPr="00C57AA7">
        <w:rPr>
          <w:rFonts w:eastAsia="Times New Roman" w:cs="Times New Roman"/>
          <w:sz w:val="28"/>
          <w:szCs w:val="28"/>
        </w:rPr>
        <w:t xml:space="preserve"> </w:t>
      </w:r>
      <w:proofErr w:type="spellStart"/>
      <w:r w:rsidRPr="00C57AA7">
        <w:rPr>
          <w:rFonts w:eastAsia="Times New Roman" w:cs="Times New Roman"/>
          <w:sz w:val="28"/>
          <w:szCs w:val="28"/>
        </w:rPr>
        <w:t>achiziția</w:t>
      </w:r>
      <w:proofErr w:type="spellEnd"/>
      <w:r w:rsidRPr="00C57AA7">
        <w:rPr>
          <w:rFonts w:eastAsia="Times New Roman" w:cs="Times New Roman"/>
          <w:sz w:val="28"/>
          <w:szCs w:val="28"/>
        </w:rPr>
        <w:t xml:space="preserve"> </w:t>
      </w:r>
      <w:proofErr w:type="spellStart"/>
      <w:r w:rsidRPr="00C57AA7">
        <w:rPr>
          <w:rFonts w:eastAsia="Times New Roman" w:cs="Times New Roman"/>
          <w:sz w:val="28"/>
          <w:szCs w:val="28"/>
        </w:rPr>
        <w:t>pentru</w:t>
      </w:r>
      <w:proofErr w:type="spellEnd"/>
      <w:r w:rsidRPr="00C57AA7">
        <w:rPr>
          <w:rFonts w:eastAsia="Times New Roman" w:cs="Times New Roman"/>
          <w:sz w:val="28"/>
          <w:szCs w:val="28"/>
        </w:rPr>
        <w:t xml:space="preserve"> </w:t>
      </w:r>
      <w:proofErr w:type="spellStart"/>
      <w:r w:rsidRPr="00C57AA7">
        <w:rPr>
          <w:rFonts w:eastAsia="Times New Roman" w:cs="Times New Roman"/>
          <w:sz w:val="28"/>
          <w:szCs w:val="28"/>
        </w:rPr>
        <w:t>proiectare</w:t>
      </w:r>
      <w:proofErr w:type="spellEnd"/>
      <w:r w:rsidRPr="00C57AA7">
        <w:rPr>
          <w:rFonts w:eastAsia="Times New Roman" w:cs="Times New Roman"/>
          <w:sz w:val="28"/>
          <w:szCs w:val="28"/>
        </w:rPr>
        <w:t xml:space="preserve"> </w:t>
      </w:r>
      <w:proofErr w:type="spellStart"/>
      <w:r w:rsidRPr="00C57AA7">
        <w:rPr>
          <w:rFonts w:eastAsia="Times New Roman" w:cs="Times New Roman"/>
          <w:sz w:val="28"/>
          <w:szCs w:val="28"/>
        </w:rPr>
        <w:t>și</w:t>
      </w:r>
      <w:proofErr w:type="spellEnd"/>
      <w:r w:rsidRPr="00C57AA7">
        <w:rPr>
          <w:rFonts w:eastAsia="Times New Roman" w:cs="Times New Roman"/>
          <w:sz w:val="28"/>
          <w:szCs w:val="28"/>
        </w:rPr>
        <w:t xml:space="preserve"> </w:t>
      </w:r>
      <w:proofErr w:type="spellStart"/>
      <w:r w:rsidRPr="00C57AA7">
        <w:rPr>
          <w:rFonts w:eastAsia="Times New Roman" w:cs="Times New Roman"/>
          <w:sz w:val="28"/>
          <w:szCs w:val="28"/>
        </w:rPr>
        <w:t>execuție</w:t>
      </w:r>
      <w:proofErr w:type="spellEnd"/>
      <w:r w:rsidRPr="00C57AA7">
        <w:rPr>
          <w:rFonts w:eastAsia="Times New Roman" w:cs="Times New Roman"/>
          <w:sz w:val="28"/>
          <w:szCs w:val="28"/>
        </w:rPr>
        <w:t xml:space="preserve">. </w:t>
      </w:r>
      <w:proofErr w:type="spellStart"/>
      <w:r w:rsidRPr="00C57AA7">
        <w:rPr>
          <w:rFonts w:eastAsia="Times New Roman" w:cs="Times New Roman"/>
          <w:sz w:val="28"/>
          <w:szCs w:val="28"/>
        </w:rPr>
        <w:t>Proiectantul</w:t>
      </w:r>
      <w:proofErr w:type="spellEnd"/>
      <w:r w:rsidRPr="00C57AA7">
        <w:rPr>
          <w:rFonts w:eastAsia="Times New Roman" w:cs="Times New Roman"/>
          <w:sz w:val="28"/>
          <w:szCs w:val="28"/>
        </w:rPr>
        <w:t xml:space="preserve"> </w:t>
      </w:r>
      <w:proofErr w:type="spellStart"/>
      <w:r w:rsidRPr="00C57AA7">
        <w:rPr>
          <w:rFonts w:eastAsia="Times New Roman" w:cs="Times New Roman"/>
          <w:sz w:val="28"/>
          <w:szCs w:val="28"/>
        </w:rPr>
        <w:t>va</w:t>
      </w:r>
      <w:proofErr w:type="spellEnd"/>
      <w:r w:rsidRPr="00C57AA7">
        <w:rPr>
          <w:rFonts w:eastAsia="Times New Roman" w:cs="Times New Roman"/>
          <w:sz w:val="28"/>
          <w:szCs w:val="28"/>
        </w:rPr>
        <w:t xml:space="preserve"> </w:t>
      </w:r>
      <w:proofErr w:type="spellStart"/>
      <w:r w:rsidRPr="00C57AA7">
        <w:rPr>
          <w:rFonts w:eastAsia="Times New Roman" w:cs="Times New Roman"/>
          <w:sz w:val="28"/>
          <w:szCs w:val="28"/>
        </w:rPr>
        <w:t>pregăti</w:t>
      </w:r>
      <w:proofErr w:type="spellEnd"/>
      <w:r w:rsidRPr="00C57AA7">
        <w:rPr>
          <w:rFonts w:eastAsia="Times New Roman" w:cs="Times New Roman"/>
          <w:sz w:val="28"/>
          <w:szCs w:val="28"/>
        </w:rPr>
        <w:t xml:space="preserve"> </w:t>
      </w:r>
      <w:proofErr w:type="spellStart"/>
      <w:r w:rsidRPr="00C57AA7">
        <w:rPr>
          <w:rFonts w:eastAsia="Times New Roman" w:cs="Times New Roman"/>
          <w:sz w:val="28"/>
          <w:szCs w:val="28"/>
        </w:rPr>
        <w:t>și</w:t>
      </w:r>
      <w:proofErr w:type="spellEnd"/>
      <w:r w:rsidRPr="00C57AA7">
        <w:rPr>
          <w:rFonts w:eastAsia="Times New Roman" w:cs="Times New Roman"/>
          <w:sz w:val="28"/>
          <w:szCs w:val="28"/>
        </w:rPr>
        <w:t xml:space="preserve"> </w:t>
      </w:r>
      <w:proofErr w:type="spellStart"/>
      <w:r w:rsidRPr="00C57AA7">
        <w:rPr>
          <w:rFonts w:eastAsia="Times New Roman" w:cs="Times New Roman"/>
          <w:sz w:val="28"/>
          <w:szCs w:val="28"/>
        </w:rPr>
        <w:t>urmări</w:t>
      </w:r>
      <w:proofErr w:type="spellEnd"/>
      <w:r w:rsidRPr="00C57AA7">
        <w:rPr>
          <w:rFonts w:eastAsia="Times New Roman" w:cs="Times New Roman"/>
          <w:sz w:val="28"/>
          <w:szCs w:val="28"/>
        </w:rPr>
        <w:t xml:space="preserve">, </w:t>
      </w:r>
      <w:proofErr w:type="spellStart"/>
      <w:r w:rsidRPr="00C57AA7">
        <w:rPr>
          <w:rFonts w:eastAsia="Times New Roman" w:cs="Times New Roman"/>
          <w:sz w:val="28"/>
          <w:szCs w:val="28"/>
        </w:rPr>
        <w:t>în</w:t>
      </w:r>
      <w:proofErr w:type="spellEnd"/>
      <w:r w:rsidRPr="00C57AA7">
        <w:rPr>
          <w:rFonts w:eastAsia="Times New Roman" w:cs="Times New Roman"/>
          <w:sz w:val="28"/>
          <w:szCs w:val="28"/>
        </w:rPr>
        <w:t xml:space="preserve"> </w:t>
      </w:r>
      <w:proofErr w:type="spellStart"/>
      <w:r w:rsidRPr="00C57AA7">
        <w:rPr>
          <w:rFonts w:eastAsia="Times New Roman" w:cs="Times New Roman"/>
          <w:sz w:val="28"/>
          <w:szCs w:val="28"/>
        </w:rPr>
        <w:t>baza</w:t>
      </w:r>
      <w:proofErr w:type="spellEnd"/>
      <w:r w:rsidRPr="00C57AA7">
        <w:rPr>
          <w:rFonts w:eastAsia="Times New Roman" w:cs="Times New Roman"/>
          <w:sz w:val="28"/>
          <w:szCs w:val="28"/>
        </w:rPr>
        <w:t xml:space="preserve"> </w:t>
      </w:r>
      <w:proofErr w:type="spellStart"/>
      <w:r w:rsidRPr="00C57AA7">
        <w:rPr>
          <w:rFonts w:eastAsia="Times New Roman" w:cs="Times New Roman"/>
          <w:sz w:val="28"/>
          <w:szCs w:val="28"/>
        </w:rPr>
        <w:t>mandatului</w:t>
      </w:r>
      <w:proofErr w:type="spellEnd"/>
      <w:r w:rsidRPr="00C57AA7">
        <w:rPr>
          <w:rFonts w:eastAsia="Times New Roman" w:cs="Times New Roman"/>
          <w:sz w:val="28"/>
          <w:szCs w:val="28"/>
        </w:rPr>
        <w:t xml:space="preserve">, </w:t>
      </w:r>
      <w:proofErr w:type="spellStart"/>
      <w:r w:rsidRPr="00C57AA7">
        <w:rPr>
          <w:rFonts w:eastAsia="Times New Roman" w:cs="Times New Roman"/>
          <w:sz w:val="28"/>
          <w:szCs w:val="28"/>
        </w:rPr>
        <w:t>certificatul</w:t>
      </w:r>
      <w:proofErr w:type="spellEnd"/>
      <w:r w:rsidRPr="00C57AA7">
        <w:rPr>
          <w:rFonts w:eastAsia="Times New Roman" w:cs="Times New Roman"/>
          <w:sz w:val="28"/>
          <w:szCs w:val="28"/>
        </w:rPr>
        <w:t xml:space="preserve"> de urbanism, </w:t>
      </w:r>
      <w:proofErr w:type="spellStart"/>
      <w:r w:rsidRPr="00C57AA7">
        <w:rPr>
          <w:rFonts w:eastAsia="Times New Roman" w:cs="Times New Roman"/>
          <w:sz w:val="28"/>
          <w:szCs w:val="28"/>
        </w:rPr>
        <w:t>avizul</w:t>
      </w:r>
      <w:proofErr w:type="spellEnd"/>
      <w:r w:rsidRPr="00C57AA7">
        <w:rPr>
          <w:rFonts w:eastAsia="Times New Roman" w:cs="Times New Roman"/>
          <w:sz w:val="28"/>
          <w:szCs w:val="28"/>
        </w:rPr>
        <w:t xml:space="preserve"> de </w:t>
      </w:r>
      <w:proofErr w:type="spellStart"/>
      <w:r w:rsidRPr="00C57AA7">
        <w:rPr>
          <w:rFonts w:eastAsia="Times New Roman" w:cs="Times New Roman"/>
          <w:sz w:val="28"/>
          <w:szCs w:val="28"/>
        </w:rPr>
        <w:t>gospodărire</w:t>
      </w:r>
      <w:proofErr w:type="spellEnd"/>
      <w:r w:rsidRPr="00C57AA7">
        <w:rPr>
          <w:rFonts w:eastAsia="Times New Roman" w:cs="Times New Roman"/>
          <w:sz w:val="28"/>
          <w:szCs w:val="28"/>
        </w:rPr>
        <w:t xml:space="preserve"> </w:t>
      </w:r>
      <w:proofErr w:type="gramStart"/>
      <w:r w:rsidRPr="00C57AA7">
        <w:rPr>
          <w:rFonts w:eastAsia="Times New Roman" w:cs="Times New Roman"/>
          <w:sz w:val="28"/>
          <w:szCs w:val="28"/>
        </w:rPr>
        <w:t>a</w:t>
      </w:r>
      <w:proofErr w:type="gramEnd"/>
      <w:r w:rsidRPr="00C57AA7">
        <w:rPr>
          <w:rFonts w:eastAsia="Times New Roman" w:cs="Times New Roman"/>
          <w:sz w:val="28"/>
          <w:szCs w:val="28"/>
        </w:rPr>
        <w:t xml:space="preserve"> </w:t>
      </w:r>
      <w:proofErr w:type="spellStart"/>
      <w:r w:rsidRPr="00C57AA7">
        <w:rPr>
          <w:rFonts w:eastAsia="Times New Roman" w:cs="Times New Roman"/>
          <w:sz w:val="28"/>
          <w:szCs w:val="28"/>
        </w:rPr>
        <w:t>apelor</w:t>
      </w:r>
      <w:proofErr w:type="spellEnd"/>
      <w:r w:rsidRPr="00C57AA7">
        <w:rPr>
          <w:rFonts w:eastAsia="Times New Roman" w:cs="Times New Roman"/>
          <w:sz w:val="28"/>
          <w:szCs w:val="28"/>
        </w:rPr>
        <w:t xml:space="preserve">, </w:t>
      </w:r>
      <w:proofErr w:type="spellStart"/>
      <w:r w:rsidRPr="00C57AA7">
        <w:rPr>
          <w:rFonts w:eastAsia="Times New Roman" w:cs="Times New Roman"/>
          <w:sz w:val="28"/>
          <w:szCs w:val="28"/>
        </w:rPr>
        <w:t>procedura</w:t>
      </w:r>
      <w:proofErr w:type="spellEnd"/>
      <w:r w:rsidRPr="00C57AA7">
        <w:rPr>
          <w:rFonts w:eastAsia="Times New Roman" w:cs="Times New Roman"/>
          <w:sz w:val="28"/>
          <w:szCs w:val="28"/>
        </w:rPr>
        <w:t xml:space="preserve"> de </w:t>
      </w:r>
      <w:proofErr w:type="spellStart"/>
      <w:r w:rsidRPr="00C57AA7">
        <w:rPr>
          <w:rFonts w:eastAsia="Times New Roman" w:cs="Times New Roman"/>
          <w:sz w:val="28"/>
          <w:szCs w:val="28"/>
        </w:rPr>
        <w:t>mediu</w:t>
      </w:r>
      <w:proofErr w:type="spellEnd"/>
      <w:r w:rsidRPr="00C57AA7">
        <w:rPr>
          <w:rFonts w:eastAsia="Times New Roman" w:cs="Times New Roman"/>
          <w:sz w:val="28"/>
          <w:szCs w:val="28"/>
        </w:rPr>
        <w:t xml:space="preserve">, </w:t>
      </w:r>
      <w:proofErr w:type="spellStart"/>
      <w:r w:rsidRPr="00C57AA7">
        <w:rPr>
          <w:rFonts w:eastAsia="Times New Roman" w:cs="Times New Roman"/>
          <w:sz w:val="28"/>
          <w:szCs w:val="28"/>
        </w:rPr>
        <w:t>avizele</w:t>
      </w:r>
      <w:proofErr w:type="spellEnd"/>
      <w:r w:rsidRPr="00C57AA7">
        <w:rPr>
          <w:rFonts w:eastAsia="Times New Roman" w:cs="Times New Roman"/>
          <w:sz w:val="28"/>
          <w:szCs w:val="28"/>
        </w:rPr>
        <w:t xml:space="preserve"> de </w:t>
      </w:r>
      <w:proofErr w:type="spellStart"/>
      <w:r w:rsidRPr="00C57AA7">
        <w:rPr>
          <w:rFonts w:eastAsia="Times New Roman" w:cs="Times New Roman"/>
          <w:sz w:val="28"/>
          <w:szCs w:val="28"/>
        </w:rPr>
        <w:t>rețele</w:t>
      </w:r>
      <w:proofErr w:type="spellEnd"/>
      <w:r w:rsidRPr="00C57AA7">
        <w:rPr>
          <w:rFonts w:eastAsia="Times New Roman" w:cs="Times New Roman"/>
          <w:sz w:val="28"/>
          <w:szCs w:val="28"/>
        </w:rPr>
        <w:t xml:space="preserve">, </w:t>
      </w:r>
      <w:proofErr w:type="spellStart"/>
      <w:r w:rsidRPr="00C57AA7">
        <w:rPr>
          <w:rFonts w:eastAsia="Times New Roman" w:cs="Times New Roman"/>
          <w:sz w:val="28"/>
          <w:szCs w:val="28"/>
        </w:rPr>
        <w:t>autorizația</w:t>
      </w:r>
      <w:proofErr w:type="spellEnd"/>
      <w:r w:rsidRPr="00C57AA7">
        <w:rPr>
          <w:rFonts w:eastAsia="Times New Roman" w:cs="Times New Roman"/>
          <w:sz w:val="28"/>
          <w:szCs w:val="28"/>
        </w:rPr>
        <w:t xml:space="preserve"> de </w:t>
      </w:r>
      <w:proofErr w:type="spellStart"/>
      <w:r w:rsidRPr="00C57AA7">
        <w:rPr>
          <w:rFonts w:eastAsia="Times New Roman" w:cs="Times New Roman"/>
          <w:sz w:val="28"/>
          <w:szCs w:val="28"/>
        </w:rPr>
        <w:t>construire</w:t>
      </w:r>
      <w:proofErr w:type="spellEnd"/>
      <w:r w:rsidRPr="00C57AA7">
        <w:rPr>
          <w:rFonts w:eastAsia="Times New Roman" w:cs="Times New Roman"/>
          <w:sz w:val="28"/>
          <w:szCs w:val="28"/>
        </w:rPr>
        <w:t xml:space="preserve"> </w:t>
      </w:r>
      <w:proofErr w:type="spellStart"/>
      <w:r w:rsidRPr="00C57AA7">
        <w:rPr>
          <w:rFonts w:eastAsia="Times New Roman" w:cs="Times New Roman"/>
          <w:sz w:val="28"/>
          <w:szCs w:val="28"/>
        </w:rPr>
        <w:t>și</w:t>
      </w:r>
      <w:proofErr w:type="spellEnd"/>
      <w:r w:rsidRPr="00C57AA7">
        <w:rPr>
          <w:rFonts w:eastAsia="Times New Roman" w:cs="Times New Roman"/>
          <w:sz w:val="28"/>
          <w:szCs w:val="28"/>
        </w:rPr>
        <w:t xml:space="preserve"> </w:t>
      </w:r>
      <w:proofErr w:type="spellStart"/>
      <w:r w:rsidRPr="00C57AA7">
        <w:rPr>
          <w:rFonts w:eastAsia="Times New Roman" w:cs="Times New Roman"/>
          <w:sz w:val="28"/>
          <w:szCs w:val="28"/>
        </w:rPr>
        <w:t>documentele</w:t>
      </w:r>
      <w:proofErr w:type="spellEnd"/>
      <w:r w:rsidRPr="00C57AA7">
        <w:rPr>
          <w:rFonts w:eastAsia="Times New Roman" w:cs="Times New Roman"/>
          <w:sz w:val="28"/>
          <w:szCs w:val="28"/>
        </w:rPr>
        <w:t xml:space="preserve"> </w:t>
      </w:r>
      <w:proofErr w:type="spellStart"/>
      <w:r w:rsidRPr="00C57AA7">
        <w:rPr>
          <w:rFonts w:eastAsia="Times New Roman" w:cs="Times New Roman"/>
          <w:sz w:val="28"/>
          <w:szCs w:val="28"/>
        </w:rPr>
        <w:t>pentru</w:t>
      </w:r>
      <w:proofErr w:type="spellEnd"/>
      <w:r w:rsidRPr="00C57AA7">
        <w:rPr>
          <w:rFonts w:eastAsia="Times New Roman" w:cs="Times New Roman"/>
          <w:sz w:val="28"/>
          <w:szCs w:val="28"/>
        </w:rPr>
        <w:t xml:space="preserve"> </w:t>
      </w:r>
      <w:proofErr w:type="spellStart"/>
      <w:r w:rsidRPr="00C57AA7">
        <w:rPr>
          <w:rFonts w:eastAsia="Times New Roman" w:cs="Times New Roman"/>
          <w:sz w:val="28"/>
          <w:szCs w:val="28"/>
        </w:rPr>
        <w:t>autorizarea</w:t>
      </w:r>
      <w:proofErr w:type="spellEnd"/>
      <w:r w:rsidRPr="00C57AA7">
        <w:rPr>
          <w:rFonts w:eastAsia="Times New Roman" w:cs="Times New Roman"/>
          <w:sz w:val="28"/>
          <w:szCs w:val="28"/>
        </w:rPr>
        <w:t xml:space="preserve"> </w:t>
      </w:r>
      <w:proofErr w:type="spellStart"/>
      <w:r w:rsidRPr="00C57AA7">
        <w:rPr>
          <w:rFonts w:eastAsia="Times New Roman" w:cs="Times New Roman"/>
          <w:sz w:val="28"/>
          <w:szCs w:val="28"/>
        </w:rPr>
        <w:t>ulterioară</w:t>
      </w:r>
      <w:proofErr w:type="spellEnd"/>
      <w:r w:rsidRPr="00C57AA7">
        <w:rPr>
          <w:rFonts w:eastAsia="Times New Roman" w:cs="Times New Roman"/>
          <w:sz w:val="28"/>
          <w:szCs w:val="28"/>
        </w:rPr>
        <w:t xml:space="preserve"> a </w:t>
      </w:r>
      <w:proofErr w:type="spellStart"/>
      <w:r w:rsidRPr="00C57AA7">
        <w:rPr>
          <w:rFonts w:eastAsia="Times New Roman" w:cs="Times New Roman"/>
          <w:sz w:val="28"/>
          <w:szCs w:val="28"/>
        </w:rPr>
        <w:t>folosinței</w:t>
      </w:r>
      <w:proofErr w:type="spellEnd"/>
      <w:r w:rsidRPr="00C57AA7">
        <w:rPr>
          <w:rFonts w:eastAsia="Times New Roman" w:cs="Times New Roman"/>
          <w:sz w:val="28"/>
          <w:szCs w:val="28"/>
        </w:rPr>
        <w:t xml:space="preserve"> de </w:t>
      </w:r>
      <w:proofErr w:type="spellStart"/>
      <w:r w:rsidRPr="00C57AA7">
        <w:rPr>
          <w:rFonts w:eastAsia="Times New Roman" w:cs="Times New Roman"/>
          <w:sz w:val="28"/>
          <w:szCs w:val="28"/>
        </w:rPr>
        <w:t>apă</w:t>
      </w:r>
      <w:proofErr w:type="spellEnd"/>
      <w:r w:rsidRPr="00C57AA7">
        <w:rPr>
          <w:rFonts w:eastAsia="Times New Roman" w:cs="Times New Roman"/>
          <w:sz w:val="28"/>
          <w:szCs w:val="28"/>
        </w:rPr>
        <w:t xml:space="preserve">. </w:t>
      </w:r>
      <w:proofErr w:type="spellStart"/>
      <w:r w:rsidRPr="00C57AA7">
        <w:rPr>
          <w:rFonts w:eastAsia="Times New Roman" w:cs="Times New Roman"/>
          <w:sz w:val="28"/>
          <w:szCs w:val="28"/>
        </w:rPr>
        <w:t>Procedura</w:t>
      </w:r>
      <w:proofErr w:type="spellEnd"/>
      <w:r w:rsidRPr="00C57AA7">
        <w:rPr>
          <w:rFonts w:eastAsia="Times New Roman" w:cs="Times New Roman"/>
          <w:sz w:val="28"/>
          <w:szCs w:val="28"/>
        </w:rPr>
        <w:t xml:space="preserve"> de </w:t>
      </w:r>
      <w:proofErr w:type="spellStart"/>
      <w:r w:rsidRPr="00C57AA7">
        <w:rPr>
          <w:rFonts w:eastAsia="Times New Roman" w:cs="Times New Roman"/>
          <w:sz w:val="28"/>
          <w:szCs w:val="28"/>
        </w:rPr>
        <w:t>achiziție</w:t>
      </w:r>
      <w:proofErr w:type="spellEnd"/>
      <w:r w:rsidRPr="00C57AA7">
        <w:rPr>
          <w:rFonts w:eastAsia="Times New Roman" w:cs="Times New Roman"/>
          <w:sz w:val="28"/>
          <w:szCs w:val="28"/>
        </w:rPr>
        <w:t xml:space="preserve"> se </w:t>
      </w:r>
      <w:proofErr w:type="spellStart"/>
      <w:r w:rsidRPr="00C57AA7">
        <w:rPr>
          <w:rFonts w:eastAsia="Times New Roman" w:cs="Times New Roman"/>
          <w:sz w:val="28"/>
          <w:szCs w:val="28"/>
        </w:rPr>
        <w:t>stabilește</w:t>
      </w:r>
      <w:proofErr w:type="spellEnd"/>
      <w:r w:rsidRPr="00C57AA7">
        <w:rPr>
          <w:rFonts w:eastAsia="Times New Roman" w:cs="Times New Roman"/>
          <w:sz w:val="28"/>
          <w:szCs w:val="28"/>
        </w:rPr>
        <w:t xml:space="preserve"> pe </w:t>
      </w:r>
      <w:proofErr w:type="spellStart"/>
      <w:r w:rsidRPr="00C57AA7">
        <w:rPr>
          <w:rFonts w:eastAsia="Times New Roman" w:cs="Times New Roman"/>
          <w:sz w:val="28"/>
          <w:szCs w:val="28"/>
        </w:rPr>
        <w:t>baza</w:t>
      </w:r>
      <w:proofErr w:type="spellEnd"/>
      <w:r w:rsidRPr="00C57AA7">
        <w:rPr>
          <w:rFonts w:eastAsia="Times New Roman" w:cs="Times New Roman"/>
          <w:sz w:val="28"/>
          <w:szCs w:val="28"/>
        </w:rPr>
        <w:t xml:space="preserve"> </w:t>
      </w:r>
      <w:proofErr w:type="spellStart"/>
      <w:r w:rsidRPr="00C57AA7">
        <w:rPr>
          <w:rFonts w:eastAsia="Times New Roman" w:cs="Times New Roman"/>
          <w:sz w:val="28"/>
          <w:szCs w:val="28"/>
        </w:rPr>
        <w:t>valorii</w:t>
      </w:r>
      <w:proofErr w:type="spellEnd"/>
      <w:r w:rsidRPr="00C57AA7">
        <w:rPr>
          <w:rFonts w:eastAsia="Times New Roman" w:cs="Times New Roman"/>
          <w:sz w:val="28"/>
          <w:szCs w:val="28"/>
        </w:rPr>
        <w:t xml:space="preserve"> estimate </w:t>
      </w:r>
      <w:proofErr w:type="spellStart"/>
      <w:r w:rsidRPr="00C57AA7">
        <w:rPr>
          <w:rFonts w:eastAsia="Times New Roman" w:cs="Times New Roman"/>
          <w:sz w:val="28"/>
          <w:szCs w:val="28"/>
        </w:rPr>
        <w:t>fără</w:t>
      </w:r>
      <w:proofErr w:type="spellEnd"/>
      <w:r w:rsidRPr="00C57AA7">
        <w:rPr>
          <w:rFonts w:eastAsia="Times New Roman" w:cs="Times New Roman"/>
          <w:sz w:val="28"/>
          <w:szCs w:val="28"/>
        </w:rPr>
        <w:t xml:space="preserve"> TVA </w:t>
      </w:r>
      <w:proofErr w:type="spellStart"/>
      <w:r w:rsidRPr="00C57AA7">
        <w:rPr>
          <w:rFonts w:eastAsia="Times New Roman" w:cs="Times New Roman"/>
          <w:sz w:val="28"/>
          <w:szCs w:val="28"/>
        </w:rPr>
        <w:t>și</w:t>
      </w:r>
      <w:proofErr w:type="spellEnd"/>
      <w:r w:rsidRPr="00C57AA7">
        <w:rPr>
          <w:rFonts w:eastAsia="Times New Roman" w:cs="Times New Roman"/>
          <w:sz w:val="28"/>
          <w:szCs w:val="28"/>
        </w:rPr>
        <w:t xml:space="preserve"> </w:t>
      </w:r>
      <w:proofErr w:type="spellStart"/>
      <w:r w:rsidRPr="00C57AA7">
        <w:rPr>
          <w:rFonts w:eastAsia="Times New Roman" w:cs="Times New Roman"/>
          <w:sz w:val="28"/>
          <w:szCs w:val="28"/>
        </w:rPr>
        <w:t>fără</w:t>
      </w:r>
      <w:proofErr w:type="spellEnd"/>
      <w:r w:rsidRPr="00C57AA7">
        <w:rPr>
          <w:rFonts w:eastAsia="Times New Roman" w:cs="Times New Roman"/>
          <w:sz w:val="28"/>
          <w:szCs w:val="28"/>
        </w:rPr>
        <w:t xml:space="preserve"> </w:t>
      </w:r>
      <w:proofErr w:type="spellStart"/>
      <w:r w:rsidRPr="00C57AA7">
        <w:rPr>
          <w:rFonts w:eastAsia="Times New Roman" w:cs="Times New Roman"/>
          <w:sz w:val="28"/>
          <w:szCs w:val="28"/>
        </w:rPr>
        <w:t>divizarea</w:t>
      </w:r>
      <w:proofErr w:type="spellEnd"/>
      <w:r w:rsidRPr="00C57AA7">
        <w:rPr>
          <w:rFonts w:eastAsia="Times New Roman" w:cs="Times New Roman"/>
          <w:sz w:val="28"/>
          <w:szCs w:val="28"/>
        </w:rPr>
        <w:t xml:space="preserve"> </w:t>
      </w:r>
      <w:proofErr w:type="spellStart"/>
      <w:r w:rsidRPr="00C57AA7">
        <w:rPr>
          <w:rFonts w:eastAsia="Times New Roman" w:cs="Times New Roman"/>
          <w:sz w:val="28"/>
          <w:szCs w:val="28"/>
        </w:rPr>
        <w:t>artificială</w:t>
      </w:r>
      <w:proofErr w:type="spellEnd"/>
      <w:r w:rsidRPr="00C57AA7">
        <w:rPr>
          <w:rFonts w:eastAsia="Times New Roman" w:cs="Times New Roman"/>
          <w:sz w:val="28"/>
          <w:szCs w:val="28"/>
        </w:rPr>
        <w:t xml:space="preserve">. </w:t>
      </w:r>
      <w:proofErr w:type="spellStart"/>
      <w:r w:rsidRPr="00C57AA7">
        <w:rPr>
          <w:rFonts w:eastAsia="Times New Roman" w:cs="Times New Roman"/>
          <w:sz w:val="28"/>
          <w:szCs w:val="28"/>
        </w:rPr>
        <w:t>Actele</w:t>
      </w:r>
      <w:proofErr w:type="spellEnd"/>
      <w:r w:rsidRPr="00C57AA7">
        <w:rPr>
          <w:rFonts w:eastAsia="Times New Roman" w:cs="Times New Roman"/>
          <w:sz w:val="28"/>
          <w:szCs w:val="28"/>
        </w:rPr>
        <w:t xml:space="preserve"> </w:t>
      </w:r>
      <w:proofErr w:type="spellStart"/>
      <w:r w:rsidRPr="00C57AA7">
        <w:rPr>
          <w:rFonts w:eastAsia="Times New Roman" w:cs="Times New Roman"/>
          <w:sz w:val="28"/>
          <w:szCs w:val="28"/>
        </w:rPr>
        <w:t>și</w:t>
      </w:r>
      <w:proofErr w:type="spellEnd"/>
      <w:r w:rsidRPr="00C57AA7">
        <w:rPr>
          <w:rFonts w:eastAsia="Times New Roman" w:cs="Times New Roman"/>
          <w:sz w:val="28"/>
          <w:szCs w:val="28"/>
        </w:rPr>
        <w:t xml:space="preserve"> </w:t>
      </w:r>
      <w:proofErr w:type="spellStart"/>
      <w:r w:rsidRPr="00C57AA7">
        <w:rPr>
          <w:rFonts w:eastAsia="Times New Roman" w:cs="Times New Roman"/>
          <w:sz w:val="28"/>
          <w:szCs w:val="28"/>
        </w:rPr>
        <w:t>semnăturile</w:t>
      </w:r>
      <w:proofErr w:type="spellEnd"/>
      <w:r w:rsidRPr="00C57AA7">
        <w:rPr>
          <w:rFonts w:eastAsia="Times New Roman" w:cs="Times New Roman"/>
          <w:sz w:val="28"/>
          <w:szCs w:val="28"/>
        </w:rPr>
        <w:t xml:space="preserve"> </w:t>
      </w:r>
      <w:proofErr w:type="spellStart"/>
      <w:r w:rsidRPr="00C57AA7">
        <w:rPr>
          <w:rFonts w:eastAsia="Times New Roman" w:cs="Times New Roman"/>
          <w:sz w:val="28"/>
          <w:szCs w:val="28"/>
        </w:rPr>
        <w:t>rezervate</w:t>
      </w:r>
      <w:proofErr w:type="spellEnd"/>
      <w:r w:rsidRPr="00C57AA7">
        <w:rPr>
          <w:rFonts w:eastAsia="Times New Roman" w:cs="Times New Roman"/>
          <w:sz w:val="28"/>
          <w:szCs w:val="28"/>
        </w:rPr>
        <w:t xml:space="preserve"> </w:t>
      </w:r>
      <w:proofErr w:type="spellStart"/>
      <w:r w:rsidRPr="00C57AA7">
        <w:rPr>
          <w:rFonts w:eastAsia="Times New Roman" w:cs="Times New Roman"/>
          <w:sz w:val="28"/>
          <w:szCs w:val="28"/>
        </w:rPr>
        <w:t>beneficiarului</w:t>
      </w:r>
      <w:proofErr w:type="spellEnd"/>
      <w:r w:rsidRPr="00C57AA7">
        <w:rPr>
          <w:rFonts w:eastAsia="Times New Roman" w:cs="Times New Roman"/>
          <w:sz w:val="28"/>
          <w:szCs w:val="28"/>
        </w:rPr>
        <w:t xml:space="preserve"> </w:t>
      </w:r>
      <w:proofErr w:type="spellStart"/>
      <w:r w:rsidRPr="00C57AA7">
        <w:rPr>
          <w:rFonts w:eastAsia="Times New Roman" w:cs="Times New Roman"/>
          <w:sz w:val="28"/>
          <w:szCs w:val="28"/>
        </w:rPr>
        <w:t>ori</w:t>
      </w:r>
      <w:proofErr w:type="spellEnd"/>
      <w:r w:rsidRPr="00C57AA7">
        <w:rPr>
          <w:rFonts w:eastAsia="Times New Roman" w:cs="Times New Roman"/>
          <w:sz w:val="28"/>
          <w:szCs w:val="28"/>
        </w:rPr>
        <w:t xml:space="preserve"> </w:t>
      </w:r>
      <w:proofErr w:type="spellStart"/>
      <w:r w:rsidRPr="00C57AA7">
        <w:rPr>
          <w:rFonts w:eastAsia="Times New Roman" w:cs="Times New Roman"/>
          <w:sz w:val="28"/>
          <w:szCs w:val="28"/>
        </w:rPr>
        <w:t>proprietarului</w:t>
      </w:r>
      <w:proofErr w:type="spellEnd"/>
      <w:r w:rsidRPr="00C57AA7">
        <w:rPr>
          <w:rFonts w:eastAsia="Times New Roman" w:cs="Times New Roman"/>
          <w:sz w:val="28"/>
          <w:szCs w:val="28"/>
        </w:rPr>
        <w:t xml:space="preserve"> </w:t>
      </w:r>
      <w:proofErr w:type="spellStart"/>
      <w:r w:rsidRPr="00C57AA7">
        <w:rPr>
          <w:rFonts w:eastAsia="Times New Roman" w:cs="Times New Roman"/>
          <w:sz w:val="28"/>
          <w:szCs w:val="28"/>
        </w:rPr>
        <w:t>vor</w:t>
      </w:r>
      <w:proofErr w:type="spellEnd"/>
      <w:r w:rsidRPr="00C57AA7">
        <w:rPr>
          <w:rFonts w:eastAsia="Times New Roman" w:cs="Times New Roman"/>
          <w:sz w:val="28"/>
          <w:szCs w:val="28"/>
        </w:rPr>
        <w:t xml:space="preserve"> fi </w:t>
      </w:r>
      <w:proofErr w:type="spellStart"/>
      <w:r w:rsidRPr="00C57AA7">
        <w:rPr>
          <w:rFonts w:eastAsia="Times New Roman" w:cs="Times New Roman"/>
          <w:sz w:val="28"/>
          <w:szCs w:val="28"/>
        </w:rPr>
        <w:t>emise</w:t>
      </w:r>
      <w:proofErr w:type="spellEnd"/>
      <w:r w:rsidRPr="00C57AA7">
        <w:rPr>
          <w:rFonts w:eastAsia="Times New Roman" w:cs="Times New Roman"/>
          <w:sz w:val="28"/>
          <w:szCs w:val="28"/>
        </w:rPr>
        <w:t xml:space="preserve"> de Club </w:t>
      </w:r>
      <w:proofErr w:type="spellStart"/>
      <w:r w:rsidRPr="00C57AA7">
        <w:rPr>
          <w:rFonts w:eastAsia="Times New Roman" w:cs="Times New Roman"/>
          <w:sz w:val="28"/>
          <w:szCs w:val="28"/>
        </w:rPr>
        <w:t>sau</w:t>
      </w:r>
      <w:proofErr w:type="spellEnd"/>
      <w:r w:rsidRPr="00C57AA7">
        <w:rPr>
          <w:rFonts w:eastAsia="Times New Roman" w:cs="Times New Roman"/>
          <w:sz w:val="28"/>
          <w:szCs w:val="28"/>
        </w:rPr>
        <w:t xml:space="preserve"> de </w:t>
      </w:r>
      <w:proofErr w:type="spellStart"/>
      <w:r w:rsidRPr="00C57AA7">
        <w:rPr>
          <w:rFonts w:eastAsia="Times New Roman" w:cs="Times New Roman"/>
          <w:sz w:val="28"/>
          <w:szCs w:val="28"/>
        </w:rPr>
        <w:t>Consiliul</w:t>
      </w:r>
      <w:proofErr w:type="spellEnd"/>
      <w:r w:rsidRPr="00C57AA7">
        <w:rPr>
          <w:rFonts w:eastAsia="Times New Roman" w:cs="Times New Roman"/>
          <w:sz w:val="28"/>
          <w:szCs w:val="28"/>
        </w:rPr>
        <w:t xml:space="preserve"> </w:t>
      </w:r>
      <w:proofErr w:type="spellStart"/>
      <w:r w:rsidRPr="00C57AA7">
        <w:rPr>
          <w:rFonts w:eastAsia="Times New Roman" w:cs="Times New Roman"/>
          <w:sz w:val="28"/>
          <w:szCs w:val="28"/>
        </w:rPr>
        <w:t>Județean</w:t>
      </w:r>
      <w:proofErr w:type="spellEnd"/>
      <w:r w:rsidRPr="00C57AA7">
        <w:rPr>
          <w:rFonts w:eastAsia="Times New Roman" w:cs="Times New Roman"/>
          <w:sz w:val="28"/>
          <w:szCs w:val="28"/>
        </w:rPr>
        <w:t xml:space="preserve"> </w:t>
      </w:r>
      <w:proofErr w:type="spellStart"/>
      <w:r w:rsidRPr="00C57AA7">
        <w:rPr>
          <w:rFonts w:eastAsia="Times New Roman" w:cs="Times New Roman"/>
          <w:sz w:val="28"/>
          <w:szCs w:val="28"/>
        </w:rPr>
        <w:t>Vrancea</w:t>
      </w:r>
      <w:proofErr w:type="spellEnd"/>
      <w:r w:rsidRPr="00C57AA7">
        <w:rPr>
          <w:rFonts w:eastAsia="Times New Roman" w:cs="Times New Roman"/>
          <w:sz w:val="28"/>
          <w:szCs w:val="28"/>
        </w:rPr>
        <w:t xml:space="preserve">, </w:t>
      </w:r>
      <w:proofErr w:type="spellStart"/>
      <w:r w:rsidRPr="00C57AA7">
        <w:rPr>
          <w:rFonts w:eastAsia="Times New Roman" w:cs="Times New Roman"/>
          <w:sz w:val="28"/>
          <w:szCs w:val="28"/>
        </w:rPr>
        <w:t>după</w:t>
      </w:r>
      <w:proofErr w:type="spellEnd"/>
      <w:r w:rsidRPr="00C57AA7">
        <w:rPr>
          <w:rFonts w:eastAsia="Times New Roman" w:cs="Times New Roman"/>
          <w:sz w:val="28"/>
          <w:szCs w:val="28"/>
        </w:rPr>
        <w:t xml:space="preserve"> </w:t>
      </w:r>
      <w:proofErr w:type="spellStart"/>
      <w:r w:rsidRPr="00C57AA7">
        <w:rPr>
          <w:rFonts w:eastAsia="Times New Roman" w:cs="Times New Roman"/>
          <w:sz w:val="28"/>
          <w:szCs w:val="28"/>
        </w:rPr>
        <w:t>caz</w:t>
      </w:r>
      <w:proofErr w:type="spellEnd"/>
      <w:r w:rsidRPr="00C57AA7">
        <w:rPr>
          <w:rFonts w:eastAsia="Times New Roman" w:cs="Times New Roman"/>
          <w:sz w:val="28"/>
          <w:szCs w:val="28"/>
        </w:rPr>
        <w:t>.</w:t>
      </w:r>
    </w:p>
    <w:p w14:paraId="0A8D1596" w14:textId="77777777" w:rsidR="004352AE" w:rsidRPr="00C701F4" w:rsidRDefault="004352AE" w:rsidP="004352AE">
      <w:pPr>
        <w:spacing w:before="360" w:after="0" w:line="240" w:lineRule="auto"/>
        <w:jc w:val="left"/>
        <w:rPr>
          <w:sz w:val="28"/>
          <w:szCs w:val="28"/>
        </w:rPr>
      </w:pPr>
      <w:proofErr w:type="spellStart"/>
      <w:r w:rsidRPr="00C701F4">
        <w:rPr>
          <w:rFonts w:eastAsia="Times New Roman" w:cs="Times New Roman"/>
          <w:b/>
          <w:sz w:val="28"/>
          <w:szCs w:val="28"/>
        </w:rPr>
        <w:t>Beneficiar</w:t>
      </w:r>
      <w:proofErr w:type="spellEnd"/>
      <w:r w:rsidRPr="00C701F4">
        <w:rPr>
          <w:rFonts w:eastAsia="Times New Roman" w:cs="Times New Roman"/>
          <w:b/>
          <w:sz w:val="28"/>
          <w:szCs w:val="28"/>
        </w:rPr>
        <w:t xml:space="preserve">:  </w:t>
      </w:r>
      <w:proofErr w:type="spellStart"/>
      <w:r w:rsidRPr="00C701F4">
        <w:rPr>
          <w:rFonts w:eastAsia="Times New Roman" w:cs="Times New Roman"/>
          <w:b/>
          <w:sz w:val="28"/>
          <w:szCs w:val="28"/>
        </w:rPr>
        <w:t>Clubul</w:t>
      </w:r>
      <w:proofErr w:type="spellEnd"/>
      <w:r w:rsidRPr="00C701F4">
        <w:rPr>
          <w:rFonts w:eastAsia="Times New Roman" w:cs="Times New Roman"/>
          <w:b/>
          <w:sz w:val="28"/>
          <w:szCs w:val="28"/>
        </w:rPr>
        <w:t xml:space="preserve"> </w:t>
      </w:r>
      <w:proofErr w:type="spellStart"/>
      <w:r w:rsidRPr="00C701F4">
        <w:rPr>
          <w:rFonts w:eastAsia="Times New Roman" w:cs="Times New Roman"/>
          <w:b/>
          <w:sz w:val="28"/>
          <w:szCs w:val="28"/>
        </w:rPr>
        <w:t>Sportiv</w:t>
      </w:r>
      <w:proofErr w:type="spellEnd"/>
      <w:r w:rsidRPr="00C701F4">
        <w:rPr>
          <w:rFonts w:eastAsia="Times New Roman" w:cs="Times New Roman"/>
          <w:b/>
          <w:sz w:val="28"/>
          <w:szCs w:val="28"/>
        </w:rPr>
        <w:t xml:space="preserve"> </w:t>
      </w:r>
      <w:proofErr w:type="spellStart"/>
      <w:r w:rsidRPr="00C701F4">
        <w:rPr>
          <w:rFonts w:eastAsia="Times New Roman" w:cs="Times New Roman"/>
          <w:b/>
          <w:sz w:val="28"/>
          <w:szCs w:val="28"/>
        </w:rPr>
        <w:t>Județean</w:t>
      </w:r>
      <w:proofErr w:type="spellEnd"/>
      <w:r w:rsidRPr="00C701F4">
        <w:rPr>
          <w:rFonts w:eastAsia="Times New Roman" w:cs="Times New Roman"/>
          <w:b/>
          <w:sz w:val="28"/>
          <w:szCs w:val="28"/>
        </w:rPr>
        <w:t xml:space="preserve"> </w:t>
      </w:r>
      <w:proofErr w:type="spellStart"/>
      <w:r w:rsidRPr="00C701F4">
        <w:rPr>
          <w:rFonts w:eastAsia="Times New Roman" w:cs="Times New Roman"/>
          <w:b/>
          <w:sz w:val="28"/>
          <w:szCs w:val="28"/>
        </w:rPr>
        <w:t>Vrancea</w:t>
      </w:r>
      <w:proofErr w:type="spellEnd"/>
    </w:p>
    <w:p w14:paraId="6181DA95" w14:textId="77777777" w:rsidR="004352AE" w:rsidRPr="00C701F4" w:rsidRDefault="004352AE" w:rsidP="004352AE">
      <w:pPr>
        <w:spacing w:after="0" w:line="240" w:lineRule="auto"/>
        <w:jc w:val="left"/>
        <w:rPr>
          <w:sz w:val="28"/>
          <w:szCs w:val="28"/>
        </w:rPr>
      </w:pPr>
      <w:r w:rsidRPr="00C701F4">
        <w:rPr>
          <w:rFonts w:eastAsia="Times New Roman" w:cs="Times New Roman"/>
          <w:sz w:val="28"/>
          <w:szCs w:val="28"/>
        </w:rPr>
        <w:t xml:space="preserve">             </w:t>
      </w:r>
      <w:proofErr w:type="spellStart"/>
      <w:r w:rsidRPr="00C701F4">
        <w:rPr>
          <w:rFonts w:eastAsia="Times New Roman" w:cs="Times New Roman"/>
          <w:sz w:val="28"/>
          <w:szCs w:val="28"/>
        </w:rPr>
        <w:t>prin</w:t>
      </w:r>
      <w:proofErr w:type="spellEnd"/>
    </w:p>
    <w:p w14:paraId="4DAB5DB8" w14:textId="77777777" w:rsidR="004352AE" w:rsidRPr="00C701F4" w:rsidRDefault="004352AE" w:rsidP="004352AE">
      <w:pPr>
        <w:spacing w:after="240" w:line="240" w:lineRule="auto"/>
        <w:jc w:val="left"/>
        <w:rPr>
          <w:sz w:val="28"/>
          <w:szCs w:val="28"/>
        </w:rPr>
      </w:pPr>
      <w:proofErr w:type="spellStart"/>
      <w:r w:rsidRPr="00C701F4">
        <w:rPr>
          <w:rFonts w:eastAsia="Times New Roman" w:cs="Times New Roman"/>
          <w:sz w:val="28"/>
          <w:szCs w:val="28"/>
        </w:rPr>
        <w:t>Responsabil</w:t>
      </w:r>
      <w:proofErr w:type="spellEnd"/>
      <w:r w:rsidRPr="00C701F4">
        <w:rPr>
          <w:rFonts w:eastAsia="Times New Roman" w:cs="Times New Roman"/>
          <w:sz w:val="28"/>
          <w:szCs w:val="28"/>
        </w:rPr>
        <w:t>: Ștefan Georgescu – Director</w:t>
      </w:r>
    </w:p>
    <w:p w14:paraId="423742A5" w14:textId="77777777" w:rsidR="004352AE" w:rsidRPr="00C701F4" w:rsidRDefault="004352AE" w:rsidP="004352AE">
      <w:pPr>
        <w:spacing w:after="0" w:line="240" w:lineRule="auto"/>
        <w:jc w:val="left"/>
        <w:rPr>
          <w:sz w:val="28"/>
          <w:szCs w:val="28"/>
        </w:rPr>
      </w:pPr>
      <w:proofErr w:type="spellStart"/>
      <w:r w:rsidRPr="00C701F4">
        <w:rPr>
          <w:rFonts w:eastAsia="Times New Roman" w:cs="Times New Roman"/>
          <w:sz w:val="28"/>
          <w:szCs w:val="28"/>
        </w:rPr>
        <w:t>Întocmit</w:t>
      </w:r>
      <w:proofErr w:type="spellEnd"/>
      <w:r w:rsidRPr="00C701F4">
        <w:rPr>
          <w:rFonts w:eastAsia="Times New Roman" w:cs="Times New Roman"/>
          <w:sz w:val="28"/>
          <w:szCs w:val="28"/>
        </w:rPr>
        <w:t xml:space="preserve">: </w:t>
      </w:r>
      <w:proofErr w:type="spellStart"/>
      <w:r w:rsidRPr="00C701F4">
        <w:rPr>
          <w:rFonts w:eastAsia="Times New Roman" w:cs="Times New Roman"/>
          <w:sz w:val="28"/>
          <w:szCs w:val="28"/>
        </w:rPr>
        <w:t>Beneficiar</w:t>
      </w:r>
      <w:proofErr w:type="spellEnd"/>
      <w:r w:rsidRPr="00C701F4">
        <w:rPr>
          <w:rFonts w:eastAsia="Times New Roman" w:cs="Times New Roman"/>
          <w:sz w:val="28"/>
          <w:szCs w:val="28"/>
        </w:rPr>
        <w:t xml:space="preserve">:  </w:t>
      </w:r>
      <w:proofErr w:type="spellStart"/>
      <w:r w:rsidRPr="00C701F4">
        <w:rPr>
          <w:rFonts w:eastAsia="Times New Roman" w:cs="Times New Roman"/>
          <w:sz w:val="28"/>
          <w:szCs w:val="28"/>
        </w:rPr>
        <w:t>Responsabil</w:t>
      </w:r>
      <w:proofErr w:type="spellEnd"/>
      <w:r w:rsidRPr="00C701F4">
        <w:rPr>
          <w:rFonts w:eastAsia="Times New Roman" w:cs="Times New Roman"/>
          <w:sz w:val="28"/>
          <w:szCs w:val="28"/>
        </w:rPr>
        <w:t>: Ștefan Georgescu – Director</w:t>
      </w:r>
    </w:p>
    <w:p w14:paraId="5D0495DF" w14:textId="77777777" w:rsidR="004352AE" w:rsidRPr="00C701F4" w:rsidRDefault="004352AE" w:rsidP="004352AE">
      <w:pPr>
        <w:spacing w:after="440" w:line="240" w:lineRule="auto"/>
        <w:jc w:val="left"/>
        <w:rPr>
          <w:sz w:val="28"/>
          <w:szCs w:val="28"/>
        </w:rPr>
      </w:pPr>
      <w:r w:rsidRPr="00C701F4">
        <w:rPr>
          <w:rFonts w:eastAsia="Times New Roman" w:cs="Times New Roman"/>
          <w:sz w:val="28"/>
          <w:szCs w:val="28"/>
        </w:rPr>
        <w:t xml:space="preserve">     </w:t>
      </w:r>
      <w:r>
        <w:rPr>
          <w:rFonts w:eastAsia="Times New Roman" w:cs="Times New Roman"/>
          <w:sz w:val="28"/>
          <w:szCs w:val="28"/>
        </w:rPr>
        <w:t xml:space="preserve">Inspector de </w:t>
      </w:r>
      <w:proofErr w:type="spellStart"/>
      <w:r>
        <w:rPr>
          <w:rFonts w:eastAsia="Times New Roman" w:cs="Times New Roman"/>
          <w:sz w:val="28"/>
          <w:szCs w:val="28"/>
        </w:rPr>
        <w:t>specialitate</w:t>
      </w:r>
      <w:proofErr w:type="spellEnd"/>
      <w:r>
        <w:rPr>
          <w:rFonts w:eastAsia="Times New Roman" w:cs="Times New Roman"/>
          <w:sz w:val="28"/>
          <w:szCs w:val="28"/>
        </w:rPr>
        <w:t xml:space="preserve"> </w:t>
      </w:r>
      <w:proofErr w:type="spellStart"/>
      <w:r>
        <w:rPr>
          <w:rFonts w:eastAsia="Times New Roman" w:cs="Times New Roman"/>
          <w:sz w:val="28"/>
          <w:szCs w:val="28"/>
        </w:rPr>
        <w:t>compartiment</w:t>
      </w:r>
      <w:proofErr w:type="spellEnd"/>
      <w:r>
        <w:rPr>
          <w:rFonts w:eastAsia="Times New Roman" w:cs="Times New Roman"/>
          <w:sz w:val="28"/>
          <w:szCs w:val="28"/>
        </w:rPr>
        <w:t xml:space="preserve"> </w:t>
      </w:r>
      <w:proofErr w:type="spellStart"/>
      <w:r>
        <w:rPr>
          <w:rFonts w:eastAsia="Times New Roman" w:cs="Times New Roman"/>
          <w:sz w:val="28"/>
          <w:szCs w:val="28"/>
        </w:rPr>
        <w:t>financiar-contabil</w:t>
      </w:r>
      <w:proofErr w:type="spellEnd"/>
      <w:r w:rsidRPr="00C701F4">
        <w:rPr>
          <w:rFonts w:eastAsia="Times New Roman" w:cs="Times New Roman"/>
          <w:sz w:val="28"/>
          <w:szCs w:val="28"/>
        </w:rPr>
        <w:t>:</w:t>
      </w:r>
      <w:r>
        <w:rPr>
          <w:rFonts w:eastAsia="Times New Roman" w:cs="Times New Roman"/>
          <w:sz w:val="28"/>
          <w:szCs w:val="28"/>
        </w:rPr>
        <w:t xml:space="preserve"> Stănescu Ionuț</w:t>
      </w:r>
    </w:p>
    <w:p w14:paraId="13F6755D" w14:textId="77777777" w:rsidR="004352AE" w:rsidRPr="00BB78B5" w:rsidRDefault="004352AE" w:rsidP="004352AE">
      <w:pPr>
        <w:widowControl w:val="0"/>
        <w:kinsoku w:val="0"/>
        <w:overflowPunct w:val="0"/>
        <w:spacing w:after="0" w:line="240" w:lineRule="auto"/>
        <w:ind w:left="142" w:right="-261" w:firstLine="0"/>
        <w:jc w:val="center"/>
        <w:textAlignment w:val="baseline"/>
        <w:rPr>
          <w:rFonts w:eastAsia="Times New Roman" w:cs="Times New Roman"/>
          <w:b/>
          <w:bCs/>
          <w:color w:val="auto"/>
          <w:sz w:val="28"/>
          <w:szCs w:val="28"/>
          <w:lang w:val="ro-RO" w:eastAsia="en-GB"/>
        </w:rPr>
      </w:pPr>
      <w:r w:rsidRPr="00BB78B5">
        <w:rPr>
          <w:rFonts w:eastAsia="Times New Roman" w:cs="Times New Roman"/>
          <w:b/>
          <w:bCs/>
          <w:color w:val="auto"/>
          <w:sz w:val="28"/>
          <w:szCs w:val="28"/>
          <w:lang w:val="ro-RO" w:eastAsia="en-GB"/>
        </w:rPr>
        <w:t>Președintele</w:t>
      </w:r>
    </w:p>
    <w:p w14:paraId="71013318" w14:textId="77777777" w:rsidR="004352AE" w:rsidRPr="00BB78B5" w:rsidRDefault="004352AE" w:rsidP="004352AE">
      <w:pPr>
        <w:widowControl w:val="0"/>
        <w:kinsoku w:val="0"/>
        <w:overflowPunct w:val="0"/>
        <w:spacing w:after="0" w:line="240" w:lineRule="auto"/>
        <w:ind w:left="142" w:right="-261" w:firstLine="0"/>
        <w:jc w:val="center"/>
        <w:textAlignment w:val="baseline"/>
        <w:rPr>
          <w:rFonts w:eastAsia="Times New Roman" w:cs="Times New Roman"/>
          <w:b/>
          <w:bCs/>
          <w:color w:val="auto"/>
          <w:sz w:val="28"/>
          <w:szCs w:val="28"/>
          <w:lang w:val="ro-RO" w:eastAsia="en-GB"/>
        </w:rPr>
      </w:pPr>
      <w:r w:rsidRPr="00BB78B5">
        <w:rPr>
          <w:rFonts w:eastAsia="Times New Roman" w:cs="Times New Roman"/>
          <w:b/>
          <w:bCs/>
          <w:color w:val="auto"/>
          <w:sz w:val="28"/>
          <w:szCs w:val="28"/>
          <w:lang w:val="ro-RO" w:eastAsia="en-GB"/>
        </w:rPr>
        <w:t>Consiliului Județean Vrancea</w:t>
      </w:r>
    </w:p>
    <w:p w14:paraId="56121667" w14:textId="77777777" w:rsidR="004352AE" w:rsidRPr="00BB78B5" w:rsidRDefault="004352AE" w:rsidP="004352AE">
      <w:pPr>
        <w:widowControl w:val="0"/>
        <w:kinsoku w:val="0"/>
        <w:overflowPunct w:val="0"/>
        <w:spacing w:after="0" w:line="240" w:lineRule="auto"/>
        <w:ind w:left="142" w:right="-261" w:firstLine="0"/>
        <w:jc w:val="center"/>
        <w:textAlignment w:val="baseline"/>
        <w:rPr>
          <w:rFonts w:eastAsia="Times New Roman" w:cs="Times New Roman"/>
          <w:b/>
          <w:bCs/>
          <w:color w:val="auto"/>
          <w:sz w:val="28"/>
          <w:szCs w:val="28"/>
          <w:lang w:val="ro-RO" w:eastAsia="en-GB"/>
        </w:rPr>
      </w:pPr>
      <w:r w:rsidRPr="00BB78B5">
        <w:rPr>
          <w:rFonts w:eastAsia="Times New Roman" w:cs="Times New Roman"/>
          <w:b/>
          <w:bCs/>
          <w:color w:val="auto"/>
          <w:sz w:val="28"/>
          <w:szCs w:val="28"/>
          <w:lang w:val="ro-RO" w:eastAsia="en-GB"/>
        </w:rPr>
        <w:t>Nicușor HALICI</w:t>
      </w:r>
    </w:p>
    <w:p w14:paraId="0EF262D5" w14:textId="77777777" w:rsidR="004352AE" w:rsidRPr="00BB78B5" w:rsidRDefault="004352AE" w:rsidP="004352AE">
      <w:pPr>
        <w:widowControl w:val="0"/>
        <w:kinsoku w:val="0"/>
        <w:overflowPunct w:val="0"/>
        <w:spacing w:after="0" w:line="240" w:lineRule="auto"/>
        <w:ind w:right="-261" w:firstLine="0"/>
        <w:textAlignment w:val="baseline"/>
        <w:rPr>
          <w:rFonts w:eastAsia="Times New Roman" w:cs="Times New Roman"/>
          <w:b/>
          <w:bCs/>
          <w:color w:val="auto"/>
          <w:sz w:val="28"/>
          <w:szCs w:val="28"/>
          <w:lang w:val="ro-RO" w:eastAsia="en-GB"/>
        </w:rPr>
      </w:pPr>
    </w:p>
    <w:p w14:paraId="03C6510F" w14:textId="77777777" w:rsidR="004352AE" w:rsidRPr="00BB78B5" w:rsidRDefault="004352AE" w:rsidP="004352AE">
      <w:pPr>
        <w:widowControl w:val="0"/>
        <w:kinsoku w:val="0"/>
        <w:overflowPunct w:val="0"/>
        <w:spacing w:after="0" w:line="240" w:lineRule="auto"/>
        <w:ind w:right="-261" w:firstLine="0"/>
        <w:textAlignment w:val="baseline"/>
        <w:rPr>
          <w:rFonts w:eastAsia="Times New Roman" w:cs="Times New Roman"/>
          <w:b/>
          <w:bCs/>
          <w:color w:val="auto"/>
          <w:sz w:val="28"/>
          <w:szCs w:val="28"/>
          <w:lang w:val="ro-RO" w:eastAsia="en-GB"/>
        </w:rPr>
      </w:pPr>
    </w:p>
    <w:p w14:paraId="6A207175" w14:textId="77777777" w:rsidR="004352AE" w:rsidRPr="00BB78B5" w:rsidRDefault="004352AE" w:rsidP="004352AE">
      <w:pPr>
        <w:widowControl w:val="0"/>
        <w:kinsoku w:val="0"/>
        <w:overflowPunct w:val="0"/>
        <w:spacing w:after="0" w:line="240" w:lineRule="auto"/>
        <w:ind w:right="-261" w:firstLine="0"/>
        <w:textAlignment w:val="baseline"/>
        <w:rPr>
          <w:rFonts w:eastAsia="Times New Roman" w:cs="Times New Roman"/>
          <w:b/>
          <w:bCs/>
          <w:color w:val="auto"/>
          <w:sz w:val="28"/>
          <w:szCs w:val="28"/>
          <w:lang w:val="ro-RO" w:eastAsia="en-GB"/>
        </w:rPr>
      </w:pPr>
    </w:p>
    <w:p w14:paraId="79AD7A81" w14:textId="77777777" w:rsidR="004352AE" w:rsidRPr="00BB78B5" w:rsidRDefault="004352AE" w:rsidP="004352AE">
      <w:pPr>
        <w:widowControl w:val="0"/>
        <w:kinsoku w:val="0"/>
        <w:overflowPunct w:val="0"/>
        <w:spacing w:after="0" w:line="240" w:lineRule="auto"/>
        <w:ind w:right="-261" w:firstLine="0"/>
        <w:textAlignment w:val="baseline"/>
        <w:rPr>
          <w:rFonts w:eastAsia="Times New Roman" w:cs="Times New Roman"/>
          <w:b/>
          <w:bCs/>
          <w:color w:val="auto"/>
          <w:sz w:val="28"/>
          <w:szCs w:val="28"/>
          <w:lang w:val="ro-RO" w:eastAsia="en-GB"/>
        </w:rPr>
      </w:pPr>
    </w:p>
    <w:p w14:paraId="0F41A160" w14:textId="7331DBC8" w:rsidR="004352AE" w:rsidRPr="00BB78B5" w:rsidRDefault="004352AE" w:rsidP="004352AE">
      <w:pPr>
        <w:widowControl w:val="0"/>
        <w:kinsoku w:val="0"/>
        <w:overflowPunct w:val="0"/>
        <w:spacing w:after="0" w:line="240" w:lineRule="auto"/>
        <w:ind w:left="5040" w:right="-261" w:firstLine="0"/>
        <w:jc w:val="center"/>
        <w:textAlignment w:val="baseline"/>
        <w:rPr>
          <w:rFonts w:eastAsia="Times New Roman" w:cs="Times New Roman"/>
          <w:b/>
          <w:bCs/>
          <w:color w:val="auto"/>
          <w:sz w:val="28"/>
          <w:szCs w:val="28"/>
          <w:lang w:val="ro-RO" w:eastAsia="en-GB"/>
        </w:rPr>
      </w:pPr>
      <w:r w:rsidRPr="00BB78B5">
        <w:rPr>
          <w:rFonts w:eastAsia="Times New Roman" w:cs="Times New Roman"/>
          <w:b/>
          <w:bCs/>
          <w:color w:val="auto"/>
          <w:sz w:val="28"/>
          <w:szCs w:val="28"/>
          <w:lang w:val="ro-RO" w:eastAsia="en-GB"/>
        </w:rPr>
        <w:t xml:space="preserve">  </w:t>
      </w:r>
      <w:r w:rsidR="00D9681A">
        <w:rPr>
          <w:rFonts w:eastAsia="Times New Roman" w:cs="Times New Roman"/>
          <w:b/>
          <w:bCs/>
          <w:color w:val="auto"/>
          <w:sz w:val="28"/>
          <w:szCs w:val="28"/>
          <w:lang w:val="ro-RO" w:eastAsia="en-GB"/>
        </w:rPr>
        <w:t xml:space="preserve">            </w:t>
      </w:r>
      <w:r w:rsidRPr="00BB78B5">
        <w:rPr>
          <w:rFonts w:eastAsia="Times New Roman" w:cs="Times New Roman"/>
          <w:b/>
          <w:bCs/>
          <w:color w:val="auto"/>
          <w:sz w:val="28"/>
          <w:szCs w:val="28"/>
          <w:lang w:val="ro-RO" w:eastAsia="en-GB"/>
        </w:rPr>
        <w:t xml:space="preserve"> </w:t>
      </w:r>
      <w:r w:rsidR="00D9681A">
        <w:rPr>
          <w:rFonts w:eastAsia="Times New Roman" w:cs="Times New Roman"/>
          <w:b/>
          <w:bCs/>
          <w:color w:val="auto"/>
          <w:sz w:val="28"/>
          <w:szCs w:val="28"/>
          <w:lang w:val="ro-RO" w:eastAsia="en-GB"/>
        </w:rPr>
        <w:t xml:space="preserve">Contrasemnează, </w:t>
      </w:r>
    </w:p>
    <w:p w14:paraId="63D892C0" w14:textId="77777777" w:rsidR="004352AE" w:rsidRPr="00BB78B5" w:rsidRDefault="004352AE" w:rsidP="004352AE">
      <w:pPr>
        <w:widowControl w:val="0"/>
        <w:kinsoku w:val="0"/>
        <w:overflowPunct w:val="0"/>
        <w:spacing w:after="0" w:line="240" w:lineRule="auto"/>
        <w:ind w:left="5310" w:right="-261" w:firstLine="450"/>
        <w:jc w:val="left"/>
        <w:textAlignment w:val="baseline"/>
        <w:rPr>
          <w:rFonts w:eastAsia="Times New Roman" w:cs="Times New Roman"/>
          <w:b/>
          <w:bCs/>
          <w:color w:val="auto"/>
          <w:sz w:val="28"/>
          <w:szCs w:val="28"/>
          <w:lang w:val="ro-RO" w:eastAsia="en-GB"/>
        </w:rPr>
      </w:pPr>
      <w:r w:rsidRPr="00BB78B5">
        <w:rPr>
          <w:rFonts w:eastAsia="Times New Roman" w:cs="Times New Roman"/>
          <w:b/>
          <w:bCs/>
          <w:color w:val="auto"/>
          <w:sz w:val="28"/>
          <w:szCs w:val="28"/>
          <w:lang w:val="ro-RO" w:eastAsia="en-GB"/>
        </w:rPr>
        <w:t xml:space="preserve">     Secretar general al județului                          </w:t>
      </w:r>
    </w:p>
    <w:p w14:paraId="0682B668" w14:textId="77777777" w:rsidR="004352AE" w:rsidRPr="00BB78B5" w:rsidRDefault="004352AE" w:rsidP="004352AE">
      <w:pPr>
        <w:spacing w:after="0" w:line="240" w:lineRule="auto"/>
        <w:ind w:firstLine="0"/>
        <w:rPr>
          <w:rFonts w:eastAsia="Times New Roman" w:cs="Times New Roman"/>
          <w:color w:val="auto"/>
          <w:sz w:val="28"/>
        </w:rPr>
      </w:pPr>
      <w:r w:rsidRPr="00BB78B5">
        <w:rPr>
          <w:rFonts w:eastAsia="Times New Roman" w:cs="Times New Roman"/>
          <w:b/>
          <w:bCs/>
          <w:color w:val="auto"/>
          <w:sz w:val="28"/>
          <w:szCs w:val="28"/>
          <w:lang w:val="ro-RO" w:eastAsia="en-GB"/>
        </w:rPr>
        <w:t xml:space="preserve">                                                                                                    Raluca Dan        </w:t>
      </w:r>
    </w:p>
    <w:p w14:paraId="64EEC3DA" w14:textId="488AA948" w:rsidR="006C02EF" w:rsidRDefault="006C02EF" w:rsidP="004352AE">
      <w:pPr>
        <w:spacing w:before="360" w:after="0" w:line="240" w:lineRule="auto"/>
        <w:jc w:val="left"/>
      </w:pPr>
    </w:p>
    <w:sectPr w:rsidR="006C02EF" w:rsidSect="00034616">
      <w:footerReference w:type="default" r:id="rId8"/>
      <w:pgSz w:w="11906" w:h="16838"/>
      <w:pgMar w:top="1134" w:right="1134" w:bottom="1134" w:left="1417" w:header="510" w:footer="51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07C777" w14:textId="77777777" w:rsidR="002E6C42" w:rsidRDefault="002E6C42">
      <w:pPr>
        <w:spacing w:after="0" w:line="240" w:lineRule="auto"/>
      </w:pPr>
      <w:r>
        <w:separator/>
      </w:r>
    </w:p>
  </w:endnote>
  <w:endnote w:type="continuationSeparator" w:id="0">
    <w:p w14:paraId="602D3921" w14:textId="77777777" w:rsidR="002E6C42" w:rsidRDefault="002E6C4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1F5A6A" w14:textId="77777777" w:rsidR="006C02EF" w:rsidRPr="004352AE" w:rsidRDefault="002E6C42">
    <w:pPr>
      <w:spacing w:after="0" w:line="240" w:lineRule="auto"/>
      <w:jc w:val="center"/>
      <w:rPr>
        <w:sz w:val="28"/>
        <w:szCs w:val="28"/>
      </w:rPr>
    </w:pPr>
    <w:r w:rsidRPr="004352AE">
      <w:rPr>
        <w:rFonts w:eastAsia="Times New Roman" w:cs="Times New Roman"/>
        <w:sz w:val="28"/>
        <w:szCs w:val="28"/>
      </w:rPr>
      <w:fldChar w:fldCharType="begin"/>
    </w:r>
    <w:r w:rsidRPr="004352AE">
      <w:rPr>
        <w:rFonts w:eastAsia="Times New Roman" w:cs="Times New Roman"/>
        <w:sz w:val="28"/>
        <w:szCs w:val="28"/>
      </w:rPr>
      <w:instrText xml:space="preserve"> PAGE </w:instrText>
    </w:r>
    <w:r w:rsidRPr="004352AE">
      <w:rPr>
        <w:rFonts w:eastAsia="Times New Roman" w:cs="Times New Roman"/>
        <w:sz w:val="28"/>
        <w:szCs w:val="28"/>
      </w:rPr>
      <w:fldChar w:fldCharType="separate"/>
    </w:r>
    <w:r w:rsidRPr="004352AE">
      <w:rPr>
        <w:rFonts w:eastAsia="Times New Roman" w:cs="Times New Roman"/>
        <w:sz w:val="28"/>
        <w:szCs w:val="28"/>
      </w:rPr>
      <w:t>1</w:t>
    </w:r>
    <w:r w:rsidRPr="004352AE">
      <w:rPr>
        <w:rFonts w:eastAsia="Times New Roman" w:cs="Times New Roman"/>
        <w:sz w:val="28"/>
        <w:szCs w:val="2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311489" w14:textId="77777777" w:rsidR="002E6C42" w:rsidRDefault="002E6C42">
      <w:pPr>
        <w:spacing w:after="0" w:line="240" w:lineRule="auto"/>
      </w:pPr>
      <w:r>
        <w:separator/>
      </w:r>
    </w:p>
  </w:footnote>
  <w:footnote w:type="continuationSeparator" w:id="0">
    <w:p w14:paraId="3ED75942" w14:textId="77777777" w:rsidR="002E6C42" w:rsidRDefault="002E6C4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anumerotat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anumerotat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acumarcatori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acumarcatori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erotat"/>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cumarcatori"/>
      <w:lvlText w:val=""/>
      <w:lvlJc w:val="left"/>
      <w:pPr>
        <w:tabs>
          <w:tab w:val="num" w:pos="360"/>
        </w:tabs>
        <w:ind w:left="360" w:hanging="360"/>
      </w:pPr>
      <w:rPr>
        <w:rFonts w:ascii="Symbol" w:hAnsi="Symbol" w:hint="default"/>
      </w:rPr>
    </w:lvl>
  </w:abstractNum>
  <w:num w:numId="1" w16cid:durableId="643001696">
    <w:abstractNumId w:val="8"/>
  </w:num>
  <w:num w:numId="2" w16cid:durableId="809709096">
    <w:abstractNumId w:val="6"/>
  </w:num>
  <w:num w:numId="3" w16cid:durableId="135025180">
    <w:abstractNumId w:val="5"/>
  </w:num>
  <w:num w:numId="4" w16cid:durableId="1083141647">
    <w:abstractNumId w:val="4"/>
  </w:num>
  <w:num w:numId="5" w16cid:durableId="2070420595">
    <w:abstractNumId w:val="7"/>
  </w:num>
  <w:num w:numId="6" w16cid:durableId="1095858213">
    <w:abstractNumId w:val="3"/>
  </w:num>
  <w:num w:numId="7" w16cid:durableId="2121562637">
    <w:abstractNumId w:val="2"/>
  </w:num>
  <w:num w:numId="8" w16cid:durableId="435177234">
    <w:abstractNumId w:val="1"/>
  </w:num>
  <w:num w:numId="9" w16cid:durableId="39717520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6"/>
  <w:proofState w:spelling="clean" w:grammar="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245622"/>
    <w:rsid w:val="0029639D"/>
    <w:rsid w:val="002A5820"/>
    <w:rsid w:val="002E6C42"/>
    <w:rsid w:val="00326F90"/>
    <w:rsid w:val="003A275E"/>
    <w:rsid w:val="004352AE"/>
    <w:rsid w:val="00447A27"/>
    <w:rsid w:val="004617EF"/>
    <w:rsid w:val="004A543A"/>
    <w:rsid w:val="00631DE1"/>
    <w:rsid w:val="006C02EF"/>
    <w:rsid w:val="006D608A"/>
    <w:rsid w:val="006E6E50"/>
    <w:rsid w:val="007247CE"/>
    <w:rsid w:val="00775612"/>
    <w:rsid w:val="008B4F8F"/>
    <w:rsid w:val="008D6586"/>
    <w:rsid w:val="0098723D"/>
    <w:rsid w:val="00A57563"/>
    <w:rsid w:val="00A659EB"/>
    <w:rsid w:val="00AA1D8D"/>
    <w:rsid w:val="00B47730"/>
    <w:rsid w:val="00C454B2"/>
    <w:rsid w:val="00C57AA7"/>
    <w:rsid w:val="00CB0664"/>
    <w:rsid w:val="00D9681A"/>
    <w:rsid w:val="00DD3290"/>
    <w:rsid w:val="00E8585D"/>
    <w:rsid w:val="00F26097"/>
    <w:rsid w:val="00F779E4"/>
    <w:rsid w:val="00FA41B3"/>
    <w:rsid w:val="00FA4EC0"/>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4062061"/>
  <w14:defaultImageDpi w14:val="300"/>
  <w15:docId w15:val="{2FABAA78-665D-455D-8B46-41CA9CBE5B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20"/>
      <w:ind w:firstLine="709"/>
      <w:jc w:val="both"/>
    </w:pPr>
    <w:rPr>
      <w:rFonts w:ascii="Times New Roman" w:hAnsi="Times New Roman"/>
      <w:color w:val="000000"/>
      <w:sz w:val="24"/>
    </w:rPr>
  </w:style>
  <w:style w:type="paragraph" w:styleId="Titlu1">
    <w:name w:val="heading 1"/>
    <w:basedOn w:val="Normal"/>
    <w:next w:val="Normal"/>
    <w:link w:val="Titlu1Caracter"/>
    <w:uiPriority w:val="9"/>
    <w:qFormat/>
    <w:rsid w:val="00FC693F"/>
    <w:pPr>
      <w:keepNext/>
      <w:keepLines/>
      <w:spacing w:before="240" w:line="240" w:lineRule="auto"/>
      <w:ind w:firstLine="0"/>
      <w:jc w:val="left"/>
      <w:outlineLvl w:val="0"/>
    </w:pPr>
    <w:rPr>
      <w:rFonts w:asciiTheme="majorHAnsi" w:eastAsiaTheme="majorEastAsia" w:hAnsiTheme="majorHAnsi" w:cstheme="majorBidi"/>
      <w:b/>
      <w:bCs/>
      <w:sz w:val="26"/>
      <w:szCs w:val="28"/>
    </w:rPr>
  </w:style>
  <w:style w:type="paragraph" w:styleId="Titlu2">
    <w:name w:val="heading 2"/>
    <w:basedOn w:val="Normal"/>
    <w:next w:val="Normal"/>
    <w:link w:val="Titlu2Caracter"/>
    <w:uiPriority w:val="9"/>
    <w:unhideWhenUsed/>
    <w:qFormat/>
    <w:rsid w:val="00FC693F"/>
    <w:pPr>
      <w:keepNext/>
      <w:keepLines/>
      <w:spacing w:before="160" w:after="80" w:line="240" w:lineRule="auto"/>
      <w:ind w:firstLine="0"/>
      <w:jc w:val="left"/>
      <w:outlineLvl w:val="1"/>
    </w:pPr>
    <w:rPr>
      <w:rFonts w:asciiTheme="majorHAnsi" w:eastAsiaTheme="majorEastAsia" w:hAnsiTheme="majorHAnsi" w:cstheme="majorBidi"/>
      <w:b/>
      <w:bCs/>
      <w:szCs w:val="26"/>
    </w:rPr>
  </w:style>
  <w:style w:type="paragraph" w:styleId="Titlu3">
    <w:name w:val="heading 3"/>
    <w:basedOn w:val="Normal"/>
    <w:next w:val="Normal"/>
    <w:link w:val="Titlu3Caracter"/>
    <w:uiPriority w:val="9"/>
    <w:unhideWhenUsed/>
    <w:qFormat/>
    <w:rsid w:val="00FC693F"/>
    <w:pPr>
      <w:keepNext/>
      <w:keepLines/>
      <w:spacing w:before="120" w:after="60" w:line="240" w:lineRule="auto"/>
      <w:ind w:firstLine="0"/>
      <w:jc w:val="left"/>
      <w:outlineLvl w:val="2"/>
    </w:pPr>
    <w:rPr>
      <w:rFonts w:asciiTheme="majorHAnsi" w:eastAsiaTheme="majorEastAsia" w:hAnsiTheme="majorHAnsi" w:cstheme="majorBidi"/>
      <w:b/>
      <w:bCs/>
      <w:i/>
    </w:rPr>
  </w:style>
  <w:style w:type="paragraph" w:styleId="Titlu4">
    <w:name w:val="heading 4"/>
    <w:basedOn w:val="Normal"/>
    <w:next w:val="Normal"/>
    <w:link w:val="Titlu4Caracte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Titlu5">
    <w:name w:val="heading 5"/>
    <w:basedOn w:val="Normal"/>
    <w:next w:val="Normal"/>
    <w:link w:val="Titlu5Caracte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Titlu6">
    <w:name w:val="heading 6"/>
    <w:basedOn w:val="Normal"/>
    <w:next w:val="Normal"/>
    <w:link w:val="Titlu6Caracte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Titlu7">
    <w:name w:val="heading 7"/>
    <w:basedOn w:val="Normal"/>
    <w:next w:val="Normal"/>
    <w:link w:val="Titlu7Caracte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Titlu8">
    <w:name w:val="heading 8"/>
    <w:basedOn w:val="Normal"/>
    <w:next w:val="Normal"/>
    <w:link w:val="Titlu8Caracte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Titlu9">
    <w:name w:val="heading 9"/>
    <w:basedOn w:val="Normal"/>
    <w:next w:val="Normal"/>
    <w:link w:val="Titlu9Caracte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Antet">
    <w:name w:val="header"/>
    <w:basedOn w:val="Normal"/>
    <w:link w:val="AntetCaracter"/>
    <w:uiPriority w:val="99"/>
    <w:unhideWhenUsed/>
    <w:rsid w:val="00E618BF"/>
    <w:pPr>
      <w:tabs>
        <w:tab w:val="center" w:pos="4680"/>
        <w:tab w:val="right" w:pos="9360"/>
      </w:tabs>
      <w:spacing w:after="0" w:line="240" w:lineRule="auto"/>
    </w:pPr>
  </w:style>
  <w:style w:type="character" w:customStyle="1" w:styleId="AntetCaracter">
    <w:name w:val="Antet Caracter"/>
    <w:basedOn w:val="Fontdeparagrafimplicit"/>
    <w:link w:val="Antet"/>
    <w:uiPriority w:val="99"/>
    <w:rsid w:val="00E618BF"/>
  </w:style>
  <w:style w:type="paragraph" w:styleId="Subsol">
    <w:name w:val="footer"/>
    <w:basedOn w:val="Normal"/>
    <w:link w:val="SubsolCaracter"/>
    <w:uiPriority w:val="99"/>
    <w:unhideWhenUsed/>
    <w:rsid w:val="00E618BF"/>
    <w:pPr>
      <w:tabs>
        <w:tab w:val="center" w:pos="4680"/>
        <w:tab w:val="right" w:pos="9360"/>
      </w:tabs>
      <w:spacing w:after="0" w:line="240" w:lineRule="auto"/>
    </w:pPr>
  </w:style>
  <w:style w:type="character" w:customStyle="1" w:styleId="SubsolCaracter">
    <w:name w:val="Subsol Caracter"/>
    <w:basedOn w:val="Fontdeparagrafimplicit"/>
    <w:link w:val="Subsol"/>
    <w:uiPriority w:val="99"/>
    <w:rsid w:val="00E618BF"/>
  </w:style>
  <w:style w:type="paragraph" w:styleId="Frspaiere">
    <w:name w:val="No Spacing"/>
    <w:uiPriority w:val="1"/>
    <w:qFormat/>
    <w:rsid w:val="00FC693F"/>
    <w:pPr>
      <w:spacing w:after="0" w:line="240" w:lineRule="auto"/>
    </w:pPr>
  </w:style>
  <w:style w:type="character" w:customStyle="1" w:styleId="Titlu1Caracter">
    <w:name w:val="Titlu 1 Caracter"/>
    <w:basedOn w:val="Fontdeparagrafimplicit"/>
    <w:link w:val="Titlu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Titlu2Caracter">
    <w:name w:val="Titlu 2 Caracter"/>
    <w:basedOn w:val="Fontdeparagrafimplicit"/>
    <w:link w:val="Titlu2"/>
    <w:uiPriority w:val="9"/>
    <w:rsid w:val="00FC693F"/>
    <w:rPr>
      <w:rFonts w:asciiTheme="majorHAnsi" w:eastAsiaTheme="majorEastAsia" w:hAnsiTheme="majorHAnsi" w:cstheme="majorBidi"/>
      <w:b/>
      <w:bCs/>
      <w:color w:val="4F81BD" w:themeColor="accent1"/>
      <w:sz w:val="26"/>
      <w:szCs w:val="26"/>
    </w:rPr>
  </w:style>
  <w:style w:type="character" w:customStyle="1" w:styleId="Titlu3Caracter">
    <w:name w:val="Titlu 3 Caracter"/>
    <w:basedOn w:val="Fontdeparagrafimplicit"/>
    <w:link w:val="Titlu3"/>
    <w:uiPriority w:val="9"/>
    <w:rsid w:val="00FC693F"/>
    <w:rPr>
      <w:rFonts w:asciiTheme="majorHAnsi" w:eastAsiaTheme="majorEastAsia" w:hAnsiTheme="majorHAnsi" w:cstheme="majorBidi"/>
      <w:b/>
      <w:bCs/>
      <w:color w:val="4F81BD" w:themeColor="accent1"/>
    </w:rPr>
  </w:style>
  <w:style w:type="paragraph" w:styleId="Titlu">
    <w:name w:val="Title"/>
    <w:basedOn w:val="Normal"/>
    <w:next w:val="Normal"/>
    <w:link w:val="TitluCaracter"/>
    <w:uiPriority w:val="10"/>
    <w:qFormat/>
    <w:rsid w:val="00FC693F"/>
    <w:pPr>
      <w:keepNext/>
      <w:spacing w:before="240" w:after="240" w:line="240" w:lineRule="auto"/>
      <w:ind w:firstLine="0"/>
      <w:contextualSpacing/>
      <w:jc w:val="center"/>
    </w:pPr>
    <w:rPr>
      <w:rFonts w:asciiTheme="majorHAnsi" w:eastAsiaTheme="majorEastAsia" w:hAnsiTheme="majorHAnsi" w:cstheme="majorBidi"/>
      <w:b/>
      <w:spacing w:val="5"/>
      <w:kern w:val="28"/>
      <w:sz w:val="28"/>
      <w:szCs w:val="52"/>
    </w:rPr>
  </w:style>
  <w:style w:type="character" w:customStyle="1" w:styleId="TitluCaracter">
    <w:name w:val="Titlu Caracter"/>
    <w:basedOn w:val="Fontdeparagrafimplicit"/>
    <w:link w:val="Titlu"/>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u">
    <w:name w:val="Subtitle"/>
    <w:basedOn w:val="Normal"/>
    <w:next w:val="Normal"/>
    <w:link w:val="SubtitluCaracter"/>
    <w:uiPriority w:val="11"/>
    <w:qFormat/>
    <w:rsid w:val="00FC693F"/>
    <w:pPr>
      <w:numPr>
        <w:ilvl w:val="1"/>
      </w:numPr>
      <w:ind w:firstLine="709"/>
    </w:pPr>
    <w:rPr>
      <w:rFonts w:asciiTheme="majorHAnsi" w:eastAsiaTheme="majorEastAsia" w:hAnsiTheme="majorHAnsi" w:cstheme="majorBidi"/>
      <w:i/>
      <w:iCs/>
      <w:color w:val="4F81BD" w:themeColor="accent1"/>
      <w:spacing w:val="15"/>
      <w:szCs w:val="24"/>
    </w:rPr>
  </w:style>
  <w:style w:type="character" w:customStyle="1" w:styleId="SubtitluCaracter">
    <w:name w:val="Subtitlu Caracter"/>
    <w:basedOn w:val="Fontdeparagrafimplicit"/>
    <w:link w:val="Subtitlu"/>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f">
    <w:name w:val="List Paragraph"/>
    <w:basedOn w:val="Normal"/>
    <w:uiPriority w:val="34"/>
    <w:qFormat/>
    <w:rsid w:val="00FC693F"/>
    <w:pPr>
      <w:ind w:left="720"/>
      <w:contextualSpacing/>
    </w:pPr>
  </w:style>
  <w:style w:type="paragraph" w:styleId="Corptext">
    <w:name w:val="Body Text"/>
    <w:basedOn w:val="Normal"/>
    <w:link w:val="CorptextCaracter"/>
    <w:uiPriority w:val="99"/>
    <w:unhideWhenUsed/>
    <w:rsid w:val="00AA1D8D"/>
  </w:style>
  <w:style w:type="character" w:customStyle="1" w:styleId="CorptextCaracter">
    <w:name w:val="Corp text Caracter"/>
    <w:basedOn w:val="Fontdeparagrafimplicit"/>
    <w:link w:val="Corptext"/>
    <w:uiPriority w:val="99"/>
    <w:rsid w:val="00AA1D8D"/>
  </w:style>
  <w:style w:type="paragraph" w:styleId="Corptext2">
    <w:name w:val="Body Text 2"/>
    <w:basedOn w:val="Normal"/>
    <w:link w:val="Corptext2Caracter"/>
    <w:uiPriority w:val="99"/>
    <w:unhideWhenUsed/>
    <w:rsid w:val="00AA1D8D"/>
    <w:pPr>
      <w:spacing w:line="480" w:lineRule="auto"/>
    </w:pPr>
  </w:style>
  <w:style w:type="character" w:customStyle="1" w:styleId="Corptext2Caracter">
    <w:name w:val="Corp text 2 Caracter"/>
    <w:basedOn w:val="Fontdeparagrafimplicit"/>
    <w:link w:val="Corptext2"/>
    <w:uiPriority w:val="99"/>
    <w:rsid w:val="00AA1D8D"/>
  </w:style>
  <w:style w:type="paragraph" w:styleId="Corptext3">
    <w:name w:val="Body Text 3"/>
    <w:basedOn w:val="Normal"/>
    <w:link w:val="Corptext3Caracter"/>
    <w:uiPriority w:val="99"/>
    <w:unhideWhenUsed/>
    <w:rsid w:val="00AA1D8D"/>
    <w:rPr>
      <w:sz w:val="16"/>
      <w:szCs w:val="16"/>
    </w:rPr>
  </w:style>
  <w:style w:type="character" w:customStyle="1" w:styleId="Corptext3Caracter">
    <w:name w:val="Corp text 3 Caracter"/>
    <w:basedOn w:val="Fontdeparagrafimplicit"/>
    <w:link w:val="Corp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a2">
    <w:name w:val="List 2"/>
    <w:basedOn w:val="Normal"/>
    <w:uiPriority w:val="99"/>
    <w:unhideWhenUsed/>
    <w:rsid w:val="00326F90"/>
    <w:pPr>
      <w:ind w:left="720" w:hanging="360"/>
      <w:contextualSpacing/>
    </w:pPr>
  </w:style>
  <w:style w:type="paragraph" w:styleId="Lista3">
    <w:name w:val="List 3"/>
    <w:basedOn w:val="Normal"/>
    <w:uiPriority w:val="99"/>
    <w:unhideWhenUsed/>
    <w:rsid w:val="00326F90"/>
    <w:pPr>
      <w:ind w:left="1080" w:hanging="360"/>
      <w:contextualSpacing/>
    </w:pPr>
  </w:style>
  <w:style w:type="paragraph" w:styleId="Listcumarcatori">
    <w:name w:val="List Bullet"/>
    <w:basedOn w:val="Normal"/>
    <w:uiPriority w:val="99"/>
    <w:unhideWhenUsed/>
    <w:rsid w:val="00326F90"/>
    <w:pPr>
      <w:numPr>
        <w:numId w:val="1"/>
      </w:numPr>
      <w:tabs>
        <w:tab w:val="left" w:pos="720"/>
      </w:tabs>
      <w:spacing w:after="60"/>
      <w:ind w:left="720"/>
      <w:contextualSpacing/>
    </w:pPr>
  </w:style>
  <w:style w:type="paragraph" w:styleId="Listacumarcatori2">
    <w:name w:val="List Bullet 2"/>
    <w:basedOn w:val="Normal"/>
    <w:uiPriority w:val="99"/>
    <w:unhideWhenUsed/>
    <w:rsid w:val="00326F90"/>
    <w:pPr>
      <w:numPr>
        <w:numId w:val="2"/>
      </w:numPr>
      <w:contextualSpacing/>
    </w:pPr>
  </w:style>
  <w:style w:type="paragraph" w:styleId="Listacumarcatori3">
    <w:name w:val="List Bullet 3"/>
    <w:basedOn w:val="Normal"/>
    <w:uiPriority w:val="99"/>
    <w:unhideWhenUsed/>
    <w:rsid w:val="00326F90"/>
    <w:pPr>
      <w:numPr>
        <w:numId w:val="3"/>
      </w:numPr>
      <w:contextualSpacing/>
    </w:pPr>
  </w:style>
  <w:style w:type="paragraph" w:styleId="Listnumerotat">
    <w:name w:val="List Number"/>
    <w:basedOn w:val="Normal"/>
    <w:uiPriority w:val="99"/>
    <w:unhideWhenUsed/>
    <w:rsid w:val="00326F90"/>
    <w:pPr>
      <w:numPr>
        <w:numId w:val="5"/>
      </w:numPr>
      <w:contextualSpacing/>
    </w:pPr>
  </w:style>
  <w:style w:type="paragraph" w:styleId="Listanumerotat2">
    <w:name w:val="List Number 2"/>
    <w:basedOn w:val="Normal"/>
    <w:uiPriority w:val="99"/>
    <w:unhideWhenUsed/>
    <w:rsid w:val="0029639D"/>
    <w:pPr>
      <w:numPr>
        <w:numId w:val="6"/>
      </w:numPr>
      <w:contextualSpacing/>
    </w:pPr>
  </w:style>
  <w:style w:type="paragraph" w:styleId="Listanumerotat3">
    <w:name w:val="List Number 3"/>
    <w:basedOn w:val="Normal"/>
    <w:uiPriority w:val="99"/>
    <w:unhideWhenUsed/>
    <w:rsid w:val="0029639D"/>
    <w:pPr>
      <w:numPr>
        <w:numId w:val="7"/>
      </w:numPr>
      <w:contextualSpacing/>
    </w:pPr>
  </w:style>
  <w:style w:type="paragraph" w:styleId="Listcontinuare">
    <w:name w:val="List Continue"/>
    <w:basedOn w:val="Normal"/>
    <w:uiPriority w:val="99"/>
    <w:unhideWhenUsed/>
    <w:rsid w:val="0029639D"/>
    <w:pPr>
      <w:ind w:left="360"/>
      <w:contextualSpacing/>
    </w:pPr>
  </w:style>
  <w:style w:type="paragraph" w:styleId="Listcontinuare2">
    <w:name w:val="List Continue 2"/>
    <w:basedOn w:val="Normal"/>
    <w:uiPriority w:val="99"/>
    <w:unhideWhenUsed/>
    <w:rsid w:val="0029639D"/>
    <w:pPr>
      <w:ind w:left="720"/>
      <w:contextualSpacing/>
    </w:pPr>
  </w:style>
  <w:style w:type="paragraph" w:styleId="Listcontinuare3">
    <w:name w:val="List Continue 3"/>
    <w:basedOn w:val="Normal"/>
    <w:uiPriority w:val="99"/>
    <w:unhideWhenUsed/>
    <w:rsid w:val="0029639D"/>
    <w:pPr>
      <w:ind w:left="1080"/>
      <w:contextualSpacing/>
    </w:pPr>
  </w:style>
  <w:style w:type="paragraph" w:styleId="Textmacrocomand">
    <w:name w:val="macro"/>
    <w:link w:val="TextmacrocomandCaracte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xtmacrocomandCaracter">
    <w:name w:val="Text macrocomandă Caracter"/>
    <w:basedOn w:val="Fontdeparagrafimplicit"/>
    <w:link w:val="Textmacrocomand"/>
    <w:uiPriority w:val="99"/>
    <w:rsid w:val="0029639D"/>
    <w:rPr>
      <w:rFonts w:ascii="Courier" w:hAnsi="Courier"/>
      <w:sz w:val="20"/>
      <w:szCs w:val="20"/>
    </w:rPr>
  </w:style>
  <w:style w:type="paragraph" w:styleId="Citat">
    <w:name w:val="Quote"/>
    <w:basedOn w:val="Normal"/>
    <w:next w:val="Normal"/>
    <w:link w:val="CitatCaracter"/>
    <w:uiPriority w:val="29"/>
    <w:qFormat/>
    <w:rsid w:val="00FC693F"/>
    <w:rPr>
      <w:i/>
      <w:iCs/>
      <w:color w:val="000000" w:themeColor="text1"/>
    </w:rPr>
  </w:style>
  <w:style w:type="character" w:customStyle="1" w:styleId="CitatCaracter">
    <w:name w:val="Citat Caracter"/>
    <w:basedOn w:val="Fontdeparagrafimplicit"/>
    <w:link w:val="Citat"/>
    <w:uiPriority w:val="29"/>
    <w:rsid w:val="00FC693F"/>
    <w:rPr>
      <w:i/>
      <w:iCs/>
      <w:color w:val="000000" w:themeColor="text1"/>
    </w:rPr>
  </w:style>
  <w:style w:type="character" w:customStyle="1" w:styleId="Titlu4Caracter">
    <w:name w:val="Titlu 4 Caracter"/>
    <w:basedOn w:val="Fontdeparagrafimplicit"/>
    <w:link w:val="Titlu4"/>
    <w:uiPriority w:val="9"/>
    <w:semiHidden/>
    <w:rsid w:val="00FC693F"/>
    <w:rPr>
      <w:rFonts w:asciiTheme="majorHAnsi" w:eastAsiaTheme="majorEastAsia" w:hAnsiTheme="majorHAnsi" w:cstheme="majorBidi"/>
      <w:b/>
      <w:bCs/>
      <w:i/>
      <w:iCs/>
      <w:color w:val="4F81BD" w:themeColor="accent1"/>
    </w:rPr>
  </w:style>
  <w:style w:type="character" w:customStyle="1" w:styleId="Titlu5Caracter">
    <w:name w:val="Titlu 5 Caracter"/>
    <w:basedOn w:val="Fontdeparagrafimplicit"/>
    <w:link w:val="Titlu5"/>
    <w:uiPriority w:val="9"/>
    <w:semiHidden/>
    <w:rsid w:val="00FC693F"/>
    <w:rPr>
      <w:rFonts w:asciiTheme="majorHAnsi" w:eastAsiaTheme="majorEastAsia" w:hAnsiTheme="majorHAnsi" w:cstheme="majorBidi"/>
      <w:color w:val="243F60" w:themeColor="accent1" w:themeShade="7F"/>
    </w:rPr>
  </w:style>
  <w:style w:type="character" w:customStyle="1" w:styleId="Titlu6Caracter">
    <w:name w:val="Titlu 6 Caracter"/>
    <w:basedOn w:val="Fontdeparagrafimplicit"/>
    <w:link w:val="Titlu6"/>
    <w:uiPriority w:val="9"/>
    <w:semiHidden/>
    <w:rsid w:val="00FC693F"/>
    <w:rPr>
      <w:rFonts w:asciiTheme="majorHAnsi" w:eastAsiaTheme="majorEastAsia" w:hAnsiTheme="majorHAnsi" w:cstheme="majorBidi"/>
      <w:i/>
      <w:iCs/>
      <w:color w:val="243F60" w:themeColor="accent1" w:themeShade="7F"/>
    </w:rPr>
  </w:style>
  <w:style w:type="character" w:customStyle="1" w:styleId="Titlu7Caracter">
    <w:name w:val="Titlu 7 Caracter"/>
    <w:basedOn w:val="Fontdeparagrafimplicit"/>
    <w:link w:val="Titlu7"/>
    <w:uiPriority w:val="9"/>
    <w:semiHidden/>
    <w:rsid w:val="00FC693F"/>
    <w:rPr>
      <w:rFonts w:asciiTheme="majorHAnsi" w:eastAsiaTheme="majorEastAsia" w:hAnsiTheme="majorHAnsi" w:cstheme="majorBidi"/>
      <w:i/>
      <w:iCs/>
      <w:color w:val="404040" w:themeColor="text1" w:themeTint="BF"/>
    </w:rPr>
  </w:style>
  <w:style w:type="character" w:customStyle="1" w:styleId="Titlu8Caracter">
    <w:name w:val="Titlu 8 Caracter"/>
    <w:basedOn w:val="Fontdeparagrafimplicit"/>
    <w:link w:val="Titlu8"/>
    <w:uiPriority w:val="9"/>
    <w:semiHidden/>
    <w:rsid w:val="00FC693F"/>
    <w:rPr>
      <w:rFonts w:asciiTheme="majorHAnsi" w:eastAsiaTheme="majorEastAsia" w:hAnsiTheme="majorHAnsi" w:cstheme="majorBidi"/>
      <w:color w:val="4F81BD" w:themeColor="accent1"/>
      <w:sz w:val="20"/>
      <w:szCs w:val="20"/>
    </w:rPr>
  </w:style>
  <w:style w:type="character" w:customStyle="1" w:styleId="Titlu9Caracter">
    <w:name w:val="Titlu 9 Caracter"/>
    <w:basedOn w:val="Fontdeparagrafimplicit"/>
    <w:link w:val="Titlu9"/>
    <w:uiPriority w:val="9"/>
    <w:semiHidden/>
    <w:rsid w:val="00FC693F"/>
    <w:rPr>
      <w:rFonts w:asciiTheme="majorHAnsi" w:eastAsiaTheme="majorEastAsia" w:hAnsiTheme="majorHAnsi" w:cstheme="majorBidi"/>
      <w:i/>
      <w:iCs/>
      <w:color w:val="404040" w:themeColor="text1" w:themeTint="BF"/>
      <w:sz w:val="20"/>
      <w:szCs w:val="20"/>
    </w:rPr>
  </w:style>
  <w:style w:type="paragraph" w:styleId="Legend">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Robust">
    <w:name w:val="Strong"/>
    <w:basedOn w:val="Fontdeparagrafimplicit"/>
    <w:uiPriority w:val="22"/>
    <w:qFormat/>
    <w:rsid w:val="00FC693F"/>
    <w:rPr>
      <w:b/>
      <w:bCs/>
    </w:rPr>
  </w:style>
  <w:style w:type="character" w:styleId="Accentuat">
    <w:name w:val="Emphasis"/>
    <w:basedOn w:val="Fontdeparagrafimplicit"/>
    <w:uiPriority w:val="20"/>
    <w:qFormat/>
    <w:rsid w:val="00FC693F"/>
    <w:rPr>
      <w:i/>
      <w:iCs/>
    </w:rPr>
  </w:style>
  <w:style w:type="paragraph" w:styleId="Citatintens">
    <w:name w:val="Intense Quote"/>
    <w:basedOn w:val="Normal"/>
    <w:next w:val="Normal"/>
    <w:link w:val="CitatintensCaracte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itatintensCaracter">
    <w:name w:val="Citat intens Caracter"/>
    <w:basedOn w:val="Fontdeparagrafimplicit"/>
    <w:link w:val="Citatintens"/>
    <w:uiPriority w:val="30"/>
    <w:rsid w:val="00FC693F"/>
    <w:rPr>
      <w:b/>
      <w:bCs/>
      <w:i/>
      <w:iCs/>
      <w:color w:val="4F81BD" w:themeColor="accent1"/>
    </w:rPr>
  </w:style>
  <w:style w:type="character" w:styleId="Accentuaresubtil">
    <w:name w:val="Subtle Emphasis"/>
    <w:basedOn w:val="Fontdeparagrafimplicit"/>
    <w:uiPriority w:val="19"/>
    <w:qFormat/>
    <w:rsid w:val="00FC693F"/>
    <w:rPr>
      <w:i/>
      <w:iCs/>
      <w:color w:val="808080" w:themeColor="text1" w:themeTint="7F"/>
    </w:rPr>
  </w:style>
  <w:style w:type="character" w:styleId="Accentuareintens">
    <w:name w:val="Intense Emphasis"/>
    <w:basedOn w:val="Fontdeparagrafimplicit"/>
    <w:uiPriority w:val="21"/>
    <w:qFormat/>
    <w:rsid w:val="00FC693F"/>
    <w:rPr>
      <w:b/>
      <w:bCs/>
      <w:i/>
      <w:iCs/>
      <w:color w:val="4F81BD" w:themeColor="accent1"/>
    </w:rPr>
  </w:style>
  <w:style w:type="character" w:styleId="Referiresubtil">
    <w:name w:val="Subtle Reference"/>
    <w:basedOn w:val="Fontdeparagrafimplicit"/>
    <w:uiPriority w:val="31"/>
    <w:qFormat/>
    <w:rsid w:val="00FC693F"/>
    <w:rPr>
      <w:smallCaps/>
      <w:color w:val="C0504D" w:themeColor="accent2"/>
      <w:u w:val="single"/>
    </w:rPr>
  </w:style>
  <w:style w:type="character" w:styleId="Referireintens">
    <w:name w:val="Intense Reference"/>
    <w:basedOn w:val="Fontdeparagrafimplicit"/>
    <w:uiPriority w:val="32"/>
    <w:qFormat/>
    <w:rsid w:val="00FC693F"/>
    <w:rPr>
      <w:b/>
      <w:bCs/>
      <w:smallCaps/>
      <w:color w:val="C0504D" w:themeColor="accent2"/>
      <w:spacing w:val="5"/>
      <w:u w:val="single"/>
    </w:rPr>
  </w:style>
  <w:style w:type="character" w:styleId="Titlulcrii">
    <w:name w:val="Book Title"/>
    <w:basedOn w:val="Fontdeparagrafimplicit"/>
    <w:uiPriority w:val="33"/>
    <w:qFormat/>
    <w:rsid w:val="00FC693F"/>
    <w:rPr>
      <w:b/>
      <w:bCs/>
      <w:smallCaps/>
      <w:spacing w:val="5"/>
    </w:rPr>
  </w:style>
  <w:style w:type="paragraph" w:styleId="Titlucuprins">
    <w:name w:val="TOC Heading"/>
    <w:basedOn w:val="Titlu1"/>
    <w:next w:val="Normal"/>
    <w:uiPriority w:val="39"/>
    <w:semiHidden/>
    <w:unhideWhenUsed/>
    <w:qFormat/>
    <w:rsid w:val="00FC693F"/>
    <w:pPr>
      <w:outlineLvl w:val="9"/>
    </w:pPr>
  </w:style>
  <w:style w:type="table" w:styleId="Tabelgril">
    <w:name w:val="Table Grid"/>
    <w:basedOn w:val="Tabel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Umbriredeculoaredeschis">
    <w:name w:val="Light Shading"/>
    <w:basedOn w:val="Tabel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Umbriredeculoaredeschis-Accentuare1">
    <w:name w:val="Light Shading Accent 1"/>
    <w:basedOn w:val="Tabel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Umbriredeculoaredeschis-Accentuare2">
    <w:name w:val="Light Shading Accent 2"/>
    <w:basedOn w:val="Tabel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Umbriredeculoaredeschis-Accentuare3">
    <w:name w:val="Light Shading Accent 3"/>
    <w:basedOn w:val="Tabel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Umbriredeculoaredeschis-Accentuare4">
    <w:name w:val="Light Shading Accent 4"/>
    <w:basedOn w:val="Tabel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Umbriredeculoaredeschis-Accentuare5">
    <w:name w:val="Light Shading Accent 5"/>
    <w:basedOn w:val="Tabel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Umbriredeculoaredeschis-Accentuare6">
    <w:name w:val="Light Shading Accent 6"/>
    <w:basedOn w:val="Tabel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stdeculoaredeschis">
    <w:name w:val="Light List"/>
    <w:basedOn w:val="Tabel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deculoaredeschis-Accentuare1">
    <w:name w:val="Light List Accent 1"/>
    <w:basedOn w:val="Tabel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deculoaredeschis-Accentuare2">
    <w:name w:val="Light List Accent 2"/>
    <w:basedOn w:val="Tabel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deculoaredeschis-Accentuare3">
    <w:name w:val="Light List Accent 3"/>
    <w:basedOn w:val="Tabel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deculoaredeschis-Accentuare4">
    <w:name w:val="Light List Accent 4"/>
    <w:basedOn w:val="Tabel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deculoaredeschis-Accentuare5">
    <w:name w:val="Light List Accent 5"/>
    <w:basedOn w:val="Tabel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deculoaredeschis-Accentuare6">
    <w:name w:val="Light List Accent 6"/>
    <w:basedOn w:val="Tabel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Grildeculoaredeschis">
    <w:name w:val="Light Grid"/>
    <w:basedOn w:val="Tabel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Grildeculoaredeschis-Accentuare1">
    <w:name w:val="Light Grid Accent 1"/>
    <w:basedOn w:val="Tabel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Grildeculoaredeschis-Accentuare2">
    <w:name w:val="Light Grid Accent 2"/>
    <w:basedOn w:val="Tabel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Grildeculoaredeschis-Accentuare3">
    <w:name w:val="Light Grid Accent 3"/>
    <w:basedOn w:val="Tabel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Grildeculoaredeschis-Accentuare4">
    <w:name w:val="Light Grid Accent 4"/>
    <w:basedOn w:val="Tabel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Grildeculoaredeschis-Accentuare5">
    <w:name w:val="Light Grid Accent 5"/>
    <w:basedOn w:val="Tabel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Grildeculoaredeschis-Accentuare6">
    <w:name w:val="Light Grid Accent 6"/>
    <w:basedOn w:val="Tabel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Umbriremedie1">
    <w:name w:val="Medium Shading 1"/>
    <w:basedOn w:val="Tabel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Umbriremedie1-Accentuare1">
    <w:name w:val="Medium Shading 1 Accent 1"/>
    <w:basedOn w:val="Tabel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Umbriremedie1-Accentuare2">
    <w:name w:val="Medium Shading 1 Accent 2"/>
    <w:basedOn w:val="Tabel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Umbriremedie1-Accentuare3">
    <w:name w:val="Medium Shading 1 Accent 3"/>
    <w:basedOn w:val="Tabel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Umbriremedie1-Accentuare4">
    <w:name w:val="Medium Shading 1 Accent 4"/>
    <w:basedOn w:val="Tabel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Umbriremedie1-Accentuare5">
    <w:name w:val="Medium Shading 1 Accent 5"/>
    <w:basedOn w:val="Tabel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Umbriremedie1-Accentuare6">
    <w:name w:val="Medium Shading 1 Accent 6"/>
    <w:basedOn w:val="Tabel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Umbriremedie2">
    <w:name w:val="Medium Shading 2"/>
    <w:basedOn w:val="Tabel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Umbriremedie2-Accentuare1">
    <w:name w:val="Medium Shading 2 Accent 1"/>
    <w:basedOn w:val="Tabel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Umbriremedie2-Accentuare2">
    <w:name w:val="Medium Shading 2 Accent 2"/>
    <w:basedOn w:val="Tabel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Umbriremedie2-Accentuare3">
    <w:name w:val="Medium Shading 2 Accent 3"/>
    <w:basedOn w:val="Tabel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Umbriremedie2-Accentuare4">
    <w:name w:val="Medium Shading 2 Accent 4"/>
    <w:basedOn w:val="Tabel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Umbriremedie2-Accentuare5">
    <w:name w:val="Medium Shading 2 Accent 5"/>
    <w:basedOn w:val="Tabel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Umbriremedie2-Accentuare6">
    <w:name w:val="Medium Shading 2 Accent 6"/>
    <w:basedOn w:val="Tabel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stmedie1">
    <w:name w:val="Medium List 1"/>
    <w:basedOn w:val="Tabel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medie1-Accentuare1">
    <w:name w:val="Medium List 1 Accent 1"/>
    <w:basedOn w:val="Tabel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medie1-Accentuare2">
    <w:name w:val="Medium List 1 Accent 2"/>
    <w:basedOn w:val="Tabel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medie1-Accentuare3">
    <w:name w:val="Medium List 1 Accent 3"/>
    <w:basedOn w:val="Tabel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medie1-Accentuare4">
    <w:name w:val="Medium List 1 Accent 4"/>
    <w:basedOn w:val="Tabel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medie1-Accentuare5">
    <w:name w:val="Medium List 1 Accent 5"/>
    <w:basedOn w:val="Tabel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medie1-Accentuare6">
    <w:name w:val="Medium List 1 Accent 6"/>
    <w:basedOn w:val="Tabel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medie2">
    <w:name w:val="Medium List 2"/>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medie2-Accentuare1">
    <w:name w:val="Medium List 2 Accent 1"/>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medie2-Accentuare2">
    <w:name w:val="Medium List 2 Accent 2"/>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medie2-Accentuare3">
    <w:name w:val="Medium List 2 Accent 3"/>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medie2-Accentuare4">
    <w:name w:val="Medium List 2 Accent 4"/>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medie2-Accentuare5">
    <w:name w:val="Medium List 2 Accent 5"/>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medie2-Accentuare6">
    <w:name w:val="Medium List 2 Accent 6"/>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Grilmedie1">
    <w:name w:val="Medium Grid 1"/>
    <w:basedOn w:val="Tabel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medie1-Accentuare1">
    <w:name w:val="Medium Grid 1 Accent 1"/>
    <w:basedOn w:val="Tabel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medie1-Accentuare2">
    <w:name w:val="Medium Grid 1 Accent 2"/>
    <w:basedOn w:val="Tabel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medie1-Accentuare3">
    <w:name w:val="Medium Grid 1 Accent 3"/>
    <w:basedOn w:val="Tabel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medie1-Accentuare4">
    <w:name w:val="Medium Grid 1 Accent 4"/>
    <w:basedOn w:val="Tabel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medie1-Accentuare5">
    <w:name w:val="Medium Grid 1 Accent 5"/>
    <w:basedOn w:val="Tabel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medie1-Accentuare6">
    <w:name w:val="Medium Grid 1 Accent 6"/>
    <w:basedOn w:val="Tabel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rilmedie2">
    <w:name w:val="Medium Grid 2"/>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rilmedie2-Accentuare1">
    <w:name w:val="Medium Grid 2 Accent 1"/>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Grilmedie2-Accentuare2">
    <w:name w:val="Medium Grid 2 Accent 2"/>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Grilmedie2-Accentuare3">
    <w:name w:val="Medium Grid 2 Accent 3"/>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Grilmedie2-Accentuare4">
    <w:name w:val="Medium Grid 2 Accent 4"/>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Grilmedie2-Accentuare5">
    <w:name w:val="Medium Grid 2 Accent 5"/>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Grilmedie2-Accentuare6">
    <w:name w:val="Medium Grid 2 Accent 6"/>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Grilmedie3">
    <w:name w:val="Medium Grid 3"/>
    <w:basedOn w:val="Tabel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rilmedie3-Accentuare1">
    <w:name w:val="Medium Grid 3 Accent 1"/>
    <w:basedOn w:val="Tabel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Grilmedie3-Accentuare2">
    <w:name w:val="Medium Grid 3 Accent 2"/>
    <w:basedOn w:val="Tabel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Grilmedie3-Accentuare3">
    <w:name w:val="Medium Grid 3 Accent 3"/>
    <w:basedOn w:val="Tabel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Grilmedie3-Accentuare4">
    <w:name w:val="Medium Grid 3 Accent 4"/>
    <w:basedOn w:val="Tabel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Grilmedie3-Accentuare5">
    <w:name w:val="Medium Grid 3 Accent 5"/>
    <w:basedOn w:val="Tabel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Grilmedie3-Accentuare6">
    <w:name w:val="Medium Grid 3 Accent 6"/>
    <w:basedOn w:val="Tabel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deculoarenchis">
    <w:name w:val="Dark List"/>
    <w:basedOn w:val="Tabel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deculoarenchis-Accentuare1">
    <w:name w:val="Dark List Accent 1"/>
    <w:basedOn w:val="Tabel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deculoarenchis-Accentuare2">
    <w:name w:val="Dark List Accent 2"/>
    <w:basedOn w:val="Tabel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deculoarenchis-Accentuare3">
    <w:name w:val="Dark List Accent 3"/>
    <w:basedOn w:val="Tabel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deculoarenchis-Accentuare4">
    <w:name w:val="Dark List Accent 4"/>
    <w:basedOn w:val="Tabel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deculoarenchis-Accentuare5">
    <w:name w:val="Dark List Accent 5"/>
    <w:basedOn w:val="Tabel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deculoarenchis-Accentuare6">
    <w:name w:val="Dark List Accent 6"/>
    <w:basedOn w:val="Tabel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Umbrirecolorat">
    <w:name w:val="Colorful Shading"/>
    <w:basedOn w:val="Tabel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Umbrirecolorat-Accentuare1">
    <w:name w:val="Colorful Shading Accent 1"/>
    <w:basedOn w:val="Tabel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Umbrirecolorat-Accentuare2">
    <w:name w:val="Colorful Shading Accent 2"/>
    <w:basedOn w:val="Tabel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Umbrirecolorat-Accentuare3">
    <w:name w:val="Colorful Shading Accent 3"/>
    <w:basedOn w:val="Tabel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Umbrirecolorat-Accentuare4">
    <w:name w:val="Colorful Shading Accent 4"/>
    <w:basedOn w:val="Tabel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Umbrirecolorat-Accentuare5">
    <w:name w:val="Colorful Shading Accent 5"/>
    <w:basedOn w:val="Tabel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Umbrirecolorat-Accentuare6">
    <w:name w:val="Colorful Shading Accent 6"/>
    <w:basedOn w:val="Tabel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colorat">
    <w:name w:val="Colorful List"/>
    <w:basedOn w:val="Tabel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colorat-Accentuare1">
    <w:name w:val="Colorful List Accent 1"/>
    <w:basedOn w:val="Tabel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colorat-Accentuare2">
    <w:name w:val="Colorful List Accent 2"/>
    <w:basedOn w:val="Tabel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colorat-Accentuare3">
    <w:name w:val="Colorful List Accent 3"/>
    <w:basedOn w:val="Tabel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colorat-Accentuare4">
    <w:name w:val="Colorful List Accent 4"/>
    <w:basedOn w:val="Tabel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colorat-Accentuare5">
    <w:name w:val="Colorful List Accent 5"/>
    <w:basedOn w:val="Tabel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colorat-Accentuare6">
    <w:name w:val="Colorful List Accent 6"/>
    <w:basedOn w:val="Tabel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Grilcolorat">
    <w:name w:val="Colorful Grid"/>
    <w:basedOn w:val="Tabel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colorat-Accentuare1">
    <w:name w:val="Colorful Grid Accent 1"/>
    <w:basedOn w:val="Tabel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colorat-Accentuare2">
    <w:name w:val="Colorful Grid Accent 2"/>
    <w:basedOn w:val="Tabel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colorat-Accentuare3">
    <w:name w:val="Colorful Grid Accent 3"/>
    <w:basedOn w:val="Tabel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colorat-Accentuare4">
    <w:name w:val="Colorful Grid Accent 4"/>
    <w:basedOn w:val="Tabel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colorat-Accentuare5">
    <w:name w:val="Colorful Grid Accent 5"/>
    <w:basedOn w:val="Tabel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colorat-Accentuare6">
    <w:name w:val="Colorful Grid Accent 6"/>
    <w:basedOn w:val="Tabel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TotalTime>
  <Pages>8</Pages>
  <Words>2475</Words>
  <Characters>14359</Characters>
  <Application>Microsoft Office Word</Application>
  <DocSecurity>0</DocSecurity>
  <Lines>119</Lines>
  <Paragraphs>33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16801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Puț forat – etapă I (foraj) pentru irigare terenuri naturale</dc:title>
  <dc:subject>Notă conceptuală și temă de proiectare</dc:subject>
  <dc:creator>Clubul Sportiv Județean Vrancea</dc:creator>
  <cp:keywords>HG 907/2016; investiție publică; Clubul Sportiv Județean Vrancea</cp:keywords>
  <dc:description>Draft elaborat pentru verificarea, asumarea și aprobarea beneficiarului.</dc:description>
  <cp:lastModifiedBy>Tulbure Mihaela</cp:lastModifiedBy>
  <cp:revision>13</cp:revision>
  <dcterms:created xsi:type="dcterms:W3CDTF">2026-08-03T12:09:00Z</dcterms:created>
  <dcterms:modified xsi:type="dcterms:W3CDTF">2026-09-15T08:41:00Z</dcterms:modified>
  <cp:category/>
</cp:coreProperties>
</file>