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FC0E01" w:rsidRPr="00FB2B37" w14:paraId="73272881" w14:textId="77777777">
        <w:tc>
          <w:tcPr>
            <w:tcW w:w="4303" w:type="dxa"/>
            <w:tcMar>
              <w:top w:w="0" w:type="dxa"/>
              <w:left w:w="0" w:type="dxa"/>
              <w:bottom w:w="0" w:type="dxa"/>
              <w:right w:w="0" w:type="dxa"/>
            </w:tcMar>
          </w:tcPr>
          <w:p w14:paraId="6CB24682" w14:textId="77777777" w:rsidR="00FC0E01" w:rsidRPr="00FB2B37" w:rsidRDefault="009735AA">
            <w:pPr>
              <w:spacing w:after="0" w:line="240" w:lineRule="auto"/>
              <w:jc w:val="left"/>
              <w:rPr>
                <w:sz w:val="28"/>
                <w:szCs w:val="28"/>
              </w:rPr>
            </w:pPr>
            <w:r w:rsidRPr="00FB2B37">
              <w:rPr>
                <w:rFonts w:eastAsia="Times New Roman" w:cs="Times New Roman"/>
                <w:b/>
                <w:sz w:val="28"/>
                <w:szCs w:val="28"/>
              </w:rPr>
              <w:t>ROMÂNIA</w:t>
            </w:r>
            <w:r w:rsidRPr="00FB2B37">
              <w:rPr>
                <w:rFonts w:eastAsia="Times New Roman" w:cs="Times New Roman"/>
                <w:b/>
                <w:sz w:val="28"/>
                <w:szCs w:val="28"/>
              </w:rPr>
              <w:br/>
              <w:t>JUDEȚUL VRANCEA</w:t>
            </w:r>
            <w:r w:rsidRPr="00FB2B37">
              <w:rPr>
                <w:rFonts w:eastAsia="Times New Roman" w:cs="Times New Roman"/>
                <w:b/>
                <w:sz w:val="28"/>
                <w:szCs w:val="28"/>
              </w:rPr>
              <w:br/>
              <w:t>CONSILIUL JUDEȚEAN</w:t>
            </w:r>
          </w:p>
        </w:tc>
        <w:tc>
          <w:tcPr>
            <w:tcW w:w="5052" w:type="dxa"/>
            <w:tcMar>
              <w:top w:w="0" w:type="dxa"/>
              <w:left w:w="0" w:type="dxa"/>
              <w:bottom w:w="0" w:type="dxa"/>
              <w:right w:w="0" w:type="dxa"/>
            </w:tcMar>
          </w:tcPr>
          <w:p w14:paraId="0E47CA43" w14:textId="163D6830" w:rsidR="00FC0E01" w:rsidRPr="00FB2B37" w:rsidRDefault="009735AA">
            <w:pPr>
              <w:spacing w:after="0" w:line="240" w:lineRule="auto"/>
              <w:jc w:val="center"/>
              <w:rPr>
                <w:sz w:val="28"/>
                <w:szCs w:val="28"/>
              </w:rPr>
            </w:pPr>
            <w:r w:rsidRPr="00FB2B37">
              <w:rPr>
                <w:rFonts w:eastAsia="Times New Roman" w:cs="Times New Roman"/>
                <w:b/>
                <w:sz w:val="28"/>
                <w:szCs w:val="28"/>
              </w:rPr>
              <w:t>Anexa nr. 2b</w:t>
            </w:r>
            <w:r w:rsidRPr="00FB2B37">
              <w:rPr>
                <w:rFonts w:eastAsia="Times New Roman" w:cs="Times New Roman"/>
                <w:b/>
                <w:sz w:val="28"/>
                <w:szCs w:val="28"/>
              </w:rPr>
              <w:br/>
              <w:t xml:space="preserve">la Hotărârea nr. </w:t>
            </w:r>
            <w:r w:rsidR="006C53D6">
              <w:rPr>
                <w:rFonts w:eastAsia="Times New Roman" w:cs="Times New Roman"/>
                <w:b/>
                <w:sz w:val="28"/>
                <w:szCs w:val="28"/>
              </w:rPr>
              <w:t xml:space="preserve">216 </w:t>
            </w:r>
            <w:proofErr w:type="gramStart"/>
            <w:r w:rsidR="006C53D6">
              <w:rPr>
                <w:rFonts w:eastAsia="Times New Roman" w:cs="Times New Roman"/>
                <w:b/>
                <w:sz w:val="28"/>
                <w:szCs w:val="28"/>
              </w:rPr>
              <w:t>din</w:t>
            </w:r>
            <w:proofErr w:type="gramEnd"/>
            <w:r w:rsidR="006C53D6">
              <w:rPr>
                <w:rFonts w:eastAsia="Times New Roman" w:cs="Times New Roman"/>
                <w:b/>
                <w:sz w:val="28"/>
                <w:szCs w:val="28"/>
              </w:rPr>
              <w:t xml:space="preserve"> 17.09.2026</w:t>
            </w:r>
          </w:p>
        </w:tc>
      </w:tr>
    </w:tbl>
    <w:p w14:paraId="4049D799" w14:textId="77777777" w:rsidR="00FC0E01" w:rsidRDefault="00FC0E01">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FC0E01" w14:paraId="3920CA10" w14:textId="77777777">
        <w:tc>
          <w:tcPr>
            <w:tcW w:w="3274" w:type="dxa"/>
            <w:tcMar>
              <w:top w:w="240" w:type="dxa"/>
              <w:left w:w="110" w:type="dxa"/>
              <w:bottom w:w="240" w:type="dxa"/>
              <w:right w:w="110" w:type="dxa"/>
            </w:tcMar>
            <w:vAlign w:val="center"/>
          </w:tcPr>
          <w:p w14:paraId="6BE0D070" w14:textId="77777777" w:rsidR="00FC0E01" w:rsidRPr="00FB2B37" w:rsidRDefault="009735AA">
            <w:pPr>
              <w:spacing w:after="0" w:line="240" w:lineRule="auto"/>
              <w:jc w:val="center"/>
              <w:rPr>
                <w:sz w:val="28"/>
                <w:szCs w:val="28"/>
              </w:rPr>
            </w:pPr>
            <w:r w:rsidRPr="00FB2B37">
              <w:rPr>
                <w:rFonts w:eastAsia="Times New Roman" w:cs="Times New Roman"/>
                <w:b/>
                <w:sz w:val="28"/>
                <w:szCs w:val="28"/>
              </w:rPr>
              <w:t>Beneficiar:</w:t>
            </w:r>
            <w:r w:rsidRPr="00FB2B37">
              <w:rPr>
                <w:rFonts w:eastAsia="Times New Roman" w:cs="Times New Roman"/>
                <w:b/>
                <w:sz w:val="28"/>
                <w:szCs w:val="28"/>
              </w:rPr>
              <w:br/>
              <w:t>Clubul Sportiv Județean</w:t>
            </w:r>
            <w:r w:rsidRPr="00FB2B37">
              <w:rPr>
                <w:rFonts w:eastAsia="Times New Roman" w:cs="Times New Roman"/>
                <w:b/>
                <w:sz w:val="28"/>
                <w:szCs w:val="28"/>
              </w:rPr>
              <w:br/>
              <w:t>Vrancea</w:t>
            </w:r>
            <w:r w:rsidRPr="00FB2B37">
              <w:rPr>
                <w:rFonts w:eastAsia="Times New Roman" w:cs="Times New Roman"/>
                <w:b/>
                <w:sz w:val="28"/>
                <w:szCs w:val="28"/>
              </w:rPr>
              <w:br/>
            </w:r>
            <w:r w:rsidRPr="00FB2B37">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2AA939F2" w14:textId="77777777" w:rsidR="00FC0E01" w:rsidRPr="00FB2B37" w:rsidRDefault="009735AA">
            <w:pPr>
              <w:spacing w:after="0" w:line="240" w:lineRule="auto"/>
              <w:jc w:val="center"/>
              <w:rPr>
                <w:sz w:val="28"/>
                <w:szCs w:val="28"/>
              </w:rPr>
            </w:pPr>
            <w:r w:rsidRPr="00FB2B37">
              <w:rPr>
                <w:rFonts w:eastAsia="Times New Roman" w:cs="Times New Roman"/>
                <w:b/>
                <w:sz w:val="28"/>
                <w:szCs w:val="28"/>
              </w:rPr>
              <w:t>Aprob,</w:t>
            </w:r>
            <w:r w:rsidRPr="00FB2B37">
              <w:rPr>
                <w:rFonts w:eastAsia="Times New Roman" w:cs="Times New Roman"/>
                <w:b/>
                <w:sz w:val="28"/>
                <w:szCs w:val="28"/>
              </w:rPr>
              <w:br/>
              <w:t>Nicușor HALICI</w:t>
            </w:r>
            <w:r w:rsidRPr="00FB2B37">
              <w:rPr>
                <w:rFonts w:eastAsia="Times New Roman" w:cs="Times New Roman"/>
                <w:b/>
                <w:sz w:val="28"/>
                <w:szCs w:val="28"/>
              </w:rPr>
              <w:br/>
              <w:t>Președintele Consiliului Județean Vrancea</w:t>
            </w:r>
            <w:r w:rsidRPr="00FB2B37">
              <w:rPr>
                <w:rFonts w:eastAsia="Times New Roman" w:cs="Times New Roman"/>
                <w:b/>
                <w:sz w:val="28"/>
                <w:szCs w:val="28"/>
              </w:rPr>
              <w:br/>
              <w:t>........................................</w:t>
            </w:r>
            <w:r w:rsidRPr="00FB2B37">
              <w:rPr>
                <w:rFonts w:eastAsia="Times New Roman" w:cs="Times New Roman"/>
                <w:b/>
                <w:sz w:val="28"/>
                <w:szCs w:val="28"/>
              </w:rPr>
              <w:br/>
              <w:t>L.S.</w:t>
            </w:r>
          </w:p>
        </w:tc>
      </w:tr>
    </w:tbl>
    <w:p w14:paraId="39F496CA" w14:textId="77777777" w:rsidR="00FC0E01" w:rsidRDefault="00FC0E01">
      <w:pPr>
        <w:spacing w:after="0" w:line="240" w:lineRule="auto"/>
      </w:pPr>
    </w:p>
    <w:p w14:paraId="188936FE" w14:textId="77777777" w:rsidR="00ED7922" w:rsidRPr="00A916FE" w:rsidRDefault="007C56AA">
      <w:pPr>
        <w:pStyle w:val="Titlu"/>
        <w:spacing w:after="280"/>
        <w:rPr>
          <w:rFonts w:ascii="Times New Roman" w:hAnsi="Times New Roman" w:cs="Times New Roman"/>
          <w:szCs w:val="28"/>
        </w:rPr>
      </w:pPr>
      <w:r w:rsidRPr="00A916FE">
        <w:rPr>
          <w:rFonts w:ascii="Times New Roman" w:eastAsia="Times New Roman" w:hAnsi="Times New Roman" w:cs="Times New Roman"/>
          <w:szCs w:val="28"/>
        </w:rPr>
        <w:t>TEMĂ DE PROIECTARE</w:t>
      </w:r>
    </w:p>
    <w:p w14:paraId="6B77FDA5" w14:textId="77777777" w:rsidR="00B81657" w:rsidRDefault="00B81657">
      <w:pPr>
        <w:pStyle w:val="Titlu1"/>
        <w:rPr>
          <w:rFonts w:ascii="Times New Roman" w:hAnsi="Times New Roman" w:cs="Times New Roman"/>
          <w:sz w:val="28"/>
        </w:rPr>
      </w:pPr>
    </w:p>
    <w:p w14:paraId="64AF202C" w14:textId="1186625B" w:rsidR="00ED7922" w:rsidRPr="00B81657" w:rsidRDefault="007C56AA">
      <w:pPr>
        <w:pStyle w:val="Titlu1"/>
        <w:rPr>
          <w:rFonts w:ascii="Times New Roman" w:hAnsi="Times New Roman" w:cs="Times New Roman"/>
          <w:sz w:val="28"/>
        </w:rPr>
      </w:pPr>
      <w:r w:rsidRPr="00B81657">
        <w:rPr>
          <w:rFonts w:ascii="Times New Roman" w:hAnsi="Times New Roman" w:cs="Times New Roman"/>
          <w:sz w:val="28"/>
        </w:rPr>
        <w:t xml:space="preserve">1. </w:t>
      </w:r>
      <w:proofErr w:type="spellStart"/>
      <w:r w:rsidRPr="00B81657">
        <w:rPr>
          <w:rFonts w:ascii="Times New Roman" w:hAnsi="Times New Roman" w:cs="Times New Roman"/>
          <w:sz w:val="28"/>
        </w:rPr>
        <w:t>Informații</w:t>
      </w:r>
      <w:proofErr w:type="spellEnd"/>
      <w:r w:rsidRPr="00B81657">
        <w:rPr>
          <w:rFonts w:ascii="Times New Roman" w:hAnsi="Times New Roman" w:cs="Times New Roman"/>
          <w:sz w:val="28"/>
        </w:rPr>
        <w:t xml:space="preserve"> generale</w:t>
      </w:r>
    </w:p>
    <w:p w14:paraId="2D722874"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1.1. </w:t>
      </w:r>
      <w:proofErr w:type="spellStart"/>
      <w:r w:rsidRPr="00B81657">
        <w:rPr>
          <w:rFonts w:ascii="Times New Roman" w:hAnsi="Times New Roman" w:cs="Times New Roman"/>
          <w:sz w:val="28"/>
          <w:szCs w:val="28"/>
        </w:rPr>
        <w:t>Denumirea</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obiectivului</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investiții</w:t>
      </w:r>
      <w:proofErr w:type="spellEnd"/>
    </w:p>
    <w:p w14:paraId="0F86B645" w14:textId="77777777" w:rsidR="00ED7922" w:rsidRPr="00B81657" w:rsidRDefault="007C56AA">
      <w:pPr>
        <w:ind w:firstLine="0"/>
        <w:jc w:val="left"/>
        <w:rPr>
          <w:rFonts w:cs="Times New Roman"/>
          <w:sz w:val="28"/>
          <w:szCs w:val="28"/>
        </w:rPr>
      </w:pPr>
      <w:r>
        <w:rPr>
          <w:rFonts w:eastAsia="Times New Roman" w:cs="Times New Roman"/>
          <w:sz w:val="28"/>
          <w:szCs w:val="28"/>
        </w:rPr>
        <w:t>„Piste de alergare cu suprafață din tartan”</w:t>
      </w:r>
    </w:p>
    <w:p w14:paraId="3E0B3D86"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1.2. </w:t>
      </w:r>
      <w:proofErr w:type="spellStart"/>
      <w:r w:rsidRPr="00B81657">
        <w:rPr>
          <w:rFonts w:ascii="Times New Roman" w:hAnsi="Times New Roman" w:cs="Times New Roman"/>
          <w:sz w:val="28"/>
          <w:szCs w:val="28"/>
        </w:rPr>
        <w:t>Ordonator</w:t>
      </w:r>
      <w:proofErr w:type="spellEnd"/>
      <w:r w:rsidRPr="00B81657">
        <w:rPr>
          <w:rFonts w:ascii="Times New Roman" w:hAnsi="Times New Roman" w:cs="Times New Roman"/>
          <w:sz w:val="28"/>
          <w:szCs w:val="28"/>
        </w:rPr>
        <w:t xml:space="preserve"> principal de </w:t>
      </w:r>
      <w:proofErr w:type="spellStart"/>
      <w:r w:rsidRPr="00B81657">
        <w:rPr>
          <w:rFonts w:ascii="Times New Roman" w:hAnsi="Times New Roman" w:cs="Times New Roman"/>
          <w:sz w:val="28"/>
          <w:szCs w:val="28"/>
        </w:rPr>
        <w:t>credite</w:t>
      </w:r>
      <w:proofErr w:type="spellEnd"/>
      <w:r w:rsidRPr="00B81657">
        <w:rPr>
          <w:rFonts w:ascii="Times New Roman" w:hAnsi="Times New Roman" w:cs="Times New Roman"/>
          <w:sz w:val="28"/>
          <w:szCs w:val="28"/>
        </w:rPr>
        <w:t>/</w:t>
      </w:r>
      <w:proofErr w:type="spellStart"/>
      <w:r w:rsidRPr="00B81657">
        <w:rPr>
          <w:rFonts w:ascii="Times New Roman" w:hAnsi="Times New Roman" w:cs="Times New Roman"/>
          <w:sz w:val="28"/>
          <w:szCs w:val="28"/>
        </w:rPr>
        <w:t>Investitor</w:t>
      </w:r>
      <w:proofErr w:type="spellEnd"/>
    </w:p>
    <w:p w14:paraId="504409F5" w14:textId="77777777" w:rsidR="00ED7922" w:rsidRPr="00B81657" w:rsidRDefault="007C56AA">
      <w:pPr>
        <w:ind w:firstLine="0"/>
        <w:rPr>
          <w:rFonts w:cs="Times New Roman"/>
          <w:sz w:val="28"/>
          <w:szCs w:val="28"/>
        </w:rPr>
      </w:pPr>
      <w:proofErr w:type="spellStart"/>
      <w:r w:rsidRPr="00B81657">
        <w:rPr>
          <w:rFonts w:eastAsia="Times New Roman" w:cs="Times New Roman"/>
          <w:sz w:val="28"/>
          <w:szCs w:val="28"/>
        </w:rPr>
        <w:t>Ordonator</w:t>
      </w:r>
      <w:proofErr w:type="spellEnd"/>
      <w:r w:rsidRPr="00B81657">
        <w:rPr>
          <w:rFonts w:eastAsia="Times New Roman" w:cs="Times New Roman"/>
          <w:sz w:val="28"/>
          <w:szCs w:val="28"/>
        </w:rPr>
        <w:t xml:space="preserve"> principal de </w:t>
      </w:r>
      <w:proofErr w:type="spellStart"/>
      <w:r w:rsidRPr="00B81657">
        <w:rPr>
          <w:rFonts w:eastAsia="Times New Roman" w:cs="Times New Roman"/>
          <w:sz w:val="28"/>
          <w:szCs w:val="28"/>
        </w:rPr>
        <w:t>credite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Administrativ-Teritorială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Investitor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Clubul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instituție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publică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interes</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aflată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subordinea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Consiliului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w:t>
      </w:r>
    </w:p>
    <w:p w14:paraId="5D3ED265"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1.3. </w:t>
      </w:r>
      <w:proofErr w:type="spellStart"/>
      <w:r w:rsidRPr="00B81657">
        <w:rPr>
          <w:rFonts w:ascii="Times New Roman" w:hAnsi="Times New Roman" w:cs="Times New Roman"/>
          <w:sz w:val="28"/>
          <w:szCs w:val="28"/>
        </w:rPr>
        <w:t>Ordonator</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credite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secundar</w:t>
      </w:r>
      <w:proofErr w:type="spellEnd"/>
      <w:r w:rsidRPr="00B81657">
        <w:rPr>
          <w:rFonts w:ascii="Times New Roman" w:hAnsi="Times New Roman" w:cs="Times New Roman"/>
          <w:sz w:val="28"/>
          <w:szCs w:val="28"/>
        </w:rPr>
        <w:t>/</w:t>
      </w:r>
      <w:proofErr w:type="spellStart"/>
      <w:r w:rsidRPr="00B81657">
        <w:rPr>
          <w:rFonts w:ascii="Times New Roman" w:hAnsi="Times New Roman" w:cs="Times New Roman"/>
          <w:sz w:val="28"/>
          <w:szCs w:val="28"/>
        </w:rPr>
        <w:t>terțiar</w:t>
      </w:r>
      <w:proofErr w:type="spellEnd"/>
      <w:r w:rsidRPr="00B81657">
        <w:rPr>
          <w:rFonts w:ascii="Times New Roman" w:hAnsi="Times New Roman" w:cs="Times New Roman"/>
          <w:sz w:val="28"/>
          <w:szCs w:val="28"/>
        </w:rPr>
        <w:t>)</w:t>
      </w:r>
    </w:p>
    <w:p w14:paraId="4E1A5717" w14:textId="77777777" w:rsidR="00ED7922" w:rsidRPr="00B81657" w:rsidRDefault="007C56AA">
      <w:pPr>
        <w:ind w:firstLine="0"/>
        <w:rPr>
          <w:rFonts w:cs="Times New Roman"/>
          <w:sz w:val="28"/>
          <w:szCs w:val="28"/>
        </w:rPr>
      </w:pPr>
      <w:proofErr w:type="spellStart"/>
      <w:r w:rsidRPr="00B81657">
        <w:rPr>
          <w:rFonts w:eastAsia="Times New Roman" w:cs="Times New Roman"/>
          <w:sz w:val="28"/>
          <w:szCs w:val="28"/>
        </w:rPr>
        <w:t>Clubul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director,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calitatea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actele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organizare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bugetul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aprobat</w:t>
      </w:r>
      <w:proofErr w:type="spellEnd"/>
      <w:r w:rsidRPr="00B81657">
        <w:rPr>
          <w:rFonts w:eastAsia="Times New Roman" w:cs="Times New Roman"/>
          <w:sz w:val="28"/>
          <w:szCs w:val="28"/>
        </w:rPr>
        <w:t>.</w:t>
      </w:r>
    </w:p>
    <w:p w14:paraId="638BE47F"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1.4. </w:t>
      </w:r>
      <w:proofErr w:type="spellStart"/>
      <w:r w:rsidRPr="00B81657">
        <w:rPr>
          <w:rFonts w:ascii="Times New Roman" w:hAnsi="Times New Roman" w:cs="Times New Roman"/>
          <w:sz w:val="28"/>
          <w:szCs w:val="28"/>
        </w:rPr>
        <w:t>Beneficiarul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investiției</w:t>
      </w:r>
      <w:proofErr w:type="spellEnd"/>
    </w:p>
    <w:p w14:paraId="08C9BF7F" w14:textId="77777777" w:rsidR="00ED7922" w:rsidRPr="00B81657" w:rsidRDefault="007C56AA">
      <w:pPr>
        <w:ind w:firstLine="0"/>
        <w:jc w:val="left"/>
        <w:rPr>
          <w:rFonts w:cs="Times New Roman"/>
          <w:sz w:val="28"/>
          <w:szCs w:val="28"/>
        </w:rPr>
      </w:pPr>
      <w:proofErr w:type="spellStart"/>
      <w:r w:rsidRPr="00B81657">
        <w:rPr>
          <w:rFonts w:eastAsia="Times New Roman" w:cs="Times New Roman"/>
          <w:sz w:val="28"/>
          <w:szCs w:val="28"/>
        </w:rPr>
        <w:t>Clubul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p>
    <w:p w14:paraId="3EC41911"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1.5. </w:t>
      </w:r>
      <w:proofErr w:type="spellStart"/>
      <w:r w:rsidRPr="00B81657">
        <w:rPr>
          <w:rFonts w:ascii="Times New Roman" w:hAnsi="Times New Roman" w:cs="Times New Roman"/>
          <w:sz w:val="28"/>
          <w:szCs w:val="28"/>
        </w:rPr>
        <w:t>Elaboratorul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temei</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proiectare</w:t>
      </w:r>
      <w:proofErr w:type="spellEnd"/>
    </w:p>
    <w:p w14:paraId="04028848" w14:textId="77777777" w:rsidR="00ED7922" w:rsidRPr="00B81657" w:rsidRDefault="007C56AA">
      <w:pPr>
        <w:ind w:firstLine="0"/>
        <w:rPr>
          <w:rFonts w:cs="Times New Roman"/>
          <w:sz w:val="28"/>
          <w:szCs w:val="28"/>
        </w:rPr>
      </w:pPr>
      <w:proofErr w:type="spellStart"/>
      <w:r w:rsidRPr="00B81657">
        <w:rPr>
          <w:rFonts w:eastAsia="Times New Roman" w:cs="Times New Roman"/>
          <w:sz w:val="28"/>
          <w:szCs w:val="28"/>
        </w:rPr>
        <w:t>Prezenta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temă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proiectare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elaborată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Clubul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calitate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beneficiar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investitor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fundamentarea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achiziției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elaborării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Documentației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avizare</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lucrărilor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intervenții</w:t>
      </w:r>
      <w:proofErr w:type="spellEnd"/>
      <w:r w:rsidRPr="00B81657">
        <w:rPr>
          <w:rFonts w:eastAsia="Times New Roman" w:cs="Times New Roman"/>
          <w:sz w:val="28"/>
          <w:szCs w:val="28"/>
        </w:rPr>
        <w:t xml:space="preserve"> (DALI), a </w:t>
      </w:r>
      <w:proofErr w:type="spellStart"/>
      <w:r w:rsidRPr="00B81657">
        <w:rPr>
          <w:rFonts w:eastAsia="Times New Roman" w:cs="Times New Roman"/>
          <w:sz w:val="28"/>
          <w:szCs w:val="28"/>
        </w:rPr>
        <w:t>studiilor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documentelor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necesare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promovării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investiției</w:t>
      </w:r>
      <w:proofErr w:type="spellEnd"/>
      <w:r w:rsidRPr="00B81657">
        <w:rPr>
          <w:rFonts w:eastAsia="Times New Roman" w:cs="Times New Roman"/>
          <w:sz w:val="28"/>
          <w:szCs w:val="28"/>
        </w:rPr>
        <w:t>.</w:t>
      </w:r>
    </w:p>
    <w:p w14:paraId="7032E33B" w14:textId="77777777" w:rsidR="00ED7922" w:rsidRPr="00B81657" w:rsidRDefault="007C56AA">
      <w:pPr>
        <w:pStyle w:val="Titlu1"/>
        <w:rPr>
          <w:rFonts w:ascii="Times New Roman" w:hAnsi="Times New Roman" w:cs="Times New Roman"/>
          <w:sz w:val="28"/>
        </w:rPr>
      </w:pPr>
      <w:r w:rsidRPr="00B81657">
        <w:rPr>
          <w:rFonts w:ascii="Times New Roman" w:hAnsi="Times New Roman" w:cs="Times New Roman"/>
          <w:sz w:val="28"/>
        </w:rPr>
        <w:lastRenderedPageBreak/>
        <w:t xml:space="preserve">2. Date de </w:t>
      </w:r>
      <w:proofErr w:type="spellStart"/>
      <w:r w:rsidRPr="00B81657">
        <w:rPr>
          <w:rFonts w:ascii="Times New Roman" w:hAnsi="Times New Roman" w:cs="Times New Roman"/>
          <w:sz w:val="28"/>
        </w:rPr>
        <w:t>identificare</w:t>
      </w:r>
      <w:proofErr w:type="spellEnd"/>
      <w:r w:rsidRPr="00B81657">
        <w:rPr>
          <w:rFonts w:ascii="Times New Roman" w:hAnsi="Times New Roman" w:cs="Times New Roman"/>
          <w:sz w:val="28"/>
        </w:rPr>
        <w:t xml:space="preserve"> </w:t>
      </w:r>
      <w:proofErr w:type="gramStart"/>
      <w:r w:rsidRPr="00B81657">
        <w:rPr>
          <w:rFonts w:ascii="Times New Roman" w:hAnsi="Times New Roman" w:cs="Times New Roman"/>
          <w:sz w:val="28"/>
        </w:rPr>
        <w:t>a</w:t>
      </w:r>
      <w:proofErr w:type="gramEnd"/>
      <w:r w:rsidRPr="00B81657">
        <w:rPr>
          <w:rFonts w:ascii="Times New Roman" w:hAnsi="Times New Roman" w:cs="Times New Roman"/>
          <w:sz w:val="28"/>
        </w:rPr>
        <w:t xml:space="preserve"> </w:t>
      </w:r>
      <w:proofErr w:type="spellStart"/>
      <w:r w:rsidRPr="00B81657">
        <w:rPr>
          <w:rFonts w:ascii="Times New Roman" w:hAnsi="Times New Roman" w:cs="Times New Roman"/>
          <w:sz w:val="28"/>
        </w:rPr>
        <w:t>obiectivului</w:t>
      </w:r>
      <w:proofErr w:type="spellEnd"/>
      <w:r w:rsidRPr="00B81657">
        <w:rPr>
          <w:rFonts w:ascii="Times New Roman" w:hAnsi="Times New Roman" w:cs="Times New Roman"/>
          <w:sz w:val="28"/>
        </w:rPr>
        <w:t xml:space="preserve"> de </w:t>
      </w:r>
      <w:proofErr w:type="spellStart"/>
      <w:r w:rsidRPr="00B81657">
        <w:rPr>
          <w:rFonts w:ascii="Times New Roman" w:hAnsi="Times New Roman" w:cs="Times New Roman"/>
          <w:sz w:val="28"/>
        </w:rPr>
        <w:t>investiții</w:t>
      </w:r>
      <w:proofErr w:type="spellEnd"/>
    </w:p>
    <w:p w14:paraId="6B444DA9"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2.1. </w:t>
      </w:r>
      <w:proofErr w:type="spellStart"/>
      <w:r w:rsidRPr="00B81657">
        <w:rPr>
          <w:rFonts w:ascii="Times New Roman" w:hAnsi="Times New Roman" w:cs="Times New Roman"/>
          <w:sz w:val="28"/>
          <w:szCs w:val="28"/>
        </w:rPr>
        <w:t>Regimul</w:t>
      </w:r>
      <w:proofErr w:type="spellEnd"/>
      <w:r w:rsidRPr="00B81657">
        <w:rPr>
          <w:rFonts w:ascii="Times New Roman" w:hAnsi="Times New Roman" w:cs="Times New Roman"/>
          <w:sz w:val="28"/>
          <w:szCs w:val="28"/>
        </w:rPr>
        <w:t xml:space="preserve"> juridic, economic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tehnic</w:t>
      </w:r>
      <w:proofErr w:type="spellEnd"/>
      <w:r w:rsidRPr="00B81657">
        <w:rPr>
          <w:rFonts w:ascii="Times New Roman" w:hAnsi="Times New Roman" w:cs="Times New Roman"/>
          <w:sz w:val="28"/>
          <w:szCs w:val="28"/>
        </w:rPr>
        <w:t xml:space="preserve"> al </w:t>
      </w:r>
      <w:proofErr w:type="spellStart"/>
      <w:r w:rsidRPr="00B81657">
        <w:rPr>
          <w:rFonts w:ascii="Times New Roman" w:hAnsi="Times New Roman" w:cs="Times New Roman"/>
          <w:sz w:val="28"/>
          <w:szCs w:val="28"/>
        </w:rPr>
        <w:t>terenului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al </w:t>
      </w:r>
      <w:proofErr w:type="spellStart"/>
      <w:r w:rsidRPr="00B81657">
        <w:rPr>
          <w:rFonts w:ascii="Times New Roman" w:hAnsi="Times New Roman" w:cs="Times New Roman"/>
          <w:sz w:val="28"/>
          <w:szCs w:val="28"/>
        </w:rPr>
        <w:t>amenajării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existente</w:t>
      </w:r>
      <w:proofErr w:type="spellEnd"/>
    </w:p>
    <w:p w14:paraId="366436B8" w14:textId="77777777" w:rsidR="00ED7922" w:rsidRPr="00B81657" w:rsidRDefault="007C56AA">
      <w:pPr>
        <w:pStyle w:val="Titlu3"/>
        <w:rPr>
          <w:rFonts w:ascii="Times New Roman" w:hAnsi="Times New Roman" w:cs="Times New Roman"/>
          <w:sz w:val="28"/>
          <w:szCs w:val="28"/>
        </w:rPr>
      </w:pPr>
      <w:proofErr w:type="spellStart"/>
      <w:r w:rsidRPr="00B81657">
        <w:rPr>
          <w:rFonts w:ascii="Times New Roman" w:hAnsi="Times New Roman" w:cs="Times New Roman"/>
          <w:sz w:val="28"/>
          <w:szCs w:val="28"/>
        </w:rPr>
        <w:t>Regimul</w:t>
      </w:r>
      <w:proofErr w:type="spellEnd"/>
      <w:r w:rsidRPr="00B81657">
        <w:rPr>
          <w:rFonts w:ascii="Times New Roman" w:hAnsi="Times New Roman" w:cs="Times New Roman"/>
          <w:sz w:val="28"/>
          <w:szCs w:val="28"/>
        </w:rPr>
        <w:t xml:space="preserve"> juridic</w:t>
      </w:r>
    </w:p>
    <w:p w14:paraId="3D940118" w14:textId="77777777" w:rsidR="00ED7922" w:rsidRPr="00B81657" w:rsidRDefault="007C56AA">
      <w:pPr>
        <w:rPr>
          <w:rFonts w:cs="Times New Roman"/>
          <w:sz w:val="28"/>
          <w:szCs w:val="28"/>
        </w:rPr>
      </w:pPr>
      <w:r>
        <w:rPr>
          <w:rFonts w:eastAsia="Times New Roman" w:cs="Times New Roman"/>
          <w:sz w:val="28"/>
          <w:szCs w:val="28"/>
        </w:rPr>
        <w:t>Imobilul Complex sportiv - Stadionul „Milcov”, situat în municipiul Focșani, str. Aleea Stadionului nr. 2, aparține domeniului public al Județului Vrancea și se află în administrarea Clubului Sportiv Județean Vrancea, în baza Hotărârii Consiliului Județean Vrancea nr. 80/06.05.2026 și a Protocolului de predare-primire din 25.06.2026.</w:t>
      </w:r>
    </w:p>
    <w:p w14:paraId="71FABDCC" w14:textId="77777777" w:rsidR="00ED7922" w:rsidRPr="00B81657" w:rsidRDefault="007C56AA">
      <w:pPr>
        <w:rPr>
          <w:rFonts w:cs="Times New Roman"/>
          <w:sz w:val="28"/>
          <w:szCs w:val="28"/>
        </w:rPr>
      </w:pPr>
      <w:proofErr w:type="spellStart"/>
      <w:r w:rsidRPr="00B81657">
        <w:rPr>
          <w:rFonts w:eastAsia="Times New Roman" w:cs="Times New Roman"/>
          <w:sz w:val="28"/>
          <w:szCs w:val="28"/>
        </w:rPr>
        <w:t>Actele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cadastrale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puse</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dispoziție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identifică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imobilul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cărțile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funciare</w:t>
      </w:r>
      <w:proofErr w:type="spellEnd"/>
      <w:r w:rsidRPr="00B81657">
        <w:rPr>
          <w:rFonts w:eastAsia="Times New Roman" w:cs="Times New Roman"/>
          <w:sz w:val="28"/>
          <w:szCs w:val="28"/>
        </w:rPr>
        <w:t xml:space="preserve"> nr. 69345 </w:t>
      </w:r>
      <w:proofErr w:type="spellStart"/>
      <w:r w:rsidRPr="00B81657">
        <w:rPr>
          <w:rFonts w:eastAsia="Times New Roman" w:cs="Times New Roman"/>
          <w:sz w:val="28"/>
          <w:szCs w:val="28"/>
        </w:rPr>
        <w:t>Focșani</w:t>
      </w:r>
      <w:proofErr w:type="spellEnd"/>
      <w:r w:rsidRPr="00B81657">
        <w:rPr>
          <w:rFonts w:eastAsia="Times New Roman" w:cs="Times New Roman"/>
          <w:sz w:val="28"/>
          <w:szCs w:val="28"/>
        </w:rPr>
        <w:t xml:space="preserve"> și nr. 54477 </w:t>
      </w:r>
      <w:proofErr w:type="spellStart"/>
      <w:r w:rsidRPr="00B81657">
        <w:rPr>
          <w:rFonts w:eastAsia="Times New Roman" w:cs="Times New Roman"/>
          <w:sz w:val="28"/>
          <w:szCs w:val="28"/>
        </w:rPr>
        <w:t>Focșani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raporta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amplasamentul</w:t>
      </w:r>
      <w:proofErr w:type="spellEnd"/>
      <w:r w:rsidRPr="00B81657">
        <w:rPr>
          <w:rFonts w:eastAsia="Times New Roman" w:cs="Times New Roman"/>
          <w:sz w:val="28"/>
          <w:szCs w:val="28"/>
        </w:rPr>
        <w:t xml:space="preserve"> exact al </w:t>
      </w:r>
      <w:proofErr w:type="spellStart"/>
      <w:r w:rsidRPr="00B81657">
        <w:rPr>
          <w:rFonts w:eastAsia="Times New Roman" w:cs="Times New Roman"/>
          <w:sz w:val="28"/>
          <w:szCs w:val="28"/>
        </w:rPr>
        <w:t>pistei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ridicarea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topografică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extrasele</w:t>
      </w:r>
      <w:proofErr w:type="spellEnd"/>
      <w:r w:rsidRPr="00B81657">
        <w:rPr>
          <w:rFonts w:eastAsia="Times New Roman" w:cs="Times New Roman"/>
          <w:sz w:val="28"/>
          <w:szCs w:val="28"/>
        </w:rPr>
        <w:t xml:space="preserve"> de carte </w:t>
      </w:r>
      <w:proofErr w:type="spellStart"/>
      <w:r w:rsidRPr="00B81657">
        <w:rPr>
          <w:rFonts w:eastAsia="Times New Roman" w:cs="Times New Roman"/>
          <w:sz w:val="28"/>
          <w:szCs w:val="28"/>
        </w:rPr>
        <w:t>funciară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actualizate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completa </w:t>
      </w:r>
      <w:proofErr w:type="spellStart"/>
      <w:r w:rsidRPr="00B81657">
        <w:rPr>
          <w:rFonts w:eastAsia="Times New Roman" w:cs="Times New Roman"/>
          <w:sz w:val="28"/>
          <w:szCs w:val="28"/>
        </w:rPr>
        <w:t>dosarul</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dovada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înscrierii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dreptului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său</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administrare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cartea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funciară</w:t>
      </w:r>
      <w:proofErr w:type="spellEnd"/>
      <w:r w:rsidRPr="00B81657">
        <w:rPr>
          <w:rFonts w:eastAsia="Times New Roman" w:cs="Times New Roman"/>
          <w:sz w:val="28"/>
          <w:szCs w:val="28"/>
        </w:rPr>
        <w:t>.</w:t>
      </w:r>
    </w:p>
    <w:p w14:paraId="3B503146" w14:textId="77777777" w:rsidR="00ED7922" w:rsidRPr="00B81657" w:rsidRDefault="007C56AA">
      <w:pPr>
        <w:rPr>
          <w:rFonts w:cs="Times New Roman"/>
          <w:sz w:val="28"/>
          <w:szCs w:val="28"/>
        </w:rPr>
      </w:pPr>
      <w:proofErr w:type="spellStart"/>
      <w:r w:rsidRPr="00B81657">
        <w:rPr>
          <w:rFonts w:eastAsia="Times New Roman" w:cs="Times New Roman"/>
          <w:sz w:val="28"/>
          <w:szCs w:val="28"/>
        </w:rPr>
        <w:t>Investiția</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realizează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numai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după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obținerea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acordului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expres</w:t>
      </w:r>
      <w:proofErr w:type="spellEnd"/>
      <w:r w:rsidRPr="00B81657">
        <w:rPr>
          <w:rFonts w:eastAsia="Times New Roman" w:cs="Times New Roman"/>
          <w:sz w:val="28"/>
          <w:szCs w:val="28"/>
        </w:rPr>
        <w:t xml:space="preserve"> al </w:t>
      </w:r>
      <w:proofErr w:type="spellStart"/>
      <w:r w:rsidRPr="00B81657">
        <w:rPr>
          <w:rFonts w:eastAsia="Times New Roman" w:cs="Times New Roman"/>
          <w:sz w:val="28"/>
          <w:szCs w:val="28"/>
        </w:rPr>
        <w:t>Consiliului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potrivit</w:t>
      </w:r>
      <w:proofErr w:type="spellEnd"/>
      <w:r w:rsidRPr="00B81657">
        <w:rPr>
          <w:rFonts w:eastAsia="Times New Roman" w:cs="Times New Roman"/>
          <w:sz w:val="28"/>
          <w:szCs w:val="28"/>
        </w:rPr>
        <w:t xml:space="preserve"> art. 8 din </w:t>
      </w:r>
      <w:proofErr w:type="spellStart"/>
      <w:r w:rsidRPr="00B81657">
        <w:rPr>
          <w:rFonts w:eastAsia="Times New Roman" w:cs="Times New Roman"/>
          <w:sz w:val="28"/>
          <w:szCs w:val="28"/>
        </w:rPr>
        <w:t>Hotărârea</w:t>
      </w:r>
      <w:proofErr w:type="spellEnd"/>
      <w:r w:rsidRPr="00B81657">
        <w:rPr>
          <w:rFonts w:eastAsia="Times New Roman" w:cs="Times New Roman"/>
          <w:sz w:val="28"/>
          <w:szCs w:val="28"/>
        </w:rPr>
        <w:t xml:space="preserve"> nr. 80/06.05.2026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Protocolului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administrare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Lucrările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amenajările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rezultate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rămâne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proprietatea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w:t>
      </w:r>
    </w:p>
    <w:p w14:paraId="0E7F0F24" w14:textId="77777777" w:rsidR="00ED7922" w:rsidRPr="00B81657" w:rsidRDefault="007C56AA">
      <w:pPr>
        <w:pStyle w:val="Titlu3"/>
        <w:rPr>
          <w:rFonts w:ascii="Times New Roman" w:hAnsi="Times New Roman" w:cs="Times New Roman"/>
          <w:sz w:val="28"/>
          <w:szCs w:val="28"/>
        </w:rPr>
      </w:pPr>
      <w:proofErr w:type="spellStart"/>
      <w:r w:rsidRPr="00B81657">
        <w:rPr>
          <w:rFonts w:ascii="Times New Roman" w:hAnsi="Times New Roman" w:cs="Times New Roman"/>
          <w:sz w:val="28"/>
          <w:szCs w:val="28"/>
        </w:rPr>
        <w:t>Regimul</w:t>
      </w:r>
      <w:proofErr w:type="spellEnd"/>
      <w:r w:rsidRPr="00B81657">
        <w:rPr>
          <w:rFonts w:ascii="Times New Roman" w:hAnsi="Times New Roman" w:cs="Times New Roman"/>
          <w:sz w:val="28"/>
          <w:szCs w:val="28"/>
        </w:rPr>
        <w:t xml:space="preserve"> </w:t>
      </w:r>
      <w:proofErr w:type="gramStart"/>
      <w:r w:rsidRPr="00B81657">
        <w:rPr>
          <w:rFonts w:ascii="Times New Roman" w:hAnsi="Times New Roman" w:cs="Times New Roman"/>
          <w:sz w:val="28"/>
          <w:szCs w:val="28"/>
        </w:rPr>
        <w:t>economic</w:t>
      </w:r>
      <w:proofErr w:type="gramEnd"/>
    </w:p>
    <w:p w14:paraId="3B74A135" w14:textId="77777777" w:rsidR="00ED7922" w:rsidRPr="00B81657" w:rsidRDefault="007C56AA">
      <w:pPr>
        <w:rPr>
          <w:rFonts w:cs="Times New Roman"/>
          <w:sz w:val="28"/>
          <w:szCs w:val="28"/>
        </w:rPr>
      </w:pPr>
      <w:proofErr w:type="spellStart"/>
      <w:r w:rsidRPr="00B81657">
        <w:rPr>
          <w:rFonts w:eastAsia="Times New Roman" w:cs="Times New Roman"/>
          <w:sz w:val="28"/>
          <w:szCs w:val="28"/>
        </w:rPr>
        <w:t>Amplasamentul</w:t>
      </w:r>
      <w:proofErr w:type="spellEnd"/>
      <w:r w:rsidRPr="00B81657">
        <w:rPr>
          <w:rFonts w:eastAsia="Times New Roman" w:cs="Times New Roman"/>
          <w:sz w:val="28"/>
          <w:szCs w:val="28"/>
        </w:rPr>
        <w:t xml:space="preserve"> are </w:t>
      </w:r>
      <w:proofErr w:type="spellStart"/>
      <w:r w:rsidRPr="00B81657">
        <w:rPr>
          <w:rFonts w:eastAsia="Times New Roman" w:cs="Times New Roman"/>
          <w:sz w:val="28"/>
          <w:szCs w:val="28"/>
        </w:rPr>
        <w:t>funcțiune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Lucrările</w:t>
      </w:r>
      <w:proofErr w:type="spellEnd"/>
      <w:r w:rsidRPr="00B81657">
        <w:rPr>
          <w:rFonts w:eastAsia="Times New Roman" w:cs="Times New Roman"/>
          <w:sz w:val="28"/>
          <w:szCs w:val="28"/>
        </w:rPr>
        <w:t xml:space="preserve"> nu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schimba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destinația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bazei</w:t>
      </w:r>
      <w:proofErr w:type="spellEnd"/>
      <w:r w:rsidRPr="00B81657">
        <w:rPr>
          <w:rFonts w:eastAsia="Times New Roman" w:cs="Times New Roman"/>
          <w:sz w:val="28"/>
          <w:szCs w:val="28"/>
        </w:rPr>
        <w:t xml:space="preserve">, ci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moderniza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pista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alergare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Valoarea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lista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investiții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anul</w:t>
      </w:r>
      <w:proofErr w:type="spellEnd"/>
      <w:r w:rsidRPr="00B81657">
        <w:rPr>
          <w:rFonts w:eastAsia="Times New Roman" w:cs="Times New Roman"/>
          <w:sz w:val="28"/>
          <w:szCs w:val="28"/>
        </w:rPr>
        <w:t xml:space="preserve"> 2026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de 1.236.500 lei, </w:t>
      </w:r>
      <w:proofErr w:type="spellStart"/>
      <w:r w:rsidRPr="00B81657">
        <w:rPr>
          <w:rFonts w:eastAsia="Times New Roman" w:cs="Times New Roman"/>
          <w:sz w:val="28"/>
          <w:szCs w:val="28"/>
        </w:rPr>
        <w:t>inclusiv</w:t>
      </w:r>
      <w:proofErr w:type="spellEnd"/>
      <w:r w:rsidRPr="00B81657">
        <w:rPr>
          <w:rFonts w:eastAsia="Times New Roman" w:cs="Times New Roman"/>
          <w:sz w:val="28"/>
          <w:szCs w:val="28"/>
        </w:rPr>
        <w:t xml:space="preserve"> TVA, </w:t>
      </w:r>
      <w:proofErr w:type="spellStart"/>
      <w:r w:rsidRPr="00B81657">
        <w:rPr>
          <w:rFonts w:eastAsia="Times New Roman" w:cs="Times New Roman"/>
          <w:sz w:val="28"/>
          <w:szCs w:val="28"/>
        </w:rPr>
        <w:t>urmând</w:t>
      </w:r>
      <w:proofErr w:type="spellEnd"/>
      <w:r w:rsidRPr="00B81657">
        <w:rPr>
          <w:rFonts w:eastAsia="Times New Roman" w:cs="Times New Roman"/>
          <w:sz w:val="28"/>
          <w:szCs w:val="28"/>
        </w:rPr>
        <w:t xml:space="preserve"> a fi </w:t>
      </w:r>
      <w:proofErr w:type="spellStart"/>
      <w:r w:rsidRPr="00B81657">
        <w:rPr>
          <w:rFonts w:eastAsia="Times New Roman" w:cs="Times New Roman"/>
          <w:sz w:val="28"/>
          <w:szCs w:val="28"/>
        </w:rPr>
        <w:t>fundamentată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DALI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devizul</w:t>
      </w:r>
      <w:proofErr w:type="spellEnd"/>
      <w:r w:rsidRPr="00B81657">
        <w:rPr>
          <w:rFonts w:eastAsia="Times New Roman" w:cs="Times New Roman"/>
          <w:sz w:val="28"/>
          <w:szCs w:val="28"/>
        </w:rPr>
        <w:t xml:space="preserve"> general.</w:t>
      </w:r>
    </w:p>
    <w:p w14:paraId="045952E3" w14:textId="77777777" w:rsidR="00ED7922" w:rsidRPr="00B81657" w:rsidRDefault="007C56AA">
      <w:pPr>
        <w:pStyle w:val="Titlu3"/>
        <w:rPr>
          <w:rFonts w:ascii="Times New Roman" w:hAnsi="Times New Roman" w:cs="Times New Roman"/>
          <w:sz w:val="28"/>
          <w:szCs w:val="28"/>
        </w:rPr>
      </w:pPr>
      <w:proofErr w:type="spellStart"/>
      <w:r w:rsidRPr="00B81657">
        <w:rPr>
          <w:rFonts w:ascii="Times New Roman" w:hAnsi="Times New Roman" w:cs="Times New Roman"/>
          <w:sz w:val="28"/>
          <w:szCs w:val="28"/>
        </w:rPr>
        <w:t>Regimul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tehnic</w:t>
      </w:r>
      <w:proofErr w:type="spellEnd"/>
    </w:p>
    <w:p w14:paraId="71CD7FC4" w14:textId="77777777" w:rsidR="00ED7922" w:rsidRPr="00B81657" w:rsidRDefault="007C56AA">
      <w:pPr>
        <w:rPr>
          <w:rFonts w:cs="Times New Roman"/>
          <w:sz w:val="28"/>
          <w:szCs w:val="28"/>
        </w:rPr>
      </w:pPr>
      <w:proofErr w:type="spellStart"/>
      <w:r w:rsidRPr="00B81657">
        <w:rPr>
          <w:rFonts w:eastAsia="Times New Roman" w:cs="Times New Roman"/>
          <w:sz w:val="28"/>
          <w:szCs w:val="28"/>
        </w:rPr>
        <w:t>Amenajarea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o </w:t>
      </w:r>
      <w:proofErr w:type="spellStart"/>
      <w:r w:rsidRPr="00B81657">
        <w:rPr>
          <w:rFonts w:eastAsia="Times New Roman" w:cs="Times New Roman"/>
          <w:sz w:val="28"/>
          <w:szCs w:val="28"/>
        </w:rPr>
        <w:t>pistă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alergare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suprafață</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zgură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amplasată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jurul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terenului</w:t>
      </w:r>
      <w:proofErr w:type="spellEnd"/>
      <w:r w:rsidRPr="00B81657">
        <w:rPr>
          <w:rFonts w:eastAsia="Times New Roman" w:cs="Times New Roman"/>
          <w:sz w:val="28"/>
          <w:szCs w:val="28"/>
        </w:rPr>
        <w:t xml:space="preserve"> principal. Nu sunt </w:t>
      </w:r>
      <w:proofErr w:type="spellStart"/>
      <w:r w:rsidRPr="00B81657">
        <w:rPr>
          <w:rFonts w:eastAsia="Times New Roman" w:cs="Times New Roman"/>
          <w:sz w:val="28"/>
          <w:szCs w:val="28"/>
        </w:rPr>
        <w:t>disponibile</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această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etapă</w:t>
      </w:r>
      <w:proofErr w:type="spellEnd"/>
      <w:r w:rsidRPr="00B81657">
        <w:rPr>
          <w:rFonts w:eastAsia="Times New Roman" w:cs="Times New Roman"/>
          <w:sz w:val="28"/>
          <w:szCs w:val="28"/>
        </w:rPr>
        <w:t xml:space="preserve">, date complete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alcătuirea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straturilor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capacitatea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portantă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geometria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pantele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drenajul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rețelele</w:t>
      </w:r>
      <w:proofErr w:type="spellEnd"/>
      <w:r w:rsidRPr="00B81657">
        <w:rPr>
          <w:rFonts w:eastAsia="Times New Roman" w:cs="Times New Roman"/>
          <w:sz w:val="28"/>
          <w:szCs w:val="28"/>
        </w:rPr>
        <w:t xml:space="preserve"> din zona </w:t>
      </w:r>
      <w:proofErr w:type="spellStart"/>
      <w:r w:rsidRPr="00B81657">
        <w:rPr>
          <w:rFonts w:eastAsia="Times New Roman" w:cs="Times New Roman"/>
          <w:sz w:val="28"/>
          <w:szCs w:val="28"/>
        </w:rPr>
        <w:t>intervenției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elemente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fi </w:t>
      </w:r>
      <w:proofErr w:type="spellStart"/>
      <w:r w:rsidRPr="00B81657">
        <w:rPr>
          <w:rFonts w:eastAsia="Times New Roman" w:cs="Times New Roman"/>
          <w:sz w:val="28"/>
          <w:szCs w:val="28"/>
        </w:rPr>
        <w:t>stabilite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proiectant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expertiză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măsurători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studii</w:t>
      </w:r>
      <w:proofErr w:type="spellEnd"/>
      <w:r w:rsidRPr="00B81657">
        <w:rPr>
          <w:rFonts w:eastAsia="Times New Roman" w:cs="Times New Roman"/>
          <w:sz w:val="28"/>
          <w:szCs w:val="28"/>
        </w:rPr>
        <w:t>.</w:t>
      </w:r>
    </w:p>
    <w:p w14:paraId="73AB6FF8"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2.2. </w:t>
      </w:r>
      <w:proofErr w:type="spellStart"/>
      <w:r w:rsidRPr="00B81657">
        <w:rPr>
          <w:rFonts w:ascii="Times New Roman" w:hAnsi="Times New Roman" w:cs="Times New Roman"/>
          <w:sz w:val="28"/>
          <w:szCs w:val="28"/>
        </w:rPr>
        <w:t>Particularitățile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amplasamentului</w:t>
      </w:r>
      <w:proofErr w:type="spellEnd"/>
    </w:p>
    <w:p w14:paraId="12F38158"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a) </w:t>
      </w:r>
      <w:proofErr w:type="spellStart"/>
      <w:r w:rsidRPr="00B81657">
        <w:rPr>
          <w:rFonts w:ascii="Times New Roman" w:hAnsi="Times New Roman" w:cs="Times New Roman"/>
          <w:sz w:val="28"/>
          <w:szCs w:val="28"/>
        </w:rPr>
        <w:t>Localizare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suprafață</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dimensiuni</w:t>
      </w:r>
      <w:proofErr w:type="spellEnd"/>
    </w:p>
    <w:p w14:paraId="22B5D760" w14:textId="77777777" w:rsidR="00ED7922" w:rsidRPr="00B81657" w:rsidRDefault="007C56AA">
      <w:pPr>
        <w:rPr>
          <w:rFonts w:cs="Times New Roman"/>
          <w:sz w:val="28"/>
          <w:szCs w:val="28"/>
        </w:rPr>
      </w:pPr>
      <w:r>
        <w:rPr>
          <w:rFonts w:eastAsia="Times New Roman" w:cs="Times New Roman"/>
          <w:sz w:val="28"/>
          <w:szCs w:val="28"/>
        </w:rPr>
        <w:t>Pista este situată în municipiul Focșani, str. Aleea Stadionului nr. 2, în interiorul imobilului Complex sportiv - Stadionul „Milcov” și în jurul terenului principal. Denumirea obiectivului se păstrează conform listei de investiții. Suprafața, lungimile, razele, numărul și lățimea culoarelor se vor determina prin ridicare topografică și releveu.</w:t>
      </w:r>
    </w:p>
    <w:p w14:paraId="35143F83"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lastRenderedPageBreak/>
        <w:t xml:space="preserve">b) </w:t>
      </w:r>
      <w:proofErr w:type="spellStart"/>
      <w:r w:rsidRPr="00B81657">
        <w:rPr>
          <w:rFonts w:ascii="Times New Roman" w:hAnsi="Times New Roman" w:cs="Times New Roman"/>
          <w:sz w:val="28"/>
          <w:szCs w:val="28"/>
        </w:rPr>
        <w:t>Relații</w:t>
      </w:r>
      <w:proofErr w:type="spellEnd"/>
      <w:r w:rsidRPr="00B81657">
        <w:rPr>
          <w:rFonts w:ascii="Times New Roman" w:hAnsi="Times New Roman" w:cs="Times New Roman"/>
          <w:sz w:val="28"/>
          <w:szCs w:val="28"/>
        </w:rPr>
        <w:t xml:space="preserve"> cu </w:t>
      </w:r>
      <w:proofErr w:type="spellStart"/>
      <w:r w:rsidRPr="00B81657">
        <w:rPr>
          <w:rFonts w:ascii="Times New Roman" w:hAnsi="Times New Roman" w:cs="Times New Roman"/>
          <w:sz w:val="28"/>
          <w:szCs w:val="28"/>
        </w:rPr>
        <w:t>zonele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învecinate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accesuri</w:t>
      </w:r>
      <w:proofErr w:type="spellEnd"/>
    </w:p>
    <w:p w14:paraId="64D562EC" w14:textId="77777777" w:rsidR="00ED7922" w:rsidRPr="00B81657" w:rsidRDefault="007C56AA">
      <w:pPr>
        <w:rPr>
          <w:rFonts w:cs="Times New Roman"/>
          <w:sz w:val="28"/>
          <w:szCs w:val="28"/>
        </w:rPr>
      </w:pPr>
      <w:r w:rsidRPr="00B81657">
        <w:rPr>
          <w:rFonts w:eastAsia="Times New Roman" w:cs="Times New Roman"/>
          <w:sz w:val="28"/>
          <w:szCs w:val="28"/>
        </w:rPr>
        <w:t xml:space="preserve">Pista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învecinată</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terenul</w:t>
      </w:r>
      <w:proofErr w:type="spellEnd"/>
      <w:r w:rsidRPr="00B81657">
        <w:rPr>
          <w:rFonts w:eastAsia="Times New Roman" w:cs="Times New Roman"/>
          <w:sz w:val="28"/>
          <w:szCs w:val="28"/>
        </w:rPr>
        <w:t xml:space="preserve"> principal, zone </w:t>
      </w:r>
      <w:proofErr w:type="spellStart"/>
      <w:r w:rsidRPr="00B81657">
        <w:rPr>
          <w:rFonts w:eastAsia="Times New Roman" w:cs="Times New Roman"/>
          <w:sz w:val="28"/>
          <w:szCs w:val="28"/>
        </w:rPr>
        <w:t>tehnice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circulații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amenajări</w:t>
      </w:r>
      <w:proofErr w:type="spellEnd"/>
      <w:r w:rsidRPr="00B81657">
        <w:rPr>
          <w:rFonts w:eastAsia="Times New Roman" w:cs="Times New Roman"/>
          <w:sz w:val="28"/>
          <w:szCs w:val="28"/>
        </w:rPr>
        <w:t xml:space="preserve"> ale </w:t>
      </w:r>
      <w:proofErr w:type="spellStart"/>
      <w:r w:rsidRPr="00B81657">
        <w:rPr>
          <w:rFonts w:eastAsia="Times New Roman" w:cs="Times New Roman"/>
          <w:sz w:val="28"/>
          <w:szCs w:val="28"/>
        </w:rPr>
        <w:t>bazei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Accesul</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realizează</w:t>
      </w:r>
      <w:proofErr w:type="spellEnd"/>
      <w:r w:rsidRPr="00B81657">
        <w:rPr>
          <w:rFonts w:eastAsia="Times New Roman" w:cs="Times New Roman"/>
          <w:sz w:val="28"/>
          <w:szCs w:val="28"/>
        </w:rPr>
        <w:t xml:space="preserve"> din Aleea </w:t>
      </w:r>
      <w:proofErr w:type="spellStart"/>
      <w:r w:rsidRPr="00B81657">
        <w:rPr>
          <w:rFonts w:eastAsia="Times New Roman" w:cs="Times New Roman"/>
          <w:sz w:val="28"/>
          <w:szCs w:val="28"/>
        </w:rPr>
        <w:t>Stadionului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organizării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șantier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asigura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accesul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controlat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circulația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utilajelor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protecția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personalului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publicului</w:t>
      </w:r>
      <w:proofErr w:type="spellEnd"/>
      <w:r w:rsidRPr="00B81657">
        <w:rPr>
          <w:rFonts w:eastAsia="Times New Roman" w:cs="Times New Roman"/>
          <w:sz w:val="28"/>
          <w:szCs w:val="28"/>
        </w:rPr>
        <w:t>.</w:t>
      </w:r>
    </w:p>
    <w:p w14:paraId="6940EBDF"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c) </w:t>
      </w:r>
      <w:proofErr w:type="spellStart"/>
      <w:r w:rsidRPr="00B81657">
        <w:rPr>
          <w:rFonts w:ascii="Times New Roman" w:hAnsi="Times New Roman" w:cs="Times New Roman"/>
          <w:sz w:val="28"/>
          <w:szCs w:val="28"/>
        </w:rPr>
        <w:t>Surse</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poluare</w:t>
      </w:r>
      <w:proofErr w:type="spellEnd"/>
    </w:p>
    <w:p w14:paraId="7AA5B8AD" w14:textId="77777777" w:rsidR="00ED7922" w:rsidRPr="00B81657" w:rsidRDefault="007C56AA">
      <w:pPr>
        <w:rPr>
          <w:rFonts w:cs="Times New Roman"/>
          <w:sz w:val="28"/>
          <w:szCs w:val="28"/>
        </w:rPr>
      </w:pPr>
      <w:r w:rsidRPr="00B81657">
        <w:rPr>
          <w:rFonts w:eastAsia="Times New Roman" w:cs="Times New Roman"/>
          <w:sz w:val="28"/>
          <w:szCs w:val="28"/>
        </w:rPr>
        <w:t xml:space="preserve">Nu sunt </w:t>
      </w:r>
      <w:proofErr w:type="spellStart"/>
      <w:r w:rsidRPr="00B81657">
        <w:rPr>
          <w:rFonts w:eastAsia="Times New Roman" w:cs="Times New Roman"/>
          <w:sz w:val="28"/>
          <w:szCs w:val="28"/>
        </w:rPr>
        <w:t>cunoscute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surse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incompatibile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funcțiunea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sportivă</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gestiona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efectele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temporare</w:t>
      </w:r>
      <w:proofErr w:type="spellEnd"/>
      <w:r w:rsidRPr="00B81657">
        <w:rPr>
          <w:rFonts w:eastAsia="Times New Roman" w:cs="Times New Roman"/>
          <w:sz w:val="28"/>
          <w:szCs w:val="28"/>
        </w:rPr>
        <w:t xml:space="preserve"> ale </w:t>
      </w:r>
      <w:proofErr w:type="spellStart"/>
      <w:r w:rsidRPr="00B81657">
        <w:rPr>
          <w:rFonts w:eastAsia="Times New Roman" w:cs="Times New Roman"/>
          <w:sz w:val="28"/>
          <w:szCs w:val="28"/>
        </w:rPr>
        <w:t>șantierului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praf</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zgomot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vibrații</w:t>
      </w:r>
      <w:proofErr w:type="spellEnd"/>
      <w:r w:rsidRPr="00B81657">
        <w:rPr>
          <w:rFonts w:eastAsia="Times New Roman" w:cs="Times New Roman"/>
          <w:sz w:val="28"/>
          <w:szCs w:val="28"/>
        </w:rPr>
        <w:t xml:space="preserve">, transport, </w:t>
      </w:r>
      <w:proofErr w:type="spellStart"/>
      <w:r w:rsidRPr="00B81657">
        <w:rPr>
          <w:rFonts w:eastAsia="Times New Roman" w:cs="Times New Roman"/>
          <w:sz w:val="28"/>
          <w:szCs w:val="28"/>
        </w:rPr>
        <w:t>deșeuri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provenite</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desfaceri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ambalaje</w:t>
      </w:r>
      <w:proofErr w:type="spellEnd"/>
      <w:r w:rsidRPr="00B81657">
        <w:rPr>
          <w:rFonts w:eastAsia="Times New Roman" w:cs="Times New Roman"/>
          <w:sz w:val="28"/>
          <w:szCs w:val="28"/>
        </w:rPr>
        <w:t>.</w:t>
      </w:r>
    </w:p>
    <w:p w14:paraId="42AACFEA"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d) </w:t>
      </w:r>
      <w:proofErr w:type="spellStart"/>
      <w:r w:rsidRPr="00B81657">
        <w:rPr>
          <w:rFonts w:ascii="Times New Roman" w:hAnsi="Times New Roman" w:cs="Times New Roman"/>
          <w:sz w:val="28"/>
          <w:szCs w:val="28"/>
        </w:rPr>
        <w:t>Particularități</w:t>
      </w:r>
      <w:proofErr w:type="spellEnd"/>
      <w:r w:rsidRPr="00B81657">
        <w:rPr>
          <w:rFonts w:ascii="Times New Roman" w:hAnsi="Times New Roman" w:cs="Times New Roman"/>
          <w:sz w:val="28"/>
          <w:szCs w:val="28"/>
        </w:rPr>
        <w:t xml:space="preserve"> de relief</w:t>
      </w:r>
    </w:p>
    <w:p w14:paraId="2DF722A5" w14:textId="77777777" w:rsidR="00ED7922" w:rsidRPr="00B81657" w:rsidRDefault="007C56AA">
      <w:pPr>
        <w:rPr>
          <w:rFonts w:cs="Times New Roman"/>
          <w:sz w:val="28"/>
          <w:szCs w:val="28"/>
        </w:rPr>
      </w:pPr>
      <w:proofErr w:type="spellStart"/>
      <w:r w:rsidRPr="00B81657">
        <w:rPr>
          <w:rFonts w:eastAsia="Times New Roman" w:cs="Times New Roman"/>
          <w:sz w:val="28"/>
          <w:szCs w:val="28"/>
        </w:rPr>
        <w:t>Amplasamentul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amenajat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activități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are </w:t>
      </w:r>
      <w:proofErr w:type="spellStart"/>
      <w:r w:rsidRPr="00B81657">
        <w:rPr>
          <w:rFonts w:eastAsia="Times New Roman" w:cs="Times New Roman"/>
          <w:sz w:val="28"/>
          <w:szCs w:val="28"/>
        </w:rPr>
        <w:t>caracter</w:t>
      </w:r>
      <w:proofErr w:type="spellEnd"/>
      <w:r w:rsidRPr="00B81657">
        <w:rPr>
          <w:rFonts w:eastAsia="Times New Roman" w:cs="Times New Roman"/>
          <w:sz w:val="28"/>
          <w:szCs w:val="28"/>
        </w:rPr>
        <w:t xml:space="preserve"> predominant plan. </w:t>
      </w:r>
      <w:proofErr w:type="spellStart"/>
      <w:r w:rsidRPr="00B81657">
        <w:rPr>
          <w:rFonts w:eastAsia="Times New Roman" w:cs="Times New Roman"/>
          <w:sz w:val="28"/>
          <w:szCs w:val="28"/>
        </w:rPr>
        <w:t>Ridicarea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topografică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evidenția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pantele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tasările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băltirile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racordările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necesare</w:t>
      </w:r>
      <w:proofErr w:type="spellEnd"/>
      <w:r w:rsidRPr="00B81657">
        <w:rPr>
          <w:rFonts w:eastAsia="Times New Roman" w:cs="Times New Roman"/>
          <w:sz w:val="28"/>
          <w:szCs w:val="28"/>
        </w:rPr>
        <w:t>.</w:t>
      </w:r>
    </w:p>
    <w:p w14:paraId="7CF8D739"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e) </w:t>
      </w:r>
      <w:proofErr w:type="spellStart"/>
      <w:r w:rsidRPr="00B81657">
        <w:rPr>
          <w:rFonts w:ascii="Times New Roman" w:hAnsi="Times New Roman" w:cs="Times New Roman"/>
          <w:sz w:val="28"/>
          <w:szCs w:val="28"/>
        </w:rPr>
        <w:t>Nivelul</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echipare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tehnico-edilitară</w:t>
      </w:r>
      <w:proofErr w:type="spellEnd"/>
    </w:p>
    <w:p w14:paraId="7165AA41" w14:textId="77777777" w:rsidR="00ED7922" w:rsidRPr="00B81657" w:rsidRDefault="007C56AA">
      <w:pPr>
        <w:rPr>
          <w:rFonts w:cs="Times New Roman"/>
          <w:sz w:val="28"/>
          <w:szCs w:val="28"/>
        </w:rPr>
      </w:pPr>
      <w:r>
        <w:rPr>
          <w:rFonts w:eastAsia="Times New Roman" w:cs="Times New Roman"/>
          <w:sz w:val="28"/>
          <w:szCs w:val="28"/>
        </w:rPr>
        <w:t>Imobilul Complex sportiv - Stadionul „Milcov” este echipat cu utilități și amenajări specifice. Pentru obiectiv sunt relevante sistemele de colectare și evacuare a apelor pluviale, iluminatul, eventualele alimentări electrice și căile de acces pentru întreținere.</w:t>
      </w:r>
    </w:p>
    <w:p w14:paraId="644165E3"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f) </w:t>
      </w:r>
      <w:proofErr w:type="spellStart"/>
      <w:r w:rsidRPr="00B81657">
        <w:rPr>
          <w:rFonts w:ascii="Times New Roman" w:hAnsi="Times New Roman" w:cs="Times New Roman"/>
          <w:sz w:val="28"/>
          <w:szCs w:val="28"/>
        </w:rPr>
        <w:t>Rețele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edilitare</w:t>
      </w:r>
      <w:proofErr w:type="spellEnd"/>
    </w:p>
    <w:p w14:paraId="3BEEB36B" w14:textId="77777777" w:rsidR="00ED7922" w:rsidRPr="00B81657" w:rsidRDefault="007C56AA">
      <w:pPr>
        <w:rPr>
          <w:rFonts w:cs="Times New Roman"/>
          <w:sz w:val="28"/>
          <w:szCs w:val="28"/>
        </w:rPr>
      </w:pP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solicita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planurile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rețele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avizele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amplasament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efectua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necesare</w:t>
      </w:r>
      <w:proofErr w:type="spellEnd"/>
      <w:r w:rsidRPr="00B81657">
        <w:rPr>
          <w:rFonts w:eastAsia="Times New Roman" w:cs="Times New Roman"/>
          <w:sz w:val="28"/>
          <w:szCs w:val="28"/>
        </w:rPr>
        <w:t xml:space="preserve">. Orice </w:t>
      </w:r>
      <w:proofErr w:type="spellStart"/>
      <w:r w:rsidRPr="00B81657">
        <w:rPr>
          <w:rFonts w:eastAsia="Times New Roman" w:cs="Times New Roman"/>
          <w:sz w:val="28"/>
          <w:szCs w:val="28"/>
        </w:rPr>
        <w:t>protejare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relocare</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numai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justificată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avizată</w:t>
      </w:r>
      <w:proofErr w:type="spellEnd"/>
      <w:r w:rsidRPr="00B81657">
        <w:rPr>
          <w:rFonts w:eastAsia="Times New Roman" w:cs="Times New Roman"/>
          <w:sz w:val="28"/>
          <w:szCs w:val="28"/>
        </w:rPr>
        <w:t>.</w:t>
      </w:r>
    </w:p>
    <w:p w14:paraId="4F65F6AC"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g) </w:t>
      </w:r>
      <w:proofErr w:type="spellStart"/>
      <w:r w:rsidRPr="00B81657">
        <w:rPr>
          <w:rFonts w:ascii="Times New Roman" w:hAnsi="Times New Roman" w:cs="Times New Roman"/>
          <w:sz w:val="28"/>
          <w:szCs w:val="28"/>
        </w:rPr>
        <w:t>Servituți</w:t>
      </w:r>
      <w:proofErr w:type="spellEnd"/>
    </w:p>
    <w:p w14:paraId="15B5066B" w14:textId="77777777" w:rsidR="00ED7922" w:rsidRPr="00B81657" w:rsidRDefault="007C56AA">
      <w:pPr>
        <w:rPr>
          <w:rFonts w:cs="Times New Roman"/>
          <w:sz w:val="28"/>
          <w:szCs w:val="28"/>
        </w:rPr>
      </w:pPr>
      <w:r w:rsidRPr="00B81657">
        <w:rPr>
          <w:rFonts w:eastAsia="Times New Roman" w:cs="Times New Roman"/>
          <w:sz w:val="28"/>
          <w:szCs w:val="28"/>
        </w:rPr>
        <w:t xml:space="preserve">Nu sunt </w:t>
      </w:r>
      <w:proofErr w:type="spellStart"/>
      <w:r w:rsidRPr="00B81657">
        <w:rPr>
          <w:rFonts w:eastAsia="Times New Roman" w:cs="Times New Roman"/>
          <w:sz w:val="28"/>
          <w:szCs w:val="28"/>
        </w:rPr>
        <w:t>identificate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servituți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incompatibile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intervenția</w:t>
      </w:r>
      <w:proofErr w:type="spellEnd"/>
      <w:r w:rsidRPr="00B81657">
        <w:rPr>
          <w:rFonts w:eastAsia="Times New Roman" w:cs="Times New Roman"/>
          <w:sz w:val="28"/>
          <w:szCs w:val="28"/>
        </w:rPr>
        <w:t xml:space="preserve">. Vor fi </w:t>
      </w:r>
      <w:proofErr w:type="spellStart"/>
      <w:r w:rsidRPr="00B81657">
        <w:rPr>
          <w:rFonts w:eastAsia="Times New Roman" w:cs="Times New Roman"/>
          <w:sz w:val="28"/>
          <w:szCs w:val="28"/>
        </w:rPr>
        <w:t>verificate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cărțile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funciare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actualizate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accesul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comun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orice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obligații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w:t>
      </w:r>
      <w:proofErr w:type="spellEnd"/>
      <w:r w:rsidRPr="00B81657">
        <w:rPr>
          <w:rFonts w:eastAsia="Times New Roman" w:cs="Times New Roman"/>
          <w:sz w:val="28"/>
          <w:szCs w:val="28"/>
        </w:rPr>
        <w:t xml:space="preserve"> pot </w:t>
      </w:r>
      <w:proofErr w:type="spellStart"/>
      <w:r w:rsidRPr="00B81657">
        <w:rPr>
          <w:rFonts w:eastAsia="Times New Roman" w:cs="Times New Roman"/>
          <w:sz w:val="28"/>
          <w:szCs w:val="28"/>
        </w:rPr>
        <w:t>influența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execuția</w:t>
      </w:r>
      <w:proofErr w:type="spellEnd"/>
      <w:r w:rsidRPr="00B81657">
        <w:rPr>
          <w:rFonts w:eastAsia="Times New Roman" w:cs="Times New Roman"/>
          <w:sz w:val="28"/>
          <w:szCs w:val="28"/>
        </w:rPr>
        <w:t>.</w:t>
      </w:r>
    </w:p>
    <w:p w14:paraId="5CC3F9DB"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h) </w:t>
      </w:r>
      <w:proofErr w:type="spellStart"/>
      <w:r w:rsidRPr="00B81657">
        <w:rPr>
          <w:rFonts w:ascii="Times New Roman" w:hAnsi="Times New Roman" w:cs="Times New Roman"/>
          <w:sz w:val="28"/>
          <w:szCs w:val="28"/>
        </w:rPr>
        <w:t>Condiționări</w:t>
      </w:r>
      <w:proofErr w:type="spellEnd"/>
      <w:r w:rsidRPr="00B81657">
        <w:rPr>
          <w:rFonts w:ascii="Times New Roman" w:hAnsi="Times New Roman" w:cs="Times New Roman"/>
          <w:sz w:val="28"/>
          <w:szCs w:val="28"/>
        </w:rPr>
        <w:t xml:space="preserve"> constructive</w:t>
      </w:r>
    </w:p>
    <w:p w14:paraId="65552F3B" w14:textId="77777777" w:rsidR="00ED7922" w:rsidRPr="00B81657" w:rsidRDefault="007C56AA">
      <w:pPr>
        <w:rPr>
          <w:rFonts w:cs="Times New Roman"/>
          <w:sz w:val="28"/>
          <w:szCs w:val="28"/>
        </w:rPr>
      </w:pPr>
      <w:proofErr w:type="spellStart"/>
      <w:r w:rsidRPr="00B81657">
        <w:rPr>
          <w:rFonts w:eastAsia="Times New Roman" w:cs="Times New Roman"/>
          <w:sz w:val="28"/>
          <w:szCs w:val="28"/>
        </w:rPr>
        <w:t>Soluția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ține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cont</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pista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fundația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borduri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rigole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terenul</w:t>
      </w:r>
      <w:proofErr w:type="spellEnd"/>
      <w:r w:rsidRPr="00B81657">
        <w:rPr>
          <w:rFonts w:eastAsia="Times New Roman" w:cs="Times New Roman"/>
          <w:sz w:val="28"/>
          <w:szCs w:val="28"/>
        </w:rPr>
        <w:t xml:space="preserve"> principal, tribune/</w:t>
      </w:r>
      <w:proofErr w:type="spellStart"/>
      <w:r w:rsidRPr="00B81657">
        <w:rPr>
          <w:rFonts w:eastAsia="Times New Roman" w:cs="Times New Roman"/>
          <w:sz w:val="28"/>
          <w:szCs w:val="28"/>
        </w:rPr>
        <w:t>amenajări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instalații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trasee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acces</w:t>
      </w:r>
      <w:proofErr w:type="spellEnd"/>
      <w:r w:rsidRPr="00B81657">
        <w:rPr>
          <w:rFonts w:eastAsia="Times New Roman" w:cs="Times New Roman"/>
          <w:sz w:val="28"/>
          <w:szCs w:val="28"/>
        </w:rPr>
        <w:t xml:space="preserve">. Nu se </w:t>
      </w:r>
      <w:proofErr w:type="spellStart"/>
      <w:r w:rsidRPr="00B81657">
        <w:rPr>
          <w:rFonts w:eastAsia="Times New Roman" w:cs="Times New Roman"/>
          <w:sz w:val="28"/>
          <w:szCs w:val="28"/>
        </w:rPr>
        <w:t>admite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aplicarea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sistemului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w:t>
      </w:r>
      <w:proofErr w:type="spellEnd"/>
      <w:r w:rsidRPr="00B81657">
        <w:rPr>
          <w:rFonts w:eastAsia="Times New Roman" w:cs="Times New Roman"/>
          <w:sz w:val="28"/>
          <w:szCs w:val="28"/>
        </w:rPr>
        <w:t xml:space="preserve"> pe un </w:t>
      </w:r>
      <w:proofErr w:type="spellStart"/>
      <w:r w:rsidRPr="00B81657">
        <w:rPr>
          <w:rFonts w:eastAsia="Times New Roman" w:cs="Times New Roman"/>
          <w:sz w:val="28"/>
          <w:szCs w:val="28"/>
        </w:rPr>
        <w:t>suport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neverificat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necorespunzător</w:t>
      </w:r>
      <w:proofErr w:type="spellEnd"/>
      <w:r w:rsidRPr="00B81657">
        <w:rPr>
          <w:rFonts w:eastAsia="Times New Roman" w:cs="Times New Roman"/>
          <w:sz w:val="28"/>
          <w:szCs w:val="28"/>
        </w:rPr>
        <w:t>.</w:t>
      </w:r>
    </w:p>
    <w:p w14:paraId="1001E120" w14:textId="77777777" w:rsidR="00ED7922" w:rsidRPr="00B81657" w:rsidRDefault="007C56AA">
      <w:pPr>
        <w:pStyle w:val="Titlu3"/>
        <w:rPr>
          <w:rFonts w:ascii="Times New Roman" w:hAnsi="Times New Roman" w:cs="Times New Roman"/>
          <w:sz w:val="28"/>
          <w:szCs w:val="28"/>
        </w:rPr>
      </w:pPr>
      <w:proofErr w:type="spellStart"/>
      <w:r w:rsidRPr="00B81657">
        <w:rPr>
          <w:rFonts w:ascii="Times New Roman" w:hAnsi="Times New Roman" w:cs="Times New Roman"/>
          <w:sz w:val="28"/>
          <w:szCs w:val="28"/>
        </w:rPr>
        <w:t>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Reglementări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urbanistice</w:t>
      </w:r>
      <w:proofErr w:type="spellEnd"/>
    </w:p>
    <w:p w14:paraId="33263150" w14:textId="77777777" w:rsidR="00ED7922" w:rsidRPr="00B81657" w:rsidRDefault="007C56AA">
      <w:pPr>
        <w:rPr>
          <w:rFonts w:cs="Times New Roman"/>
          <w:sz w:val="28"/>
          <w:szCs w:val="28"/>
        </w:rPr>
      </w:pPr>
      <w:proofErr w:type="spellStart"/>
      <w:r w:rsidRPr="00B81657">
        <w:rPr>
          <w:rFonts w:eastAsia="Times New Roman" w:cs="Times New Roman"/>
          <w:sz w:val="28"/>
          <w:szCs w:val="28"/>
        </w:rPr>
        <w:t>Beneficiarul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solicită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obținerea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certificat</w:t>
      </w:r>
      <w:proofErr w:type="spellEnd"/>
      <w:r w:rsidRPr="00B81657">
        <w:rPr>
          <w:rFonts w:eastAsia="Times New Roman" w:cs="Times New Roman"/>
          <w:sz w:val="28"/>
          <w:szCs w:val="28"/>
        </w:rPr>
        <w:t xml:space="preserve"> de urbanism nou.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prelua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respecta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condițiile</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certificatul</w:t>
      </w:r>
      <w:proofErr w:type="spellEnd"/>
      <w:r w:rsidRPr="00B81657">
        <w:rPr>
          <w:rFonts w:eastAsia="Times New Roman" w:cs="Times New Roman"/>
          <w:sz w:val="28"/>
          <w:szCs w:val="28"/>
        </w:rPr>
        <w:t xml:space="preserve"> de urbanism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reglementările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urbanistice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w:t>
      </w:r>
    </w:p>
    <w:p w14:paraId="5B3E95BD"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lastRenderedPageBreak/>
        <w:t xml:space="preserve">j) </w:t>
      </w:r>
      <w:proofErr w:type="spellStart"/>
      <w:r w:rsidRPr="00B81657">
        <w:rPr>
          <w:rFonts w:ascii="Times New Roman" w:hAnsi="Times New Roman" w:cs="Times New Roman"/>
          <w:sz w:val="28"/>
          <w:szCs w:val="28"/>
        </w:rPr>
        <w:t>Patrimoniu</w:t>
      </w:r>
      <w:proofErr w:type="spellEnd"/>
      <w:r w:rsidRPr="00B81657">
        <w:rPr>
          <w:rFonts w:ascii="Times New Roman" w:hAnsi="Times New Roman" w:cs="Times New Roman"/>
          <w:sz w:val="28"/>
          <w:szCs w:val="28"/>
        </w:rPr>
        <w:t xml:space="preserve"> cultural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zone </w:t>
      </w:r>
      <w:proofErr w:type="spellStart"/>
      <w:r w:rsidRPr="00B81657">
        <w:rPr>
          <w:rFonts w:ascii="Times New Roman" w:hAnsi="Times New Roman" w:cs="Times New Roman"/>
          <w:sz w:val="28"/>
          <w:szCs w:val="28"/>
        </w:rPr>
        <w:t>protejate</w:t>
      </w:r>
      <w:proofErr w:type="spellEnd"/>
    </w:p>
    <w:p w14:paraId="0B035F09" w14:textId="77777777" w:rsidR="00ED7922" w:rsidRPr="00B81657" w:rsidRDefault="007C56AA">
      <w:pPr>
        <w:rPr>
          <w:rFonts w:cs="Times New Roman"/>
          <w:sz w:val="28"/>
          <w:szCs w:val="28"/>
        </w:rPr>
      </w:pP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certificatul</w:t>
      </w:r>
      <w:proofErr w:type="spellEnd"/>
      <w:r w:rsidRPr="00B81657">
        <w:rPr>
          <w:rFonts w:eastAsia="Times New Roman" w:cs="Times New Roman"/>
          <w:sz w:val="28"/>
          <w:szCs w:val="28"/>
        </w:rPr>
        <w:t xml:space="preserve"> de urbanism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autorităților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competente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amplasamentul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afectat</w:t>
      </w:r>
      <w:proofErr w:type="spellEnd"/>
      <w:r w:rsidRPr="00B81657">
        <w:rPr>
          <w:rFonts w:eastAsia="Times New Roman" w:cs="Times New Roman"/>
          <w:sz w:val="28"/>
          <w:szCs w:val="28"/>
        </w:rPr>
        <w:t xml:space="preserve"> de zone de </w:t>
      </w:r>
      <w:proofErr w:type="spellStart"/>
      <w:r w:rsidRPr="00B81657">
        <w:rPr>
          <w:rFonts w:eastAsia="Times New Roman" w:cs="Times New Roman"/>
          <w:sz w:val="28"/>
          <w:szCs w:val="28"/>
        </w:rPr>
        <w:t>protecție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situri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arheologice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alte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restricții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integra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obligațiile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rezultate</w:t>
      </w:r>
      <w:proofErr w:type="spellEnd"/>
      <w:r w:rsidRPr="00B81657">
        <w:rPr>
          <w:rFonts w:eastAsia="Times New Roman" w:cs="Times New Roman"/>
          <w:sz w:val="28"/>
          <w:szCs w:val="28"/>
        </w:rPr>
        <w:t>.</w:t>
      </w:r>
    </w:p>
    <w:p w14:paraId="1B619AEA"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2.3. </w:t>
      </w:r>
      <w:proofErr w:type="spellStart"/>
      <w:r w:rsidRPr="00B81657">
        <w:rPr>
          <w:rFonts w:ascii="Times New Roman" w:hAnsi="Times New Roman" w:cs="Times New Roman"/>
          <w:sz w:val="28"/>
          <w:szCs w:val="28"/>
        </w:rPr>
        <w:t>Descrierea</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obiectivului</w:t>
      </w:r>
      <w:proofErr w:type="spellEnd"/>
      <w:r w:rsidRPr="00B81657">
        <w:rPr>
          <w:rFonts w:ascii="Times New Roman" w:hAnsi="Times New Roman" w:cs="Times New Roman"/>
          <w:sz w:val="28"/>
          <w:szCs w:val="28"/>
        </w:rPr>
        <w:t xml:space="preserve"> din </w:t>
      </w:r>
      <w:proofErr w:type="spellStart"/>
      <w:r w:rsidRPr="00B81657">
        <w:rPr>
          <w:rFonts w:ascii="Times New Roman" w:hAnsi="Times New Roman" w:cs="Times New Roman"/>
          <w:sz w:val="28"/>
          <w:szCs w:val="28"/>
        </w:rPr>
        <w:t>punct</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vedere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tehnic</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funcțional</w:t>
      </w:r>
      <w:proofErr w:type="spellEnd"/>
    </w:p>
    <w:p w14:paraId="0A80B0CB"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a) </w:t>
      </w:r>
      <w:proofErr w:type="spellStart"/>
      <w:r w:rsidRPr="00B81657">
        <w:rPr>
          <w:rFonts w:ascii="Times New Roman" w:hAnsi="Times New Roman" w:cs="Times New Roman"/>
          <w:sz w:val="28"/>
          <w:szCs w:val="28"/>
        </w:rPr>
        <w:t>Destinație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funcțiuni</w:t>
      </w:r>
      <w:proofErr w:type="spellEnd"/>
    </w:p>
    <w:p w14:paraId="060B0E8D" w14:textId="77777777" w:rsidR="00ED7922" w:rsidRPr="00B81657" w:rsidRDefault="007C56AA">
      <w:pPr>
        <w:rPr>
          <w:rFonts w:cs="Times New Roman"/>
          <w:sz w:val="28"/>
          <w:szCs w:val="28"/>
        </w:rPr>
      </w:pPr>
      <w:proofErr w:type="spellStart"/>
      <w:r w:rsidRPr="00B81657">
        <w:rPr>
          <w:rFonts w:eastAsia="Times New Roman" w:cs="Times New Roman"/>
          <w:sz w:val="28"/>
          <w:szCs w:val="28"/>
        </w:rPr>
        <w:t>Investiția</w:t>
      </w:r>
      <w:proofErr w:type="spellEnd"/>
      <w:r w:rsidRPr="00B81657">
        <w:rPr>
          <w:rFonts w:eastAsia="Times New Roman" w:cs="Times New Roman"/>
          <w:sz w:val="28"/>
          <w:szCs w:val="28"/>
        </w:rPr>
        <w:t xml:space="preserve"> are ca scop </w:t>
      </w:r>
      <w:proofErr w:type="spellStart"/>
      <w:r w:rsidRPr="00B81657">
        <w:rPr>
          <w:rFonts w:eastAsia="Times New Roman" w:cs="Times New Roman"/>
          <w:sz w:val="28"/>
          <w:szCs w:val="28"/>
        </w:rPr>
        <w:t>modernizarea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pistei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zgură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realizarea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suprafețe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atletism</w:t>
      </w:r>
      <w:proofErr w:type="spellEnd"/>
      <w:r w:rsidRPr="00B81657">
        <w:rPr>
          <w:rFonts w:eastAsia="Times New Roman" w:cs="Times New Roman"/>
          <w:sz w:val="28"/>
          <w:szCs w:val="28"/>
        </w:rPr>
        <w:t xml:space="preserve">, de tip tartan, </w:t>
      </w:r>
      <w:proofErr w:type="spellStart"/>
      <w:r w:rsidRPr="00B81657">
        <w:rPr>
          <w:rFonts w:eastAsia="Times New Roman" w:cs="Times New Roman"/>
          <w:sz w:val="28"/>
          <w:szCs w:val="28"/>
        </w:rPr>
        <w:t>destinată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pregătirii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activităților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educație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fizică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antrenamentelor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funcție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nivelul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beneficiar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competițiilor</w:t>
      </w:r>
      <w:proofErr w:type="spellEnd"/>
      <w:r w:rsidRPr="00B81657">
        <w:rPr>
          <w:rFonts w:eastAsia="Times New Roman" w:cs="Times New Roman"/>
          <w:sz w:val="28"/>
          <w:szCs w:val="28"/>
        </w:rPr>
        <w:t xml:space="preserve"> sportive.</w:t>
      </w:r>
    </w:p>
    <w:p w14:paraId="7139F08A"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b) </w:t>
      </w:r>
      <w:proofErr w:type="spellStart"/>
      <w:r w:rsidRPr="00B81657">
        <w:rPr>
          <w:rFonts w:ascii="Times New Roman" w:hAnsi="Times New Roman" w:cs="Times New Roman"/>
          <w:sz w:val="28"/>
          <w:szCs w:val="28"/>
        </w:rPr>
        <w:t>Caracteristici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parametri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date </w:t>
      </w:r>
      <w:proofErr w:type="spellStart"/>
      <w:r w:rsidRPr="00B81657">
        <w:rPr>
          <w:rFonts w:ascii="Times New Roman" w:hAnsi="Times New Roman" w:cs="Times New Roman"/>
          <w:sz w:val="28"/>
          <w:szCs w:val="28"/>
        </w:rPr>
        <w:t>tehnice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preconizate</w:t>
      </w:r>
      <w:proofErr w:type="spellEnd"/>
    </w:p>
    <w:p w14:paraId="56CDDC9C" w14:textId="77777777" w:rsidR="00ED7922" w:rsidRPr="00B81657" w:rsidRDefault="007C56AA">
      <w:pPr>
        <w:rPr>
          <w:rFonts w:cs="Times New Roman"/>
          <w:sz w:val="28"/>
          <w:szCs w:val="28"/>
        </w:rPr>
      </w:pP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elabora</w:t>
      </w:r>
      <w:proofErr w:type="spellEnd"/>
      <w:r w:rsidRPr="00B81657">
        <w:rPr>
          <w:rFonts w:eastAsia="Times New Roman" w:cs="Times New Roman"/>
          <w:sz w:val="28"/>
          <w:szCs w:val="28"/>
        </w:rPr>
        <w:t xml:space="preserve"> DALI </w:t>
      </w:r>
      <w:proofErr w:type="spellStart"/>
      <w:r w:rsidRPr="00B81657">
        <w:rPr>
          <w:rFonts w:eastAsia="Times New Roman" w:cs="Times New Roman"/>
          <w:sz w:val="28"/>
          <w:szCs w:val="28"/>
        </w:rPr>
        <w:t>fără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limita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analiza</w:t>
      </w:r>
      <w:proofErr w:type="spellEnd"/>
      <w:r w:rsidRPr="00B81657">
        <w:rPr>
          <w:rFonts w:eastAsia="Times New Roman" w:cs="Times New Roman"/>
          <w:sz w:val="28"/>
          <w:szCs w:val="28"/>
        </w:rPr>
        <w:t xml:space="preserve"> la o </w:t>
      </w:r>
      <w:proofErr w:type="spellStart"/>
      <w:r w:rsidRPr="00B81657">
        <w:rPr>
          <w:rFonts w:eastAsia="Times New Roman" w:cs="Times New Roman"/>
          <w:sz w:val="28"/>
          <w:szCs w:val="28"/>
        </w:rPr>
        <w:t>soluție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prestabilită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fundamenta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scenariul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optim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raportare</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starea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suportului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drenaj</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performanță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sportivă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durabilitate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cost pe </w:t>
      </w:r>
      <w:proofErr w:type="spellStart"/>
      <w:r w:rsidRPr="00B81657">
        <w:rPr>
          <w:rFonts w:eastAsia="Times New Roman" w:cs="Times New Roman"/>
          <w:sz w:val="28"/>
          <w:szCs w:val="28"/>
        </w:rPr>
        <w:t>ciclul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viață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Soluțiile</w:t>
      </w:r>
      <w:proofErr w:type="spellEnd"/>
      <w:r w:rsidRPr="00B81657">
        <w:rPr>
          <w:rFonts w:eastAsia="Times New Roman" w:cs="Times New Roman"/>
          <w:sz w:val="28"/>
          <w:szCs w:val="28"/>
        </w:rPr>
        <w:t xml:space="preserve"> nu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conține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cerințe</w:t>
      </w:r>
      <w:proofErr w:type="spellEnd"/>
      <w:r w:rsidRPr="00B81657">
        <w:rPr>
          <w:rFonts w:eastAsia="Times New Roman" w:cs="Times New Roman"/>
          <w:sz w:val="28"/>
          <w:szCs w:val="28"/>
        </w:rPr>
        <w:t xml:space="preserve"> care </w:t>
      </w:r>
      <w:proofErr w:type="spellStart"/>
      <w:r w:rsidRPr="00B81657">
        <w:rPr>
          <w:rFonts w:eastAsia="Times New Roman" w:cs="Times New Roman"/>
          <w:sz w:val="28"/>
          <w:szCs w:val="28"/>
        </w:rPr>
        <w:t>favorizează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nejustificat</w:t>
      </w:r>
      <w:proofErr w:type="spellEnd"/>
      <w:r w:rsidRPr="00B81657">
        <w:rPr>
          <w:rFonts w:eastAsia="Times New Roman" w:cs="Times New Roman"/>
          <w:sz w:val="28"/>
          <w:szCs w:val="28"/>
        </w:rPr>
        <w:t xml:space="preserve"> un </w:t>
      </w:r>
      <w:proofErr w:type="spellStart"/>
      <w:r w:rsidRPr="00B81657">
        <w:rPr>
          <w:rFonts w:eastAsia="Times New Roman" w:cs="Times New Roman"/>
          <w:sz w:val="28"/>
          <w:szCs w:val="28"/>
        </w:rPr>
        <w:t>producător</w:t>
      </w:r>
      <w:proofErr w:type="spellEnd"/>
      <w:r w:rsidRPr="00B81657">
        <w:rPr>
          <w:rFonts w:eastAsia="Times New Roman" w:cs="Times New Roman"/>
          <w:sz w:val="28"/>
          <w:szCs w:val="28"/>
        </w:rPr>
        <w:t xml:space="preserve">, o </w:t>
      </w:r>
      <w:proofErr w:type="spellStart"/>
      <w:r w:rsidRPr="00B81657">
        <w:rPr>
          <w:rFonts w:eastAsia="Times New Roman" w:cs="Times New Roman"/>
          <w:sz w:val="28"/>
          <w:szCs w:val="28"/>
        </w:rPr>
        <w:t>marcă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o </w:t>
      </w:r>
      <w:proofErr w:type="spellStart"/>
      <w:r w:rsidRPr="00B81657">
        <w:rPr>
          <w:rFonts w:eastAsia="Times New Roman" w:cs="Times New Roman"/>
          <w:sz w:val="28"/>
          <w:szCs w:val="28"/>
        </w:rPr>
        <w:t>tehnologie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brevetată</w:t>
      </w:r>
      <w:proofErr w:type="spellEnd"/>
      <w:r w:rsidRPr="00B81657">
        <w:rPr>
          <w:rFonts w:eastAsia="Times New Roman" w:cs="Times New Roman"/>
          <w:sz w:val="28"/>
          <w:szCs w:val="28"/>
        </w:rPr>
        <w:t>.</w:t>
      </w:r>
    </w:p>
    <w:p w14:paraId="32953DE4"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inventarierea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diagnosticarea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pistei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inclusiv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alcătuirea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straturilor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degradările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planeitatea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pantele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capacitatea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portantă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sistemul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drenaj</w:t>
      </w:r>
      <w:proofErr w:type="spellEnd"/>
      <w:r w:rsidRPr="00B81657">
        <w:rPr>
          <w:rFonts w:eastAsia="Times New Roman" w:cs="Times New Roman"/>
          <w:sz w:val="28"/>
          <w:szCs w:val="28"/>
        </w:rPr>
        <w:t>;</w:t>
      </w:r>
    </w:p>
    <w:p w14:paraId="227418EA"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ridicare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topografică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sistemul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național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referință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releveu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determinarea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geometriei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lungimi</w:t>
      </w:r>
      <w:proofErr w:type="spellEnd"/>
      <w:r w:rsidRPr="00B81657">
        <w:rPr>
          <w:rFonts w:eastAsia="Times New Roman" w:cs="Times New Roman"/>
          <w:sz w:val="28"/>
          <w:szCs w:val="28"/>
        </w:rPr>
        <w:t xml:space="preserve">, raze, </w:t>
      </w:r>
      <w:proofErr w:type="spellStart"/>
      <w:r w:rsidRPr="00B81657">
        <w:rPr>
          <w:rFonts w:eastAsia="Times New Roman" w:cs="Times New Roman"/>
          <w:sz w:val="28"/>
          <w:szCs w:val="28"/>
        </w:rPr>
        <w:t>lățimi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număr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culoare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racordări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suprafață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efectivă</w:t>
      </w:r>
      <w:proofErr w:type="spellEnd"/>
      <w:r w:rsidRPr="00B81657">
        <w:rPr>
          <w:rFonts w:eastAsia="Times New Roman" w:cs="Times New Roman"/>
          <w:sz w:val="28"/>
          <w:szCs w:val="28"/>
        </w:rPr>
        <w:t>;</w:t>
      </w:r>
    </w:p>
    <w:p w14:paraId="5AEC8E9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analizarea</w:t>
      </w:r>
      <w:proofErr w:type="spellEnd"/>
      <w:r w:rsidRPr="00B81657">
        <w:rPr>
          <w:rFonts w:eastAsia="Times New Roman" w:cs="Times New Roman"/>
          <w:sz w:val="28"/>
          <w:szCs w:val="28"/>
        </w:rPr>
        <w:t xml:space="preserve"> a cel </w:t>
      </w:r>
      <w:proofErr w:type="spellStart"/>
      <w:r w:rsidRPr="00B81657">
        <w:rPr>
          <w:rFonts w:eastAsia="Times New Roman" w:cs="Times New Roman"/>
          <w:sz w:val="28"/>
          <w:szCs w:val="28"/>
        </w:rPr>
        <w:t>puțin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două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scenarii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fezabile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intervenție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specificul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permite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inclusiv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variante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păstrarea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consolidarea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înlocuirea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straturilor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w:t>
      </w:r>
    </w:p>
    <w:p w14:paraId="4028136C"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refacerea</w:t>
      </w:r>
      <w:proofErr w:type="spellEnd"/>
      <w:r w:rsidRPr="00B81657">
        <w:rPr>
          <w:rFonts w:eastAsia="Times New Roman" w:cs="Times New Roman"/>
          <w:sz w:val="28"/>
          <w:szCs w:val="28"/>
        </w:rPr>
        <w:t>/</w:t>
      </w:r>
      <w:proofErr w:type="spellStart"/>
      <w:r w:rsidRPr="00B81657">
        <w:rPr>
          <w:rFonts w:eastAsia="Times New Roman" w:cs="Times New Roman"/>
          <w:sz w:val="28"/>
          <w:szCs w:val="28"/>
        </w:rPr>
        <w:t>consolidarea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infrastructurii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realizarea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suport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compatibil</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sistemul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planeitate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pante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capacitate </w:t>
      </w:r>
      <w:proofErr w:type="spellStart"/>
      <w:r w:rsidRPr="00B81657">
        <w:rPr>
          <w:rFonts w:eastAsia="Times New Roman" w:cs="Times New Roman"/>
          <w:sz w:val="28"/>
          <w:szCs w:val="28"/>
        </w:rPr>
        <w:t>portantă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corespunzătoare</w:t>
      </w:r>
      <w:proofErr w:type="spellEnd"/>
      <w:r w:rsidRPr="00B81657">
        <w:rPr>
          <w:rFonts w:eastAsia="Times New Roman" w:cs="Times New Roman"/>
          <w:sz w:val="28"/>
          <w:szCs w:val="28"/>
        </w:rPr>
        <w:t>;</w:t>
      </w:r>
    </w:p>
    <w:p w14:paraId="5C7DEFC6"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realizarea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reabilitarea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rigolelor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drenajului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bordurilor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racordurilor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astfel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încât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să</w:t>
      </w:r>
      <w:proofErr w:type="spellEnd"/>
      <w:r w:rsidRPr="00B81657">
        <w:rPr>
          <w:rFonts w:eastAsia="Times New Roman" w:cs="Times New Roman"/>
          <w:sz w:val="28"/>
          <w:szCs w:val="28"/>
        </w:rPr>
        <w:t xml:space="preserve"> fie </w:t>
      </w:r>
      <w:proofErr w:type="spellStart"/>
      <w:r w:rsidRPr="00B81657">
        <w:rPr>
          <w:rFonts w:eastAsia="Times New Roman" w:cs="Times New Roman"/>
          <w:sz w:val="28"/>
          <w:szCs w:val="28"/>
        </w:rPr>
        <w:t>evitate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băltirile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degradarea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suprafeței</w:t>
      </w:r>
      <w:proofErr w:type="spellEnd"/>
      <w:r w:rsidRPr="00B81657">
        <w:rPr>
          <w:rFonts w:eastAsia="Times New Roman" w:cs="Times New Roman"/>
          <w:sz w:val="28"/>
          <w:szCs w:val="28"/>
        </w:rPr>
        <w:t>;</w:t>
      </w:r>
    </w:p>
    <w:p w14:paraId="66645B17"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aplicarea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sistem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atletism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permeabil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impermeabil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alegerea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urmând</w:t>
      </w:r>
      <w:proofErr w:type="spellEnd"/>
      <w:r w:rsidRPr="00B81657">
        <w:rPr>
          <w:rFonts w:eastAsia="Times New Roman" w:cs="Times New Roman"/>
          <w:sz w:val="28"/>
          <w:szCs w:val="28"/>
        </w:rPr>
        <w:t xml:space="preserve"> a fi </w:t>
      </w:r>
      <w:proofErr w:type="spellStart"/>
      <w:r w:rsidRPr="00B81657">
        <w:rPr>
          <w:rFonts w:eastAsia="Times New Roman" w:cs="Times New Roman"/>
          <w:sz w:val="28"/>
          <w:szCs w:val="28"/>
        </w:rPr>
        <w:t>justificată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economic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DALI;</w:t>
      </w:r>
    </w:p>
    <w:p w14:paraId="33076B3B"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asigurarea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caracteristicilor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absorbție</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șocului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deformare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aderență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rezistență</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alunecare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uzură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radiații</w:t>
      </w:r>
      <w:proofErr w:type="spellEnd"/>
      <w:r w:rsidRPr="00B81657">
        <w:rPr>
          <w:rFonts w:eastAsia="Times New Roman" w:cs="Times New Roman"/>
          <w:sz w:val="28"/>
          <w:szCs w:val="28"/>
        </w:rPr>
        <w:t xml:space="preserve"> UV, </w:t>
      </w:r>
      <w:proofErr w:type="spellStart"/>
      <w:r w:rsidRPr="00B81657">
        <w:rPr>
          <w:rFonts w:eastAsia="Times New Roman" w:cs="Times New Roman"/>
          <w:sz w:val="28"/>
          <w:szCs w:val="28"/>
        </w:rPr>
        <w:t>îngheț-dezgheț</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potrivit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standardelor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aplicabile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w:t>
      </w:r>
    </w:p>
    <w:p w14:paraId="3EA98329"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realizarea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marcajelor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culoarelor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liniilor</w:t>
      </w:r>
      <w:proofErr w:type="spellEnd"/>
      <w:r w:rsidRPr="00B81657">
        <w:rPr>
          <w:rFonts w:eastAsia="Times New Roman" w:cs="Times New Roman"/>
          <w:sz w:val="28"/>
          <w:szCs w:val="28"/>
        </w:rPr>
        <w:t xml:space="preserve"> de start/</w:t>
      </w:r>
      <w:proofErr w:type="spellStart"/>
      <w:r w:rsidRPr="00B81657">
        <w:rPr>
          <w:rFonts w:eastAsia="Times New Roman" w:cs="Times New Roman"/>
          <w:sz w:val="28"/>
          <w:szCs w:val="28"/>
        </w:rPr>
        <w:t>sosire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celorlalte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marcaje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beneficiar</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materiale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compatibile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sistemul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suprafață</w:t>
      </w:r>
      <w:proofErr w:type="spellEnd"/>
      <w:r w:rsidRPr="00B81657">
        <w:rPr>
          <w:rFonts w:eastAsia="Times New Roman" w:cs="Times New Roman"/>
          <w:sz w:val="28"/>
          <w:szCs w:val="28"/>
        </w:rPr>
        <w:t>;</w:t>
      </w:r>
    </w:p>
    <w:p w14:paraId="081995B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lastRenderedPageBreak/>
        <w:t>păstrarea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geometriei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funcționale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corectarea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acesteia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necesar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posibil</w:t>
      </w:r>
      <w:proofErr w:type="spellEnd"/>
      <w:r w:rsidRPr="00B81657">
        <w:rPr>
          <w:rFonts w:eastAsia="Times New Roman" w:cs="Times New Roman"/>
          <w:sz w:val="28"/>
          <w:szCs w:val="28"/>
        </w:rPr>
        <w:t xml:space="preserve">, pe </w:t>
      </w:r>
      <w:proofErr w:type="spellStart"/>
      <w:r w:rsidRPr="00B81657">
        <w:rPr>
          <w:rFonts w:eastAsia="Times New Roman" w:cs="Times New Roman"/>
          <w:sz w:val="28"/>
          <w:szCs w:val="28"/>
        </w:rPr>
        <w:t>baza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măsurătorilor</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cerințelor</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limitelor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amplasamentului</w:t>
      </w:r>
      <w:proofErr w:type="spellEnd"/>
      <w:r w:rsidRPr="00B81657">
        <w:rPr>
          <w:rFonts w:eastAsia="Times New Roman" w:cs="Times New Roman"/>
          <w:sz w:val="28"/>
          <w:szCs w:val="28"/>
        </w:rPr>
        <w:t>;</w:t>
      </w:r>
    </w:p>
    <w:p w14:paraId="58921EF8"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protejarea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terenului</w:t>
      </w:r>
      <w:proofErr w:type="spellEnd"/>
      <w:r w:rsidRPr="00B81657">
        <w:rPr>
          <w:rFonts w:eastAsia="Times New Roman" w:cs="Times New Roman"/>
          <w:sz w:val="28"/>
          <w:szCs w:val="28"/>
        </w:rPr>
        <w:t xml:space="preserve"> principal,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instalațiilor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rețelelor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circulațiilor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amenajărilor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refacerea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tuturor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zonelor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afectate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execuție</w:t>
      </w:r>
      <w:proofErr w:type="spellEnd"/>
      <w:r w:rsidRPr="00B81657">
        <w:rPr>
          <w:rFonts w:eastAsia="Times New Roman" w:cs="Times New Roman"/>
          <w:sz w:val="28"/>
          <w:szCs w:val="28"/>
        </w:rPr>
        <w:t>;</w:t>
      </w:r>
    </w:p>
    <w:p w14:paraId="78BAE97B"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stabilirea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programului</w:t>
      </w:r>
      <w:proofErr w:type="spellEnd"/>
      <w:r w:rsidRPr="00B81657">
        <w:rPr>
          <w:rFonts w:eastAsia="Times New Roman" w:cs="Times New Roman"/>
          <w:sz w:val="28"/>
          <w:szCs w:val="28"/>
        </w:rPr>
        <w:t xml:space="preserve"> de control al </w:t>
      </w:r>
      <w:proofErr w:type="spellStart"/>
      <w:r w:rsidRPr="00B81657">
        <w:rPr>
          <w:rFonts w:eastAsia="Times New Roman" w:cs="Times New Roman"/>
          <w:sz w:val="28"/>
          <w:szCs w:val="28"/>
        </w:rPr>
        <w:t>calității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probelor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testelor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suport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suprafața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inclusiv</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verificări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recepție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laboratoare</w:t>
      </w:r>
      <w:proofErr w:type="spellEnd"/>
      <w:r w:rsidRPr="00B81657">
        <w:rPr>
          <w:rFonts w:eastAsia="Times New Roman" w:cs="Times New Roman"/>
          <w:sz w:val="28"/>
          <w:szCs w:val="28"/>
        </w:rPr>
        <w:t>/</w:t>
      </w:r>
      <w:proofErr w:type="spellStart"/>
      <w:r w:rsidRPr="00B81657">
        <w:rPr>
          <w:rFonts w:eastAsia="Times New Roman" w:cs="Times New Roman"/>
          <w:sz w:val="28"/>
          <w:szCs w:val="28"/>
        </w:rPr>
        <w:t>organisme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competente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după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caz</w:t>
      </w:r>
      <w:proofErr w:type="spellEnd"/>
      <w:r w:rsidRPr="00B81657">
        <w:rPr>
          <w:rFonts w:eastAsia="Times New Roman" w:cs="Times New Roman"/>
          <w:sz w:val="28"/>
          <w:szCs w:val="28"/>
        </w:rPr>
        <w:t>.</w:t>
      </w:r>
    </w:p>
    <w:p w14:paraId="359C0846" w14:textId="77777777" w:rsidR="00ED7922" w:rsidRPr="00B81657" w:rsidRDefault="007C56AA">
      <w:pPr>
        <w:rPr>
          <w:rFonts w:cs="Times New Roman"/>
          <w:sz w:val="28"/>
          <w:szCs w:val="28"/>
        </w:rPr>
      </w:pP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solicită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competiții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omologate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geometria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integra </w:t>
      </w:r>
      <w:proofErr w:type="spellStart"/>
      <w:r w:rsidRPr="00B81657">
        <w:rPr>
          <w:rFonts w:eastAsia="Times New Roman" w:cs="Times New Roman"/>
          <w:sz w:val="28"/>
          <w:szCs w:val="28"/>
        </w:rPr>
        <w:t>cerințele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Federației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Române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Atletism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ale World Athletics </w:t>
      </w:r>
      <w:proofErr w:type="spellStart"/>
      <w:r w:rsidRPr="00B81657">
        <w:rPr>
          <w:rFonts w:eastAsia="Times New Roman" w:cs="Times New Roman"/>
          <w:sz w:val="28"/>
          <w:szCs w:val="28"/>
        </w:rPr>
        <w:t>aplicabile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nivelului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omologare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urmărit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Nivelul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omologare</w:t>
      </w:r>
      <w:proofErr w:type="spellEnd"/>
      <w:r w:rsidRPr="00B81657">
        <w:rPr>
          <w:rFonts w:eastAsia="Times New Roman" w:cs="Times New Roman"/>
          <w:sz w:val="28"/>
          <w:szCs w:val="28"/>
        </w:rPr>
        <w:t xml:space="preserve"> nu se </w:t>
      </w:r>
      <w:proofErr w:type="spellStart"/>
      <w:r w:rsidRPr="00B81657">
        <w:rPr>
          <w:rFonts w:eastAsia="Times New Roman" w:cs="Times New Roman"/>
          <w:sz w:val="28"/>
          <w:szCs w:val="28"/>
        </w:rPr>
        <w:t>prezumă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fi </w:t>
      </w:r>
      <w:proofErr w:type="spellStart"/>
      <w:r w:rsidRPr="00B81657">
        <w:rPr>
          <w:rFonts w:eastAsia="Times New Roman" w:cs="Times New Roman"/>
          <w:sz w:val="28"/>
          <w:szCs w:val="28"/>
        </w:rPr>
        <w:t>stabilit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scris</w:t>
      </w:r>
      <w:proofErr w:type="spellEnd"/>
      <w:r w:rsidRPr="00B81657">
        <w:rPr>
          <w:rFonts w:eastAsia="Times New Roman" w:cs="Times New Roman"/>
          <w:sz w:val="28"/>
          <w:szCs w:val="28"/>
        </w:rPr>
        <w:t xml:space="preserve"> de Club </w:t>
      </w:r>
      <w:proofErr w:type="spellStart"/>
      <w:r w:rsidRPr="00B81657">
        <w:rPr>
          <w:rFonts w:eastAsia="Times New Roman" w:cs="Times New Roman"/>
          <w:sz w:val="28"/>
          <w:szCs w:val="28"/>
        </w:rPr>
        <w:t>înaintea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definitivării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soluției</w:t>
      </w:r>
      <w:proofErr w:type="spellEnd"/>
      <w:r w:rsidRPr="00B81657">
        <w:rPr>
          <w:rFonts w:eastAsia="Times New Roman" w:cs="Times New Roman"/>
          <w:sz w:val="28"/>
          <w:szCs w:val="28"/>
        </w:rPr>
        <w:t>.</w:t>
      </w:r>
    </w:p>
    <w:p w14:paraId="3DF6312F"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c) Nivel de </w:t>
      </w:r>
      <w:proofErr w:type="spellStart"/>
      <w:r w:rsidRPr="00B81657">
        <w:rPr>
          <w:rFonts w:ascii="Times New Roman" w:hAnsi="Times New Roman" w:cs="Times New Roman"/>
          <w:sz w:val="28"/>
          <w:szCs w:val="28"/>
        </w:rPr>
        <w:t>echipare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finisare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exigențe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tehnice</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mediu</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exploatare</w:t>
      </w:r>
      <w:proofErr w:type="spellEnd"/>
    </w:p>
    <w:p w14:paraId="28C9A40E"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sistem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compatibil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straturi</w:t>
      </w:r>
      <w:proofErr w:type="spellEnd"/>
      <w:r w:rsidRPr="00B81657">
        <w:rPr>
          <w:rFonts w:eastAsia="Times New Roman" w:cs="Times New Roman"/>
          <w:sz w:val="28"/>
          <w:szCs w:val="28"/>
        </w:rPr>
        <w:t xml:space="preserve">, pus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operă</w:t>
      </w:r>
      <w:proofErr w:type="spellEnd"/>
      <w:r w:rsidRPr="00B81657">
        <w:rPr>
          <w:rFonts w:eastAsia="Times New Roman" w:cs="Times New Roman"/>
          <w:sz w:val="28"/>
          <w:szCs w:val="28"/>
        </w:rPr>
        <w:t xml:space="preserve"> de personal </w:t>
      </w:r>
      <w:proofErr w:type="spellStart"/>
      <w:r w:rsidRPr="00B81657">
        <w:rPr>
          <w:rFonts w:eastAsia="Times New Roman" w:cs="Times New Roman"/>
          <w:sz w:val="28"/>
          <w:szCs w:val="28"/>
        </w:rPr>
        <w:t>calificat</w:t>
      </w:r>
      <w:proofErr w:type="spellEnd"/>
      <w:r w:rsidRPr="00B81657">
        <w:rPr>
          <w:rFonts w:eastAsia="Times New Roman" w:cs="Times New Roman"/>
          <w:sz w:val="28"/>
          <w:szCs w:val="28"/>
        </w:rPr>
        <w:t xml:space="preserve">, conform </w:t>
      </w:r>
      <w:proofErr w:type="spellStart"/>
      <w:r w:rsidRPr="00B81657">
        <w:rPr>
          <w:rFonts w:eastAsia="Times New Roman" w:cs="Times New Roman"/>
          <w:sz w:val="28"/>
          <w:szCs w:val="28"/>
        </w:rPr>
        <w:t>documentației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instrucțiunilor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producătorului</w:t>
      </w:r>
      <w:proofErr w:type="spellEnd"/>
      <w:r w:rsidRPr="00B81657">
        <w:rPr>
          <w:rFonts w:eastAsia="Times New Roman" w:cs="Times New Roman"/>
          <w:sz w:val="28"/>
          <w:szCs w:val="28"/>
        </w:rPr>
        <w:t>;</w:t>
      </w:r>
    </w:p>
    <w:p w14:paraId="5AA7679B"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materiale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documente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performanță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conformitate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valabile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adecvate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utilizării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exterioare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climatice</w:t>
      </w:r>
      <w:proofErr w:type="spellEnd"/>
      <w:r w:rsidRPr="00B81657">
        <w:rPr>
          <w:rFonts w:eastAsia="Times New Roman" w:cs="Times New Roman"/>
          <w:sz w:val="28"/>
          <w:szCs w:val="28"/>
        </w:rPr>
        <w:t xml:space="preserve"> locale;</w:t>
      </w:r>
    </w:p>
    <w:p w14:paraId="633E79D3"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culoare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finisaj</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beneficiar</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menținerea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vizibilității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marcajelor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evitarea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supraîncălzirii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degradării</w:t>
      </w:r>
      <w:proofErr w:type="spellEnd"/>
      <w:r w:rsidRPr="00B81657">
        <w:rPr>
          <w:rFonts w:eastAsia="Times New Roman" w:cs="Times New Roman"/>
          <w:sz w:val="28"/>
          <w:szCs w:val="28"/>
        </w:rPr>
        <w:t xml:space="preserve"> premature;</w:t>
      </w:r>
    </w:p>
    <w:p w14:paraId="6ED48FA8"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suprafață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fără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denivelări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fisuri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desprinderi</w:t>
      </w:r>
      <w:proofErr w:type="spellEnd"/>
      <w:r w:rsidRPr="00B81657">
        <w:rPr>
          <w:rFonts w:eastAsia="Times New Roman" w:cs="Times New Roman"/>
          <w:sz w:val="28"/>
          <w:szCs w:val="28"/>
        </w:rPr>
        <w:t xml:space="preserve">, zone moi, </w:t>
      </w:r>
      <w:proofErr w:type="spellStart"/>
      <w:r w:rsidRPr="00B81657">
        <w:rPr>
          <w:rFonts w:eastAsia="Times New Roman" w:cs="Times New Roman"/>
          <w:sz w:val="28"/>
          <w:szCs w:val="28"/>
        </w:rPr>
        <w:t>diferențe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necontrolate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grosime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acumulări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apă</w:t>
      </w:r>
      <w:proofErr w:type="spellEnd"/>
      <w:r w:rsidRPr="00B81657">
        <w:rPr>
          <w:rFonts w:eastAsia="Times New Roman" w:cs="Times New Roman"/>
          <w:sz w:val="28"/>
          <w:szCs w:val="28"/>
        </w:rPr>
        <w:t>;</w:t>
      </w:r>
    </w:p>
    <w:p w14:paraId="6B981178"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detalii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sigure</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borduri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rigole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capace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racorduri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fără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muchii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obstacole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diferențe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nivel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periculoase</w:t>
      </w:r>
      <w:proofErr w:type="spellEnd"/>
      <w:r w:rsidRPr="00B81657">
        <w:rPr>
          <w:rFonts w:eastAsia="Times New Roman" w:cs="Times New Roman"/>
          <w:sz w:val="28"/>
          <w:szCs w:val="28"/>
        </w:rPr>
        <w:t>;</w:t>
      </w:r>
    </w:p>
    <w:p w14:paraId="43E32919"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manual de </w:t>
      </w:r>
      <w:proofErr w:type="spellStart"/>
      <w:r w:rsidRPr="00B81657">
        <w:rPr>
          <w:rFonts w:eastAsia="Times New Roman" w:cs="Times New Roman"/>
          <w:sz w:val="28"/>
          <w:szCs w:val="28"/>
        </w:rPr>
        <w:t>exploatare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 xml:space="preserve">, plan de </w:t>
      </w:r>
      <w:proofErr w:type="spellStart"/>
      <w:r w:rsidRPr="00B81657">
        <w:rPr>
          <w:rFonts w:eastAsia="Times New Roman" w:cs="Times New Roman"/>
          <w:sz w:val="28"/>
          <w:szCs w:val="28"/>
        </w:rPr>
        <w:t>curățare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reparații</w:t>
      </w:r>
      <w:proofErr w:type="spellEnd"/>
      <w:r w:rsidRPr="00B81657">
        <w:rPr>
          <w:rFonts w:eastAsia="Times New Roman" w:cs="Times New Roman"/>
          <w:sz w:val="28"/>
          <w:szCs w:val="28"/>
        </w:rPr>
        <w:t xml:space="preserve"> locale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restricții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utilizare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predat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beneficiarului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recepție</w:t>
      </w:r>
      <w:proofErr w:type="spellEnd"/>
      <w:r w:rsidRPr="00B81657">
        <w:rPr>
          <w:rFonts w:eastAsia="Times New Roman" w:cs="Times New Roman"/>
          <w:sz w:val="28"/>
          <w:szCs w:val="28"/>
        </w:rPr>
        <w:t>;</w:t>
      </w:r>
    </w:p>
    <w:p w14:paraId="7CAC6B56"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garanții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remediere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documentația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atribuire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contract, cu </w:t>
      </w:r>
      <w:proofErr w:type="spellStart"/>
      <w:r w:rsidRPr="00B81657">
        <w:rPr>
          <w:rFonts w:eastAsia="Times New Roman" w:cs="Times New Roman"/>
          <w:sz w:val="28"/>
          <w:szCs w:val="28"/>
        </w:rPr>
        <w:t>respectarea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minimelor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legale</w:t>
      </w:r>
      <w:proofErr w:type="spellEnd"/>
      <w:r w:rsidRPr="00B81657">
        <w:rPr>
          <w:rFonts w:eastAsia="Times New Roman" w:cs="Times New Roman"/>
          <w:sz w:val="28"/>
          <w:szCs w:val="28"/>
        </w:rPr>
        <w:t>.</w:t>
      </w:r>
    </w:p>
    <w:p w14:paraId="7D9EB87A"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d) </w:t>
      </w:r>
      <w:proofErr w:type="spellStart"/>
      <w:r w:rsidRPr="00B81657">
        <w:rPr>
          <w:rFonts w:ascii="Times New Roman" w:hAnsi="Times New Roman" w:cs="Times New Roman"/>
          <w:sz w:val="28"/>
          <w:szCs w:val="28"/>
        </w:rPr>
        <w:t>Număr</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estimat</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utilizatori</w:t>
      </w:r>
      <w:proofErr w:type="spellEnd"/>
    </w:p>
    <w:p w14:paraId="4D181270" w14:textId="77777777" w:rsidR="00ED7922" w:rsidRPr="00B81657" w:rsidRDefault="007C56AA">
      <w:pPr>
        <w:rPr>
          <w:rFonts w:cs="Times New Roman"/>
          <w:sz w:val="28"/>
          <w:szCs w:val="28"/>
        </w:rPr>
      </w:pPr>
      <w:proofErr w:type="spellStart"/>
      <w:r w:rsidRPr="00B81657">
        <w:rPr>
          <w:rFonts w:eastAsia="Times New Roman" w:cs="Times New Roman"/>
          <w:sz w:val="28"/>
          <w:szCs w:val="28"/>
        </w:rPr>
        <w:t>Utilizarea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fi </w:t>
      </w:r>
      <w:proofErr w:type="spellStart"/>
      <w:r w:rsidRPr="00B81657">
        <w:rPr>
          <w:rFonts w:eastAsia="Times New Roman" w:cs="Times New Roman"/>
          <w:sz w:val="28"/>
          <w:szCs w:val="28"/>
        </w:rPr>
        <w:t>variabilă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include </w:t>
      </w:r>
      <w:proofErr w:type="spellStart"/>
      <w:r w:rsidRPr="00B81657">
        <w:rPr>
          <w:rFonts w:eastAsia="Times New Roman" w:cs="Times New Roman"/>
          <w:sz w:val="28"/>
          <w:szCs w:val="28"/>
        </w:rPr>
        <w:t>sportivi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legitimați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copii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juniori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elevi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antrenori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structuri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alți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utilizatori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acceptați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regulament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Soluția</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dimensiona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simultană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siguranță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tuturor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culoarelor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w:t>
      </w:r>
      <w:proofErr w:type="spellStart"/>
      <w:r w:rsidRPr="00B81657">
        <w:rPr>
          <w:rFonts w:eastAsia="Times New Roman" w:cs="Times New Roman"/>
          <w:sz w:val="28"/>
          <w:szCs w:val="28"/>
        </w:rPr>
        <w:t>proiectate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Investiția</w:t>
      </w:r>
      <w:proofErr w:type="spellEnd"/>
      <w:r w:rsidRPr="00B81657">
        <w:rPr>
          <w:rFonts w:eastAsia="Times New Roman" w:cs="Times New Roman"/>
          <w:sz w:val="28"/>
          <w:szCs w:val="28"/>
        </w:rPr>
        <w:t xml:space="preserve"> nu </w:t>
      </w:r>
      <w:proofErr w:type="spellStart"/>
      <w:r w:rsidRPr="00B81657">
        <w:rPr>
          <w:rFonts w:eastAsia="Times New Roman" w:cs="Times New Roman"/>
          <w:sz w:val="28"/>
          <w:szCs w:val="28"/>
        </w:rPr>
        <w:t>modifică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însăși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capacitatea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tribunelor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regimul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spectatorilor</w:t>
      </w:r>
      <w:proofErr w:type="spellEnd"/>
      <w:r w:rsidRPr="00B81657">
        <w:rPr>
          <w:rFonts w:eastAsia="Times New Roman" w:cs="Times New Roman"/>
          <w:sz w:val="28"/>
          <w:szCs w:val="28"/>
        </w:rPr>
        <w:t>.</w:t>
      </w:r>
    </w:p>
    <w:p w14:paraId="2F881EBE"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e) </w:t>
      </w:r>
      <w:proofErr w:type="spellStart"/>
      <w:r w:rsidRPr="00B81657">
        <w:rPr>
          <w:rFonts w:ascii="Times New Roman" w:hAnsi="Times New Roman" w:cs="Times New Roman"/>
          <w:sz w:val="28"/>
          <w:szCs w:val="28"/>
        </w:rPr>
        <w:t>Durata</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minimă</w:t>
      </w:r>
      <w:proofErr w:type="spellEnd"/>
      <w:r w:rsidRPr="00B81657">
        <w:rPr>
          <w:rFonts w:ascii="Times New Roman" w:hAnsi="Times New Roman" w:cs="Times New Roman"/>
          <w:sz w:val="28"/>
          <w:szCs w:val="28"/>
        </w:rPr>
        <w:t xml:space="preserve"> de </w:t>
      </w:r>
      <w:proofErr w:type="spellStart"/>
      <w:r w:rsidRPr="00B81657">
        <w:rPr>
          <w:rFonts w:ascii="Times New Roman" w:hAnsi="Times New Roman" w:cs="Times New Roman"/>
          <w:sz w:val="28"/>
          <w:szCs w:val="28"/>
        </w:rPr>
        <w:t>funcționare</w:t>
      </w:r>
      <w:proofErr w:type="spellEnd"/>
    </w:p>
    <w:p w14:paraId="14102084" w14:textId="77777777" w:rsidR="00ED7922" w:rsidRPr="00B81657" w:rsidRDefault="007C56AA">
      <w:pPr>
        <w:rPr>
          <w:rFonts w:cs="Times New Roman"/>
          <w:sz w:val="28"/>
          <w:szCs w:val="28"/>
        </w:rPr>
      </w:pP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sistemul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suprafață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sintetică</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urmărește</w:t>
      </w:r>
      <w:proofErr w:type="spellEnd"/>
      <w:r w:rsidRPr="00B81657">
        <w:rPr>
          <w:rFonts w:eastAsia="Times New Roman" w:cs="Times New Roman"/>
          <w:sz w:val="28"/>
          <w:szCs w:val="28"/>
        </w:rPr>
        <w:t xml:space="preserve"> o </w:t>
      </w:r>
      <w:proofErr w:type="spellStart"/>
      <w:r w:rsidRPr="00B81657">
        <w:rPr>
          <w:rFonts w:eastAsia="Times New Roman" w:cs="Times New Roman"/>
          <w:sz w:val="28"/>
          <w:szCs w:val="28"/>
        </w:rPr>
        <w:t>durată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minimă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funcționare</w:t>
      </w:r>
      <w:proofErr w:type="spellEnd"/>
      <w:r w:rsidRPr="00B81657">
        <w:rPr>
          <w:rFonts w:eastAsia="Times New Roman" w:cs="Times New Roman"/>
          <w:sz w:val="28"/>
          <w:szCs w:val="28"/>
        </w:rPr>
        <w:t xml:space="preserve"> de 10 ani,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utilizării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întreținerii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corespunzătoare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lastRenderedPageBreak/>
        <w:t>posibilitatea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reînnoirii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stratului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uzură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prezenta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durata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viață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estimată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ciclurile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costurile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aferente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fiecare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scenariu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analizat</w:t>
      </w:r>
      <w:proofErr w:type="spellEnd"/>
      <w:r w:rsidRPr="00B81657">
        <w:rPr>
          <w:rFonts w:eastAsia="Times New Roman" w:cs="Times New Roman"/>
          <w:sz w:val="28"/>
          <w:szCs w:val="28"/>
        </w:rPr>
        <w:t>.</w:t>
      </w:r>
    </w:p>
    <w:p w14:paraId="49BC11FD"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f) </w:t>
      </w:r>
      <w:proofErr w:type="spellStart"/>
      <w:r w:rsidRPr="00B81657">
        <w:rPr>
          <w:rFonts w:ascii="Times New Roman" w:hAnsi="Times New Roman" w:cs="Times New Roman"/>
          <w:sz w:val="28"/>
          <w:szCs w:val="28"/>
        </w:rPr>
        <w:t>Nevoi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solicitări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funcționale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specifice</w:t>
      </w:r>
      <w:proofErr w:type="spellEnd"/>
    </w:p>
    <w:p w14:paraId="4F0AECE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disponibilitate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crescută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pistei</w:t>
      </w:r>
      <w:proofErr w:type="spellEnd"/>
      <w:r w:rsidRPr="00B81657">
        <w:rPr>
          <w:rFonts w:eastAsia="Times New Roman" w:cs="Times New Roman"/>
          <w:sz w:val="28"/>
          <w:szCs w:val="28"/>
        </w:rPr>
        <w:t xml:space="preserve"> pe </w:t>
      </w:r>
      <w:proofErr w:type="spellStart"/>
      <w:r w:rsidRPr="00B81657">
        <w:rPr>
          <w:rFonts w:eastAsia="Times New Roman" w:cs="Times New Roman"/>
          <w:sz w:val="28"/>
          <w:szCs w:val="28"/>
        </w:rPr>
        <w:t>parcursul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după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precipitații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obișnuite</w:t>
      </w:r>
      <w:proofErr w:type="spellEnd"/>
      <w:r w:rsidRPr="00B81657">
        <w:rPr>
          <w:rFonts w:eastAsia="Times New Roman" w:cs="Times New Roman"/>
          <w:sz w:val="28"/>
          <w:szCs w:val="28"/>
        </w:rPr>
        <w:t>;</w:t>
      </w:r>
    </w:p>
    <w:p w14:paraId="71302E04"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condiții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uniforme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antrenament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reducerea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riscurilor</w:t>
      </w:r>
      <w:proofErr w:type="spellEnd"/>
      <w:r w:rsidRPr="00B81657">
        <w:rPr>
          <w:rFonts w:eastAsia="Times New Roman" w:cs="Times New Roman"/>
          <w:sz w:val="28"/>
          <w:szCs w:val="28"/>
        </w:rPr>
        <w:t xml:space="preserve"> generate de </w:t>
      </w:r>
      <w:proofErr w:type="spellStart"/>
      <w:r w:rsidRPr="00B81657">
        <w:rPr>
          <w:rFonts w:eastAsia="Times New Roman" w:cs="Times New Roman"/>
          <w:sz w:val="28"/>
          <w:szCs w:val="28"/>
        </w:rPr>
        <w:t>suprafața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degradată</w:t>
      </w:r>
      <w:proofErr w:type="spellEnd"/>
      <w:r w:rsidRPr="00B81657">
        <w:rPr>
          <w:rFonts w:eastAsia="Times New Roman" w:cs="Times New Roman"/>
          <w:sz w:val="28"/>
          <w:szCs w:val="28"/>
        </w:rPr>
        <w:t>;</w:t>
      </w:r>
    </w:p>
    <w:p w14:paraId="60623B33"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operațiuni</w:t>
      </w:r>
      <w:proofErr w:type="spellEnd"/>
      <w:r w:rsidRPr="00B81657">
        <w:rPr>
          <w:rFonts w:eastAsia="Times New Roman" w:cs="Times New Roman"/>
          <w:sz w:val="28"/>
          <w:szCs w:val="28"/>
        </w:rPr>
        <w:t xml:space="preserve"> simple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predictibile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curățare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reparații</w:t>
      </w:r>
      <w:proofErr w:type="spellEnd"/>
      <w:r w:rsidRPr="00B81657">
        <w:rPr>
          <w:rFonts w:eastAsia="Times New Roman" w:cs="Times New Roman"/>
          <w:sz w:val="28"/>
          <w:szCs w:val="28"/>
        </w:rPr>
        <w:t xml:space="preserve"> locale;</w:t>
      </w:r>
    </w:p>
    <w:p w14:paraId="3385F529"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posibilitatea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organizării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activități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competiții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nivelul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stabilit</w:t>
      </w:r>
      <w:proofErr w:type="spellEnd"/>
      <w:r w:rsidRPr="00B81657">
        <w:rPr>
          <w:rFonts w:eastAsia="Times New Roman" w:cs="Times New Roman"/>
          <w:sz w:val="28"/>
          <w:szCs w:val="28"/>
        </w:rPr>
        <w:t xml:space="preserve"> de Club;</w:t>
      </w:r>
    </w:p>
    <w:p w14:paraId="351AF35F"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execuție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etapizată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organizare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șantier</w:t>
      </w:r>
      <w:proofErr w:type="spellEnd"/>
      <w:r w:rsidRPr="00B81657">
        <w:rPr>
          <w:rFonts w:eastAsia="Times New Roman" w:cs="Times New Roman"/>
          <w:sz w:val="28"/>
          <w:szCs w:val="28"/>
        </w:rPr>
        <w:t xml:space="preserve"> care </w:t>
      </w:r>
      <w:proofErr w:type="spellStart"/>
      <w:r w:rsidRPr="00B81657">
        <w:rPr>
          <w:rFonts w:eastAsia="Times New Roman" w:cs="Times New Roman"/>
          <w:sz w:val="28"/>
          <w:szCs w:val="28"/>
        </w:rPr>
        <w:t>să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limiteze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activităților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bazei</w:t>
      </w:r>
      <w:proofErr w:type="spellEnd"/>
      <w:r w:rsidRPr="00B81657">
        <w:rPr>
          <w:rFonts w:eastAsia="Times New Roman" w:cs="Times New Roman"/>
          <w:sz w:val="28"/>
          <w:szCs w:val="28"/>
        </w:rPr>
        <w:t xml:space="preserve"> sportive.</w:t>
      </w:r>
    </w:p>
    <w:p w14:paraId="65F7564E"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g) </w:t>
      </w:r>
      <w:proofErr w:type="spellStart"/>
      <w:r w:rsidRPr="00B81657">
        <w:rPr>
          <w:rFonts w:ascii="Times New Roman" w:hAnsi="Times New Roman" w:cs="Times New Roman"/>
          <w:sz w:val="28"/>
          <w:szCs w:val="28"/>
        </w:rPr>
        <w:t>Corelarea</w:t>
      </w:r>
      <w:proofErr w:type="spellEnd"/>
      <w:r w:rsidRPr="00B81657">
        <w:rPr>
          <w:rFonts w:ascii="Times New Roman" w:hAnsi="Times New Roman" w:cs="Times New Roman"/>
          <w:sz w:val="28"/>
          <w:szCs w:val="28"/>
        </w:rPr>
        <w:t xml:space="preserve"> cu </w:t>
      </w:r>
      <w:proofErr w:type="spellStart"/>
      <w:r w:rsidRPr="00B81657">
        <w:rPr>
          <w:rFonts w:ascii="Times New Roman" w:hAnsi="Times New Roman" w:cs="Times New Roman"/>
          <w:sz w:val="28"/>
          <w:szCs w:val="28"/>
        </w:rPr>
        <w:t>urbanismul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protecția</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mediului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patrimoniul</w:t>
      </w:r>
      <w:proofErr w:type="spellEnd"/>
    </w:p>
    <w:p w14:paraId="5CB6E386" w14:textId="77777777" w:rsidR="00ED7922" w:rsidRPr="00B81657" w:rsidRDefault="007C56AA">
      <w:pPr>
        <w:rPr>
          <w:rFonts w:cs="Times New Roman"/>
          <w:sz w:val="28"/>
          <w:szCs w:val="28"/>
        </w:rPr>
      </w:pPr>
      <w:proofErr w:type="spellStart"/>
      <w:r w:rsidRPr="00B81657">
        <w:rPr>
          <w:rFonts w:eastAsia="Times New Roman" w:cs="Times New Roman"/>
          <w:sz w:val="28"/>
          <w:szCs w:val="28"/>
        </w:rPr>
        <w:t>Soluția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respecta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certificatul</w:t>
      </w:r>
      <w:proofErr w:type="spellEnd"/>
      <w:r w:rsidRPr="00B81657">
        <w:rPr>
          <w:rFonts w:eastAsia="Times New Roman" w:cs="Times New Roman"/>
          <w:sz w:val="28"/>
          <w:szCs w:val="28"/>
        </w:rPr>
        <w:t xml:space="preserve"> de urbanism, </w:t>
      </w:r>
      <w:proofErr w:type="spellStart"/>
      <w:r w:rsidRPr="00B81657">
        <w:rPr>
          <w:rFonts w:eastAsia="Times New Roman" w:cs="Times New Roman"/>
          <w:sz w:val="28"/>
          <w:szCs w:val="28"/>
        </w:rPr>
        <w:t>avizele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acordurile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protecție</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mediului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regimul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deșeurilor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protecția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eventualele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condiționări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patrimoniu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Materialele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tehnologiile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limita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emisiile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substanțele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periculoase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permite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gestionarea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legală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deșeurilor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rezultate</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desfaceri</w:t>
      </w:r>
      <w:proofErr w:type="spellEnd"/>
      <w:r w:rsidRPr="00B81657">
        <w:rPr>
          <w:rFonts w:eastAsia="Times New Roman" w:cs="Times New Roman"/>
          <w:sz w:val="28"/>
          <w:szCs w:val="28"/>
        </w:rPr>
        <w:t>.</w:t>
      </w:r>
    </w:p>
    <w:p w14:paraId="6F4368D0" w14:textId="77777777" w:rsidR="00ED7922" w:rsidRPr="00B81657" w:rsidRDefault="007C56AA">
      <w:pPr>
        <w:pStyle w:val="Titlu3"/>
        <w:rPr>
          <w:rFonts w:ascii="Times New Roman" w:hAnsi="Times New Roman" w:cs="Times New Roman"/>
          <w:sz w:val="28"/>
          <w:szCs w:val="28"/>
        </w:rPr>
      </w:pPr>
      <w:r w:rsidRPr="00B81657">
        <w:rPr>
          <w:rFonts w:ascii="Times New Roman" w:hAnsi="Times New Roman" w:cs="Times New Roman"/>
          <w:sz w:val="28"/>
          <w:szCs w:val="28"/>
        </w:rPr>
        <w:t xml:space="preserve">h) </w:t>
      </w:r>
      <w:proofErr w:type="spellStart"/>
      <w:r w:rsidRPr="00B81657">
        <w:rPr>
          <w:rFonts w:ascii="Times New Roman" w:hAnsi="Times New Roman" w:cs="Times New Roman"/>
          <w:sz w:val="28"/>
          <w:szCs w:val="28"/>
        </w:rPr>
        <w:t>Criterii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pentru</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soluționarea</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nevoii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beneficiarului</w:t>
      </w:r>
      <w:proofErr w:type="spellEnd"/>
    </w:p>
    <w:p w14:paraId="0818EB4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încadrarea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valoarea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aprobată</w:t>
      </w:r>
      <w:proofErr w:type="spellEnd"/>
      <w:r w:rsidRPr="00B81657">
        <w:rPr>
          <w:rFonts w:eastAsia="Times New Roman" w:cs="Times New Roman"/>
          <w:sz w:val="28"/>
          <w:szCs w:val="28"/>
        </w:rPr>
        <w:t xml:space="preserve"> de 1.236.500 lei, </w:t>
      </w:r>
      <w:proofErr w:type="spellStart"/>
      <w:r w:rsidRPr="00B81657">
        <w:rPr>
          <w:rFonts w:eastAsia="Times New Roman" w:cs="Times New Roman"/>
          <w:sz w:val="28"/>
          <w:szCs w:val="28"/>
        </w:rPr>
        <w:t>inclusiv</w:t>
      </w:r>
      <w:proofErr w:type="spellEnd"/>
      <w:r w:rsidRPr="00B81657">
        <w:rPr>
          <w:rFonts w:eastAsia="Times New Roman" w:cs="Times New Roman"/>
          <w:sz w:val="28"/>
          <w:szCs w:val="28"/>
        </w:rPr>
        <w:t xml:space="preserve"> TVA, cu </w:t>
      </w:r>
      <w:proofErr w:type="spellStart"/>
      <w:r w:rsidRPr="00B81657">
        <w:rPr>
          <w:rFonts w:eastAsia="Times New Roman" w:cs="Times New Roman"/>
          <w:sz w:val="28"/>
          <w:szCs w:val="28"/>
        </w:rPr>
        <w:t>evidențierea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distinctă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valorii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cheltuielilor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proiectare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studii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avize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asistență</w:t>
      </w:r>
      <w:proofErr w:type="spellEnd"/>
      <w:r w:rsidRPr="00B81657">
        <w:rPr>
          <w:rFonts w:eastAsia="Times New Roman" w:cs="Times New Roman"/>
          <w:sz w:val="28"/>
          <w:szCs w:val="28"/>
        </w:rPr>
        <w:t>;</w:t>
      </w:r>
    </w:p>
    <w:p w14:paraId="3F07A6A4"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respectarea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dreptului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proprietate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administrare</w:t>
      </w:r>
      <w:proofErr w:type="spellEnd"/>
      <w:r w:rsidRPr="00B81657">
        <w:rPr>
          <w:rFonts w:eastAsia="Times New Roman" w:cs="Times New Roman"/>
          <w:sz w:val="28"/>
          <w:szCs w:val="28"/>
        </w:rPr>
        <w:t xml:space="preserv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acordului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expres</w:t>
      </w:r>
      <w:proofErr w:type="spellEnd"/>
      <w:r w:rsidRPr="00B81657">
        <w:rPr>
          <w:rFonts w:eastAsia="Times New Roman" w:cs="Times New Roman"/>
          <w:sz w:val="28"/>
          <w:szCs w:val="28"/>
        </w:rPr>
        <w:t xml:space="preserve"> al </w:t>
      </w:r>
      <w:proofErr w:type="spellStart"/>
      <w:r w:rsidRPr="00B81657">
        <w:rPr>
          <w:rFonts w:eastAsia="Times New Roman" w:cs="Times New Roman"/>
          <w:sz w:val="28"/>
          <w:szCs w:val="28"/>
        </w:rPr>
        <w:t>Consiliului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limitelor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cadastrale</w:t>
      </w:r>
      <w:proofErr w:type="spellEnd"/>
      <w:r w:rsidRPr="00B81657">
        <w:rPr>
          <w:rFonts w:eastAsia="Times New Roman" w:cs="Times New Roman"/>
          <w:sz w:val="28"/>
          <w:szCs w:val="28"/>
        </w:rPr>
        <w:t>;</w:t>
      </w:r>
    </w:p>
    <w:p w14:paraId="2390A7D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îndeplinirea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cerințelor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stabilite</w:t>
      </w:r>
      <w:proofErr w:type="spellEnd"/>
      <w:r w:rsidRPr="00B81657">
        <w:rPr>
          <w:rFonts w:eastAsia="Times New Roman" w:cs="Times New Roman"/>
          <w:sz w:val="28"/>
          <w:szCs w:val="28"/>
        </w:rPr>
        <w:t xml:space="preserve"> de Club, </w:t>
      </w:r>
      <w:proofErr w:type="spellStart"/>
      <w:r w:rsidRPr="00B81657">
        <w:rPr>
          <w:rFonts w:eastAsia="Times New Roman" w:cs="Times New Roman"/>
          <w:sz w:val="28"/>
          <w:szCs w:val="28"/>
        </w:rPr>
        <w:t>fără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supradimensionări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dotări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nejustificate</w:t>
      </w:r>
      <w:proofErr w:type="spellEnd"/>
      <w:r w:rsidRPr="00B81657">
        <w:rPr>
          <w:rFonts w:eastAsia="Times New Roman" w:cs="Times New Roman"/>
          <w:sz w:val="28"/>
          <w:szCs w:val="28"/>
        </w:rPr>
        <w:t>;</w:t>
      </w:r>
    </w:p>
    <w:p w14:paraId="7F848B4B"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selectarea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soluției</w:t>
      </w:r>
      <w:proofErr w:type="spellEnd"/>
      <w:r w:rsidRPr="00B81657">
        <w:rPr>
          <w:rFonts w:eastAsia="Times New Roman" w:cs="Times New Roman"/>
          <w:sz w:val="28"/>
          <w:szCs w:val="28"/>
        </w:rPr>
        <w:t xml:space="preserve"> pe </w:t>
      </w:r>
      <w:proofErr w:type="spellStart"/>
      <w:r w:rsidRPr="00B81657">
        <w:rPr>
          <w:rFonts w:eastAsia="Times New Roman" w:cs="Times New Roman"/>
          <w:sz w:val="28"/>
          <w:szCs w:val="28"/>
        </w:rPr>
        <w:t>baza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performanței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durabilității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ușurinței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garanțiilor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costului</w:t>
      </w:r>
      <w:proofErr w:type="spellEnd"/>
      <w:r w:rsidRPr="00B81657">
        <w:rPr>
          <w:rFonts w:eastAsia="Times New Roman" w:cs="Times New Roman"/>
          <w:sz w:val="28"/>
          <w:szCs w:val="28"/>
        </w:rPr>
        <w:t xml:space="preserve"> total pe </w:t>
      </w:r>
      <w:proofErr w:type="spellStart"/>
      <w:r w:rsidRPr="00B81657">
        <w:rPr>
          <w:rFonts w:eastAsia="Times New Roman" w:cs="Times New Roman"/>
          <w:sz w:val="28"/>
          <w:szCs w:val="28"/>
        </w:rPr>
        <w:t>ciclul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viață</w:t>
      </w:r>
      <w:proofErr w:type="spellEnd"/>
      <w:r w:rsidRPr="00B81657">
        <w:rPr>
          <w:rFonts w:eastAsia="Times New Roman" w:cs="Times New Roman"/>
          <w:sz w:val="28"/>
          <w:szCs w:val="28"/>
        </w:rPr>
        <w:t>;</w:t>
      </w:r>
    </w:p>
    <w:p w14:paraId="1AE0BD6D"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protejarea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amenajărilor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reducerea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duratei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indisponibilizare</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bazei</w:t>
      </w:r>
      <w:proofErr w:type="spellEnd"/>
      <w:r w:rsidRPr="00B81657">
        <w:rPr>
          <w:rFonts w:eastAsia="Times New Roman" w:cs="Times New Roman"/>
          <w:sz w:val="28"/>
          <w:szCs w:val="28"/>
        </w:rPr>
        <w:t xml:space="preserve"> sportive;</w:t>
      </w:r>
    </w:p>
    <w:p w14:paraId="3ACFB7C5"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documentație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coerentă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suficientă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indicatorilor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pregătirea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ulterioară</w:t>
      </w:r>
      <w:proofErr w:type="spellEnd"/>
      <w:r w:rsidRPr="00B81657">
        <w:rPr>
          <w:rFonts w:eastAsia="Times New Roman" w:cs="Times New Roman"/>
          <w:sz w:val="28"/>
          <w:szCs w:val="28"/>
        </w:rPr>
        <w:t xml:space="preserv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achiziției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proiectare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execuție</w:t>
      </w:r>
      <w:proofErr w:type="spellEnd"/>
      <w:r w:rsidRPr="00B81657">
        <w:rPr>
          <w:rFonts w:eastAsia="Times New Roman" w:cs="Times New Roman"/>
          <w:sz w:val="28"/>
          <w:szCs w:val="28"/>
        </w:rPr>
        <w:t>.</w:t>
      </w:r>
    </w:p>
    <w:p w14:paraId="4DC9CABF" w14:textId="77777777" w:rsidR="00ED7922" w:rsidRPr="00B81657" w:rsidRDefault="007C56AA">
      <w:pPr>
        <w:pStyle w:val="Titlu3"/>
        <w:rPr>
          <w:rFonts w:ascii="Times New Roman" w:hAnsi="Times New Roman" w:cs="Times New Roman"/>
          <w:sz w:val="28"/>
          <w:szCs w:val="28"/>
        </w:rPr>
      </w:pPr>
      <w:proofErr w:type="spellStart"/>
      <w:r w:rsidRPr="00B81657">
        <w:rPr>
          <w:rFonts w:ascii="Times New Roman" w:hAnsi="Times New Roman" w:cs="Times New Roman"/>
          <w:sz w:val="28"/>
          <w:szCs w:val="28"/>
        </w:rPr>
        <w:t>Cerințe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privind</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documentația</w:t>
      </w:r>
      <w:proofErr w:type="spellEnd"/>
      <w:r w:rsidRPr="00B81657">
        <w:rPr>
          <w:rFonts w:ascii="Times New Roman" w:hAnsi="Times New Roman" w:cs="Times New Roman"/>
          <w:sz w:val="28"/>
          <w:szCs w:val="28"/>
        </w:rPr>
        <w:t xml:space="preserve"> DALI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obligațiile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proiectantului</w:t>
      </w:r>
      <w:proofErr w:type="spellEnd"/>
    </w:p>
    <w:p w14:paraId="5173D47B" w14:textId="77777777" w:rsidR="00ED7922" w:rsidRPr="00B81657" w:rsidRDefault="007C56AA">
      <w:pPr>
        <w:rPr>
          <w:rFonts w:cs="Times New Roman"/>
          <w:sz w:val="28"/>
          <w:szCs w:val="28"/>
        </w:rPr>
      </w:pPr>
      <w:proofErr w:type="spellStart"/>
      <w:r w:rsidRPr="00B81657">
        <w:rPr>
          <w:rFonts w:eastAsia="Times New Roman" w:cs="Times New Roman"/>
          <w:sz w:val="28"/>
          <w:szCs w:val="28"/>
        </w:rPr>
        <w:t>Documentația</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elabora</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respectarea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conținutului-cadru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prevăzut</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Hotărârea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907/2016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DALI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cuprinde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piesele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scrise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desenate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studiile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expertizele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scenariile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indicatorii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tehnico</w:t>
      </w:r>
      <w:proofErr w:type="spellEnd"/>
      <w:r w:rsidRPr="00B81657">
        <w:rPr>
          <w:rFonts w:eastAsia="Times New Roman" w:cs="Times New Roman"/>
          <w:sz w:val="28"/>
          <w:szCs w:val="28"/>
        </w:rPr>
        <w:t xml:space="preserve">-economici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devizul</w:t>
      </w:r>
      <w:proofErr w:type="spellEnd"/>
      <w:r w:rsidRPr="00B81657">
        <w:rPr>
          <w:rFonts w:eastAsia="Times New Roman" w:cs="Times New Roman"/>
          <w:sz w:val="28"/>
          <w:szCs w:val="28"/>
        </w:rPr>
        <w:t xml:space="preserve"> general </w:t>
      </w:r>
      <w:proofErr w:type="spellStart"/>
      <w:r w:rsidRPr="00B81657">
        <w:rPr>
          <w:rFonts w:eastAsia="Times New Roman" w:cs="Times New Roman"/>
          <w:sz w:val="28"/>
          <w:szCs w:val="28"/>
        </w:rPr>
        <w:t>necesare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răspunde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corelarea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specialități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cantități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devize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planșe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cerințele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beneficiarului</w:t>
      </w:r>
      <w:proofErr w:type="spellEnd"/>
      <w:r w:rsidRPr="00B81657">
        <w:rPr>
          <w:rFonts w:eastAsia="Times New Roman" w:cs="Times New Roman"/>
          <w:sz w:val="28"/>
          <w:szCs w:val="28"/>
        </w:rPr>
        <w:t>.</w:t>
      </w:r>
    </w:p>
    <w:p w14:paraId="63AB5D61"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lastRenderedPageBreak/>
        <w:t>expertiză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tehnică</w:t>
      </w:r>
      <w:proofErr w:type="spellEnd"/>
      <w:r w:rsidRPr="00B81657">
        <w:rPr>
          <w:rFonts w:eastAsia="Times New Roman" w:cs="Times New Roman"/>
          <w:sz w:val="28"/>
          <w:szCs w:val="28"/>
        </w:rPr>
        <w:t>/</w:t>
      </w:r>
      <w:proofErr w:type="spellStart"/>
      <w:r w:rsidRPr="00B81657">
        <w:rPr>
          <w:rFonts w:eastAsia="Times New Roman" w:cs="Times New Roman"/>
          <w:sz w:val="28"/>
          <w:szCs w:val="28"/>
        </w:rPr>
        <w:t>analiză</w:t>
      </w:r>
      <w:proofErr w:type="spellEnd"/>
      <w:r w:rsidRPr="00B81657">
        <w:rPr>
          <w:rFonts w:eastAsia="Times New Roman" w:cs="Times New Roman"/>
          <w:sz w:val="28"/>
          <w:szCs w:val="28"/>
        </w:rPr>
        <w:t xml:space="preserve"> diagnostic a </w:t>
      </w:r>
      <w:proofErr w:type="spellStart"/>
      <w:r w:rsidRPr="00B81657">
        <w:rPr>
          <w:rFonts w:eastAsia="Times New Roman" w:cs="Times New Roman"/>
          <w:sz w:val="28"/>
          <w:szCs w:val="28"/>
        </w:rPr>
        <w:t>pistei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infrastructurii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existente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întocmită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specialiști</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drept</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practică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domeniul</w:t>
      </w:r>
      <w:proofErr w:type="spellEnd"/>
      <w:r w:rsidRPr="00B81657">
        <w:rPr>
          <w:rFonts w:eastAsia="Times New Roman" w:cs="Times New Roman"/>
          <w:sz w:val="28"/>
          <w:szCs w:val="28"/>
        </w:rPr>
        <w:t xml:space="preserve"> relevant;</w:t>
      </w:r>
    </w:p>
    <w:p w14:paraId="402A4541"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ridicare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topografică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vizată</w:t>
      </w:r>
      <w:proofErr w:type="spellEnd"/>
      <w:r w:rsidRPr="00B81657">
        <w:rPr>
          <w:rFonts w:eastAsia="Times New Roman" w:cs="Times New Roman"/>
          <w:sz w:val="28"/>
          <w:szCs w:val="28"/>
        </w:rPr>
        <w:t xml:space="preserve"> conform </w:t>
      </w:r>
      <w:proofErr w:type="spellStart"/>
      <w:r w:rsidRPr="00B81657">
        <w:rPr>
          <w:rFonts w:eastAsia="Times New Roman" w:cs="Times New Roman"/>
          <w:sz w:val="28"/>
          <w:szCs w:val="28"/>
        </w:rPr>
        <w:t>legii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justifică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studiu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geotehnic</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investigații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laborator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verificări</w:t>
      </w:r>
      <w:proofErr w:type="spellEnd"/>
      <w:r w:rsidRPr="00B81657">
        <w:rPr>
          <w:rFonts w:eastAsia="Times New Roman" w:cs="Times New Roman"/>
          <w:sz w:val="28"/>
          <w:szCs w:val="28"/>
        </w:rPr>
        <w:t xml:space="preserve"> ale </w:t>
      </w:r>
      <w:proofErr w:type="spellStart"/>
      <w:r w:rsidRPr="00B81657">
        <w:rPr>
          <w:rFonts w:eastAsia="Times New Roman" w:cs="Times New Roman"/>
          <w:sz w:val="28"/>
          <w:szCs w:val="28"/>
        </w:rPr>
        <w:t>drenajului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rețelelor</w:t>
      </w:r>
      <w:proofErr w:type="spellEnd"/>
      <w:r w:rsidRPr="00B81657">
        <w:rPr>
          <w:rFonts w:eastAsia="Times New Roman" w:cs="Times New Roman"/>
          <w:sz w:val="28"/>
          <w:szCs w:val="28"/>
        </w:rPr>
        <w:t>;</w:t>
      </w:r>
    </w:p>
    <w:p w14:paraId="30AFA17C"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documentațiile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necesare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emiterii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certificatului</w:t>
      </w:r>
      <w:proofErr w:type="spellEnd"/>
      <w:r w:rsidRPr="00B81657">
        <w:rPr>
          <w:rFonts w:eastAsia="Times New Roman" w:cs="Times New Roman"/>
          <w:sz w:val="28"/>
          <w:szCs w:val="28"/>
        </w:rPr>
        <w:t xml:space="preserve"> de urbanism nou, </w:t>
      </w:r>
      <w:proofErr w:type="spellStart"/>
      <w:r w:rsidRPr="00B81657">
        <w:rPr>
          <w:rFonts w:eastAsia="Times New Roman" w:cs="Times New Roman"/>
          <w:sz w:val="28"/>
          <w:szCs w:val="28"/>
        </w:rPr>
        <w:t>avizelor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acordurilor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autorizațiilor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prevăzute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lege</w:t>
      </w:r>
      <w:proofErr w:type="spellEnd"/>
      <w:r w:rsidRPr="00B81657">
        <w:rPr>
          <w:rFonts w:eastAsia="Times New Roman" w:cs="Times New Roman"/>
          <w:sz w:val="28"/>
          <w:szCs w:val="28"/>
        </w:rPr>
        <w:t>;</w:t>
      </w:r>
    </w:p>
    <w:p w14:paraId="5CD2E7D7"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minimum </w:t>
      </w:r>
      <w:proofErr w:type="spellStart"/>
      <w:r w:rsidRPr="00B81657">
        <w:rPr>
          <w:rFonts w:eastAsia="Times New Roman" w:cs="Times New Roman"/>
          <w:sz w:val="28"/>
          <w:szCs w:val="28"/>
        </w:rPr>
        <w:t>două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scenarii</w:t>
      </w:r>
      <w:proofErr w:type="spellEnd"/>
      <w:r w:rsidRPr="00B81657">
        <w:rPr>
          <w:rFonts w:eastAsia="Times New Roman" w:cs="Times New Roman"/>
          <w:sz w:val="28"/>
          <w:szCs w:val="28"/>
        </w:rPr>
        <w:t>/</w:t>
      </w:r>
      <w:proofErr w:type="spellStart"/>
      <w:r w:rsidRPr="00B81657">
        <w:rPr>
          <w:rFonts w:eastAsia="Times New Roman" w:cs="Times New Roman"/>
          <w:sz w:val="28"/>
          <w:szCs w:val="28"/>
        </w:rPr>
        <w:t>opțiuni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intervenție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atunci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când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posibil</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analiza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avantajelor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dezavantajelor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durabilității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costurilor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investiție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întreținere</w:t>
      </w:r>
      <w:proofErr w:type="spellEnd"/>
      <w:r w:rsidRPr="00B81657">
        <w:rPr>
          <w:rFonts w:eastAsia="Times New Roman" w:cs="Times New Roman"/>
          <w:sz w:val="28"/>
          <w:szCs w:val="28"/>
        </w:rPr>
        <w:t>;</w:t>
      </w:r>
    </w:p>
    <w:p w14:paraId="2214FC1F"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scenariul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recomandat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indicatori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maximali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minimali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durată</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execuție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eșalonarea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deviz</w:t>
      </w:r>
      <w:proofErr w:type="spellEnd"/>
      <w:r w:rsidRPr="00B81657">
        <w:rPr>
          <w:rFonts w:eastAsia="Times New Roman" w:cs="Times New Roman"/>
          <w:sz w:val="28"/>
          <w:szCs w:val="28"/>
        </w:rPr>
        <w:t xml:space="preserve"> general </w:t>
      </w:r>
      <w:proofErr w:type="spellStart"/>
      <w:r w:rsidRPr="00B81657">
        <w:rPr>
          <w:rFonts w:eastAsia="Times New Roman" w:cs="Times New Roman"/>
          <w:sz w:val="28"/>
          <w:szCs w:val="28"/>
        </w:rPr>
        <w:t>actualizat</w:t>
      </w:r>
      <w:proofErr w:type="spellEnd"/>
      <w:r w:rsidRPr="00B81657">
        <w:rPr>
          <w:rFonts w:eastAsia="Times New Roman" w:cs="Times New Roman"/>
          <w:sz w:val="28"/>
          <w:szCs w:val="28"/>
        </w:rPr>
        <w:t>;</w:t>
      </w:r>
    </w:p>
    <w:p w14:paraId="1A190303"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plan de </w:t>
      </w:r>
      <w:proofErr w:type="spellStart"/>
      <w:r w:rsidRPr="00B81657">
        <w:rPr>
          <w:rFonts w:eastAsia="Times New Roman" w:cs="Times New Roman"/>
          <w:sz w:val="28"/>
          <w:szCs w:val="28"/>
        </w:rPr>
        <w:t>situație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planuri</w:t>
      </w:r>
      <w:proofErr w:type="spellEnd"/>
      <w:r w:rsidRPr="00B81657">
        <w:rPr>
          <w:rFonts w:eastAsia="Times New Roman" w:cs="Times New Roman"/>
          <w:sz w:val="28"/>
          <w:szCs w:val="28"/>
        </w:rPr>
        <w:t xml:space="preserve">, profile, </w:t>
      </w:r>
      <w:proofErr w:type="spellStart"/>
      <w:r w:rsidRPr="00B81657">
        <w:rPr>
          <w:rFonts w:eastAsia="Times New Roman" w:cs="Times New Roman"/>
          <w:sz w:val="28"/>
          <w:szCs w:val="28"/>
        </w:rPr>
        <w:t>secțiuni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detalii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conceptuale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suficiente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definirea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clară</w:t>
      </w:r>
      <w:proofErr w:type="spellEnd"/>
      <w:r w:rsidRPr="00B81657">
        <w:rPr>
          <w:rFonts w:eastAsia="Times New Roman" w:cs="Times New Roman"/>
          <w:sz w:val="28"/>
          <w:szCs w:val="28"/>
        </w:rPr>
        <w:t xml:space="preserv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limitelor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intervenție</w:t>
      </w:r>
      <w:proofErr w:type="spellEnd"/>
      <w:r w:rsidRPr="00B81657">
        <w:rPr>
          <w:rFonts w:eastAsia="Times New Roman" w:cs="Times New Roman"/>
          <w:sz w:val="28"/>
          <w:szCs w:val="28"/>
        </w:rPr>
        <w:t>;</w:t>
      </w:r>
    </w:p>
    <w:p w14:paraId="4C954415"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cerințe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performanță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date </w:t>
      </w:r>
      <w:proofErr w:type="spellStart"/>
      <w:r w:rsidRPr="00B81657">
        <w:rPr>
          <w:rFonts w:eastAsia="Times New Roman" w:cs="Times New Roman"/>
          <w:sz w:val="28"/>
          <w:szCs w:val="28"/>
        </w:rPr>
        <w:t>tehnice</w:t>
      </w:r>
      <w:proofErr w:type="spellEnd"/>
      <w:r w:rsidRPr="00B81657">
        <w:rPr>
          <w:rFonts w:eastAsia="Times New Roman" w:cs="Times New Roman"/>
          <w:sz w:val="28"/>
          <w:szCs w:val="28"/>
        </w:rPr>
        <w:t xml:space="preserve"> care </w:t>
      </w:r>
      <w:proofErr w:type="spellStart"/>
      <w:r w:rsidRPr="00B81657">
        <w:rPr>
          <w:rFonts w:eastAsia="Times New Roman" w:cs="Times New Roman"/>
          <w:sz w:val="28"/>
          <w:szCs w:val="28"/>
        </w:rPr>
        <w:t>să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permită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pregătirea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ulterioară</w:t>
      </w:r>
      <w:proofErr w:type="spellEnd"/>
      <w:r w:rsidRPr="00B81657">
        <w:rPr>
          <w:rFonts w:eastAsia="Times New Roman" w:cs="Times New Roman"/>
          <w:sz w:val="28"/>
          <w:szCs w:val="28"/>
        </w:rPr>
        <w:t xml:space="preserv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achiziției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proiectare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execuție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fără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referințe</w:t>
      </w:r>
      <w:proofErr w:type="spellEnd"/>
      <w:r w:rsidRPr="00B81657">
        <w:rPr>
          <w:rFonts w:eastAsia="Times New Roman" w:cs="Times New Roman"/>
          <w:sz w:val="28"/>
          <w:szCs w:val="28"/>
        </w:rPr>
        <w:t xml:space="preserve"> restrictive la </w:t>
      </w:r>
      <w:proofErr w:type="spellStart"/>
      <w:r w:rsidRPr="00B81657">
        <w:rPr>
          <w:rFonts w:eastAsia="Times New Roman" w:cs="Times New Roman"/>
          <w:sz w:val="28"/>
          <w:szCs w:val="28"/>
        </w:rPr>
        <w:t>mărci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producători</w:t>
      </w:r>
      <w:proofErr w:type="spellEnd"/>
      <w:r w:rsidRPr="00B81657">
        <w:rPr>
          <w:rFonts w:eastAsia="Times New Roman" w:cs="Times New Roman"/>
          <w:sz w:val="28"/>
          <w:szCs w:val="28"/>
        </w:rPr>
        <w:t>;</w:t>
      </w:r>
    </w:p>
    <w:p w14:paraId="1561CA19"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referate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răspunsuri</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solicitările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clarificare</w:t>
      </w:r>
      <w:proofErr w:type="spellEnd"/>
      <w:r w:rsidRPr="00B81657">
        <w:rPr>
          <w:rFonts w:eastAsia="Times New Roman" w:cs="Times New Roman"/>
          <w:sz w:val="28"/>
          <w:szCs w:val="28"/>
        </w:rPr>
        <w:t xml:space="preserve"> formulate de </w:t>
      </w:r>
      <w:proofErr w:type="spellStart"/>
      <w:r w:rsidRPr="00B81657">
        <w:rPr>
          <w:rFonts w:eastAsia="Times New Roman" w:cs="Times New Roman"/>
          <w:sz w:val="28"/>
          <w:szCs w:val="28"/>
        </w:rPr>
        <w:t>beneficiar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structurile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Consiliului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autoritățile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avizatoare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până</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aprobarea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documentației</w:t>
      </w:r>
      <w:proofErr w:type="spellEnd"/>
      <w:r w:rsidRPr="00B81657">
        <w:rPr>
          <w:rFonts w:eastAsia="Times New Roman" w:cs="Times New Roman"/>
          <w:sz w:val="28"/>
          <w:szCs w:val="28"/>
        </w:rPr>
        <w:t>.</w:t>
      </w:r>
    </w:p>
    <w:p w14:paraId="6392ED35" w14:textId="77777777" w:rsidR="00ED7922" w:rsidRPr="00B81657" w:rsidRDefault="007C56AA">
      <w:pPr>
        <w:rPr>
          <w:rFonts w:cs="Times New Roman"/>
          <w:sz w:val="28"/>
          <w:szCs w:val="28"/>
        </w:rPr>
      </w:pP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pregăti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depune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urmări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numele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baza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mandatului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acordat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documentațiile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certificatul</w:t>
      </w:r>
      <w:proofErr w:type="spellEnd"/>
      <w:r w:rsidRPr="00B81657">
        <w:rPr>
          <w:rFonts w:eastAsia="Times New Roman" w:cs="Times New Roman"/>
          <w:sz w:val="28"/>
          <w:szCs w:val="28"/>
        </w:rPr>
        <w:t xml:space="preserve"> de urbanism, </w:t>
      </w:r>
      <w:proofErr w:type="spellStart"/>
      <w:r w:rsidRPr="00B81657">
        <w:rPr>
          <w:rFonts w:eastAsia="Times New Roman" w:cs="Times New Roman"/>
          <w:sz w:val="28"/>
          <w:szCs w:val="28"/>
        </w:rPr>
        <w:t>avize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acorduri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autorizații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declarațiile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semnăturile</w:t>
      </w:r>
      <w:proofErr w:type="spellEnd"/>
      <w:r w:rsidRPr="00B81657">
        <w:rPr>
          <w:rFonts w:eastAsia="Times New Roman" w:cs="Times New Roman"/>
          <w:sz w:val="28"/>
          <w:szCs w:val="28"/>
        </w:rPr>
        <w:t xml:space="preserve"> care, </w:t>
      </w:r>
      <w:proofErr w:type="spellStart"/>
      <w:r w:rsidRPr="00B81657">
        <w:rPr>
          <w:rFonts w:eastAsia="Times New Roman" w:cs="Times New Roman"/>
          <w:sz w:val="28"/>
          <w:szCs w:val="28"/>
        </w:rPr>
        <w:t>potrivit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legii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aparțin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beneficiarului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administratorului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sau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proprietarului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fi </w:t>
      </w:r>
      <w:proofErr w:type="spellStart"/>
      <w:r w:rsidRPr="00B81657">
        <w:rPr>
          <w:rFonts w:eastAsia="Times New Roman" w:cs="Times New Roman"/>
          <w:sz w:val="28"/>
          <w:szCs w:val="28"/>
        </w:rPr>
        <w:t>emise</w:t>
      </w:r>
      <w:proofErr w:type="spellEnd"/>
      <w:r w:rsidRPr="00B81657">
        <w:rPr>
          <w:rFonts w:eastAsia="Times New Roman" w:cs="Times New Roman"/>
          <w:sz w:val="28"/>
          <w:szCs w:val="28"/>
        </w:rPr>
        <w:t xml:space="preserve"> de Club </w:t>
      </w:r>
      <w:proofErr w:type="spellStart"/>
      <w:r w:rsidRPr="00B81657">
        <w:rPr>
          <w:rFonts w:eastAsia="Times New Roman" w:cs="Times New Roman"/>
          <w:sz w:val="28"/>
          <w:szCs w:val="28"/>
        </w:rPr>
        <w:t>ori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Consiliul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după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caz</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Taxele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datorate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autorităților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fi </w:t>
      </w:r>
      <w:proofErr w:type="spellStart"/>
      <w:r w:rsidRPr="00B81657">
        <w:rPr>
          <w:rFonts w:eastAsia="Times New Roman" w:cs="Times New Roman"/>
          <w:sz w:val="28"/>
          <w:szCs w:val="28"/>
        </w:rPr>
        <w:t>suportate</w:t>
      </w:r>
      <w:proofErr w:type="spellEnd"/>
      <w:r w:rsidRPr="00B81657">
        <w:rPr>
          <w:rFonts w:eastAsia="Times New Roman" w:cs="Times New Roman"/>
          <w:sz w:val="28"/>
          <w:szCs w:val="28"/>
        </w:rPr>
        <w:t xml:space="preserve"> conform </w:t>
      </w:r>
      <w:proofErr w:type="spellStart"/>
      <w:r w:rsidRPr="00B81657">
        <w:rPr>
          <w:rFonts w:eastAsia="Times New Roman" w:cs="Times New Roman"/>
          <w:sz w:val="28"/>
          <w:szCs w:val="28"/>
        </w:rPr>
        <w:t>documentației</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atribuire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contractului</w:t>
      </w:r>
      <w:proofErr w:type="spellEnd"/>
      <w:r w:rsidRPr="00B81657">
        <w:rPr>
          <w:rFonts w:eastAsia="Times New Roman" w:cs="Times New Roman"/>
          <w:sz w:val="28"/>
          <w:szCs w:val="28"/>
        </w:rPr>
        <w:t>.</w:t>
      </w:r>
    </w:p>
    <w:p w14:paraId="16A2F913" w14:textId="77777777" w:rsidR="00ED7922" w:rsidRPr="00B81657" w:rsidRDefault="007C56AA">
      <w:pPr>
        <w:pStyle w:val="Titlu2"/>
        <w:rPr>
          <w:rFonts w:ascii="Times New Roman" w:hAnsi="Times New Roman" w:cs="Times New Roman"/>
          <w:sz w:val="28"/>
          <w:szCs w:val="28"/>
        </w:rPr>
      </w:pPr>
      <w:r w:rsidRPr="00B81657">
        <w:rPr>
          <w:rFonts w:ascii="Times New Roman" w:hAnsi="Times New Roman" w:cs="Times New Roman"/>
          <w:sz w:val="28"/>
          <w:szCs w:val="28"/>
        </w:rPr>
        <w:t xml:space="preserve">2.4. </w:t>
      </w:r>
      <w:proofErr w:type="spellStart"/>
      <w:r w:rsidRPr="00B81657">
        <w:rPr>
          <w:rFonts w:ascii="Times New Roman" w:hAnsi="Times New Roman" w:cs="Times New Roman"/>
          <w:sz w:val="28"/>
          <w:szCs w:val="28"/>
        </w:rPr>
        <w:t>Cadrul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legislativ</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aplicabil</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și</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impunerile</w:t>
      </w:r>
      <w:proofErr w:type="spellEnd"/>
      <w:r w:rsidRPr="00B81657">
        <w:rPr>
          <w:rFonts w:ascii="Times New Roman" w:hAnsi="Times New Roman" w:cs="Times New Roman"/>
          <w:sz w:val="28"/>
          <w:szCs w:val="28"/>
        </w:rPr>
        <w:t xml:space="preserve"> </w:t>
      </w:r>
      <w:proofErr w:type="spellStart"/>
      <w:r w:rsidRPr="00B81657">
        <w:rPr>
          <w:rFonts w:ascii="Times New Roman" w:hAnsi="Times New Roman" w:cs="Times New Roman"/>
          <w:sz w:val="28"/>
          <w:szCs w:val="28"/>
        </w:rPr>
        <w:t>rezultate</w:t>
      </w:r>
      <w:proofErr w:type="spellEnd"/>
    </w:p>
    <w:p w14:paraId="053A1A2F" w14:textId="77777777" w:rsidR="00ED7922" w:rsidRPr="00B81657" w:rsidRDefault="007C56AA">
      <w:pPr>
        <w:rPr>
          <w:rFonts w:cs="Times New Roman"/>
          <w:sz w:val="28"/>
          <w:szCs w:val="28"/>
        </w:rPr>
      </w:pPr>
      <w:proofErr w:type="spellStart"/>
      <w:r w:rsidRPr="00B81657">
        <w:rPr>
          <w:rFonts w:eastAsia="Times New Roman" w:cs="Times New Roman"/>
          <w:sz w:val="28"/>
          <w:szCs w:val="28"/>
        </w:rPr>
        <w:t>Proiectarea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avizarea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aprobarea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achiziția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realizarea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investiției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respecta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actele</w:t>
      </w:r>
      <w:proofErr w:type="spellEnd"/>
      <w:r w:rsidRPr="00B81657">
        <w:rPr>
          <w:rFonts w:eastAsia="Times New Roman" w:cs="Times New Roman"/>
          <w:sz w:val="28"/>
          <w:szCs w:val="28"/>
        </w:rPr>
        <w:t xml:space="preserve"> normative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 xml:space="preserve"> la data </w:t>
      </w:r>
      <w:proofErr w:type="spellStart"/>
      <w:r w:rsidRPr="00B81657">
        <w:rPr>
          <w:rFonts w:eastAsia="Times New Roman" w:cs="Times New Roman"/>
          <w:sz w:val="28"/>
          <w:szCs w:val="28"/>
        </w:rPr>
        <w:t>fiecărei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etape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Cadrul</w:t>
      </w:r>
      <w:proofErr w:type="spellEnd"/>
      <w:r w:rsidRPr="00B81657">
        <w:rPr>
          <w:rFonts w:eastAsia="Times New Roman" w:cs="Times New Roman"/>
          <w:sz w:val="28"/>
          <w:szCs w:val="28"/>
        </w:rPr>
        <w:t xml:space="preserve"> principal </w:t>
      </w:r>
      <w:proofErr w:type="spellStart"/>
      <w:r w:rsidRPr="00B81657">
        <w:rPr>
          <w:rFonts w:eastAsia="Times New Roman" w:cs="Times New Roman"/>
          <w:sz w:val="28"/>
          <w:szCs w:val="28"/>
        </w:rPr>
        <w:t>avut</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vedere</w:t>
      </w:r>
      <w:proofErr w:type="spellEnd"/>
      <w:r w:rsidRPr="00B81657">
        <w:rPr>
          <w:rFonts w:eastAsia="Times New Roman" w:cs="Times New Roman"/>
          <w:sz w:val="28"/>
          <w:szCs w:val="28"/>
        </w:rPr>
        <w:t xml:space="preserve"> la </w:t>
      </w:r>
      <w:proofErr w:type="spellStart"/>
      <w:r w:rsidRPr="00B81657">
        <w:rPr>
          <w:rFonts w:eastAsia="Times New Roman" w:cs="Times New Roman"/>
          <w:sz w:val="28"/>
          <w:szCs w:val="28"/>
        </w:rPr>
        <w:t>redactarea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prezentei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teme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w:t>
      </w:r>
    </w:p>
    <w:p w14:paraId="210B2D1B"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Hotărârea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907/2016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etapele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elaborare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conținutul-cadru</w:t>
      </w:r>
      <w:proofErr w:type="spellEnd"/>
      <w:r w:rsidRPr="00B81657">
        <w:rPr>
          <w:rFonts w:eastAsia="Times New Roman" w:cs="Times New Roman"/>
          <w:sz w:val="28"/>
          <w:szCs w:val="28"/>
        </w:rPr>
        <w:t xml:space="preserve"> al </w:t>
      </w:r>
      <w:proofErr w:type="spellStart"/>
      <w:r w:rsidRPr="00B81657">
        <w:rPr>
          <w:rFonts w:eastAsia="Times New Roman" w:cs="Times New Roman"/>
          <w:sz w:val="28"/>
          <w:szCs w:val="28"/>
        </w:rPr>
        <w:t>documentațiilor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tehnico-economice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aferente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obiectivelor</w:t>
      </w:r>
      <w:proofErr w:type="spellEnd"/>
      <w:r w:rsidRPr="00B81657">
        <w:rPr>
          <w:rFonts w:eastAsia="Times New Roman" w:cs="Times New Roman"/>
          <w:sz w:val="28"/>
          <w:szCs w:val="28"/>
        </w:rPr>
        <w:t>/</w:t>
      </w:r>
      <w:proofErr w:type="spellStart"/>
      <w:r w:rsidRPr="00B81657">
        <w:rPr>
          <w:rFonts w:eastAsia="Times New Roman" w:cs="Times New Roman"/>
          <w:sz w:val="28"/>
          <w:szCs w:val="28"/>
        </w:rPr>
        <w:t>proiectelor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investiții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finanțate</w:t>
      </w:r>
      <w:proofErr w:type="spellEnd"/>
      <w:r w:rsidRPr="00B81657">
        <w:rPr>
          <w:rFonts w:eastAsia="Times New Roman" w:cs="Times New Roman"/>
          <w:sz w:val="28"/>
          <w:szCs w:val="28"/>
        </w:rPr>
        <w:t xml:space="preserve"> din </w:t>
      </w:r>
      <w:proofErr w:type="spellStart"/>
      <w:r w:rsidRPr="00B81657">
        <w:rPr>
          <w:rFonts w:eastAsia="Times New Roman" w:cs="Times New Roman"/>
          <w:sz w:val="28"/>
          <w:szCs w:val="28"/>
        </w:rPr>
        <w:t>fonduri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publice</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44CE28D8"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Legea nr. 10/1995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calitatea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construcții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republicată</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3401BD9D"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Legea nr. 50/1991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autorizarea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executării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lucrărilor</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construcții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republicată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normele</w:t>
      </w:r>
      <w:proofErr w:type="spellEnd"/>
      <w:r w:rsidRPr="00B81657">
        <w:rPr>
          <w:rFonts w:eastAsia="Times New Roman" w:cs="Times New Roman"/>
          <w:sz w:val="28"/>
          <w:szCs w:val="28"/>
        </w:rPr>
        <w:t xml:space="preserve"> sale </w:t>
      </w:r>
      <w:proofErr w:type="spellStart"/>
      <w:r w:rsidRPr="00B81657">
        <w:rPr>
          <w:rFonts w:eastAsia="Times New Roman" w:cs="Times New Roman"/>
          <w:sz w:val="28"/>
          <w:szCs w:val="28"/>
        </w:rPr>
        <w:t>metodologice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forma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w:t>
      </w:r>
    </w:p>
    <w:p w14:paraId="41D3ED07"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lastRenderedPageBreak/>
        <w:t xml:space="preserve">Legea nr. 273/2006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finanțele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publice</w:t>
      </w:r>
      <w:proofErr w:type="spellEnd"/>
      <w:r w:rsidRPr="00B81657">
        <w:rPr>
          <w:rFonts w:eastAsia="Times New Roman" w:cs="Times New Roman"/>
          <w:sz w:val="28"/>
          <w:szCs w:val="28"/>
        </w:rPr>
        <w:t xml:space="preserve"> locale,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7A38F9D6"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Ordonanța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urgență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57/2019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Codul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administrativ</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76D56DD7"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Legea nr. 98/2016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achizițiile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publice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Hotărârea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395/2016,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74E3CEE8" w14:textId="77777777" w:rsidR="00ED7922" w:rsidRPr="00B81657" w:rsidRDefault="007C56AA">
      <w:pPr>
        <w:pStyle w:val="Listcumarcatori"/>
        <w:keepLines/>
        <w:rPr>
          <w:rFonts w:cs="Times New Roman"/>
          <w:sz w:val="28"/>
          <w:szCs w:val="28"/>
        </w:rPr>
      </w:pPr>
      <w:r w:rsidRPr="00B81657">
        <w:rPr>
          <w:rFonts w:eastAsia="Times New Roman" w:cs="Times New Roman"/>
          <w:sz w:val="28"/>
          <w:szCs w:val="28"/>
        </w:rPr>
        <w:t xml:space="preserve">Legea </w:t>
      </w:r>
      <w:proofErr w:type="spellStart"/>
      <w:r w:rsidRPr="00B81657">
        <w:rPr>
          <w:rFonts w:eastAsia="Times New Roman" w:cs="Times New Roman"/>
          <w:sz w:val="28"/>
          <w:szCs w:val="28"/>
        </w:rPr>
        <w:t>educației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fizice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sportului</w:t>
      </w:r>
      <w:proofErr w:type="spellEnd"/>
      <w:r w:rsidRPr="00B81657">
        <w:rPr>
          <w:rFonts w:eastAsia="Times New Roman" w:cs="Times New Roman"/>
          <w:sz w:val="28"/>
          <w:szCs w:val="28"/>
        </w:rPr>
        <w:t xml:space="preserve"> nr. 69/2000,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62859995"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Ordonanța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urgență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195/2005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protecția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mediului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Ordonanța</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urgență</w:t>
      </w:r>
      <w:proofErr w:type="spellEnd"/>
      <w:r w:rsidRPr="00B81657">
        <w:rPr>
          <w:rFonts w:eastAsia="Times New Roman" w:cs="Times New Roman"/>
          <w:sz w:val="28"/>
          <w:szCs w:val="28"/>
        </w:rPr>
        <w:t xml:space="preserve"> a </w:t>
      </w:r>
      <w:proofErr w:type="spellStart"/>
      <w:r w:rsidRPr="00B81657">
        <w:rPr>
          <w:rFonts w:eastAsia="Times New Roman" w:cs="Times New Roman"/>
          <w:sz w:val="28"/>
          <w:szCs w:val="28"/>
        </w:rPr>
        <w:t>Guvernului</w:t>
      </w:r>
      <w:proofErr w:type="spellEnd"/>
      <w:r w:rsidRPr="00B81657">
        <w:rPr>
          <w:rFonts w:eastAsia="Times New Roman" w:cs="Times New Roman"/>
          <w:sz w:val="28"/>
          <w:szCs w:val="28"/>
        </w:rPr>
        <w:t xml:space="preserve"> nr. 92/2021 </w:t>
      </w:r>
      <w:proofErr w:type="spellStart"/>
      <w:r w:rsidRPr="00B81657">
        <w:rPr>
          <w:rFonts w:eastAsia="Times New Roman" w:cs="Times New Roman"/>
          <w:sz w:val="28"/>
          <w:szCs w:val="28"/>
        </w:rPr>
        <w:t>privind</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regimul</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deșeurilor</w:t>
      </w:r>
      <w:proofErr w:type="spellEnd"/>
      <w:r w:rsidRPr="00B81657">
        <w:rPr>
          <w:rFonts w:eastAsia="Times New Roman" w:cs="Times New Roman"/>
          <w:sz w:val="28"/>
          <w:szCs w:val="28"/>
        </w:rPr>
        <w:t xml:space="preserve">, cu </w:t>
      </w:r>
      <w:proofErr w:type="spellStart"/>
      <w:r w:rsidRPr="00B81657">
        <w:rPr>
          <w:rFonts w:eastAsia="Times New Roman" w:cs="Times New Roman"/>
          <w:sz w:val="28"/>
          <w:szCs w:val="28"/>
        </w:rPr>
        <w:t>modificările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completările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ulterioare</w:t>
      </w:r>
      <w:proofErr w:type="spellEnd"/>
      <w:r w:rsidRPr="00B81657">
        <w:rPr>
          <w:rFonts w:eastAsia="Times New Roman" w:cs="Times New Roman"/>
          <w:sz w:val="28"/>
          <w:szCs w:val="28"/>
        </w:rPr>
        <w:t>;</w:t>
      </w:r>
    </w:p>
    <w:p w14:paraId="3A61DA59"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Hotărârea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Consiliului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Județean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Vrancea</w:t>
      </w:r>
      <w:proofErr w:type="spellEnd"/>
      <w:r w:rsidRPr="00B81657">
        <w:rPr>
          <w:rFonts w:eastAsia="Times New Roman" w:cs="Times New Roman"/>
          <w:sz w:val="28"/>
          <w:szCs w:val="28"/>
        </w:rPr>
        <w:t xml:space="preserve"> nr. 80/06.05.2026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Protocolul</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predare-primire</w:t>
      </w:r>
      <w:proofErr w:type="spellEnd"/>
      <w:r w:rsidRPr="00B81657">
        <w:rPr>
          <w:rFonts w:eastAsia="Times New Roman" w:cs="Times New Roman"/>
          <w:sz w:val="28"/>
          <w:szCs w:val="28"/>
        </w:rPr>
        <w:t xml:space="preserve"> din 25.06.2026;</w:t>
      </w:r>
    </w:p>
    <w:p w14:paraId="57024D6A" w14:textId="77777777" w:rsidR="00ED7922" w:rsidRPr="00B81657" w:rsidRDefault="007C56AA">
      <w:pPr>
        <w:pStyle w:val="Listcumarcatori"/>
        <w:keepLines/>
        <w:rPr>
          <w:rFonts w:cs="Times New Roman"/>
          <w:sz w:val="28"/>
          <w:szCs w:val="28"/>
        </w:rPr>
      </w:pPr>
      <w:proofErr w:type="spellStart"/>
      <w:r w:rsidRPr="00B81657">
        <w:rPr>
          <w:rFonts w:eastAsia="Times New Roman" w:cs="Times New Roman"/>
          <w:sz w:val="28"/>
          <w:szCs w:val="28"/>
        </w:rPr>
        <w:t>standardele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române</w:t>
      </w:r>
      <w:proofErr w:type="spellEnd"/>
      <w:r w:rsidRPr="00B81657">
        <w:rPr>
          <w:rFonts w:eastAsia="Times New Roman" w:cs="Times New Roman"/>
          <w:sz w:val="28"/>
          <w:szCs w:val="28"/>
        </w:rPr>
        <w:t>/</w:t>
      </w:r>
      <w:proofErr w:type="spellStart"/>
      <w:r w:rsidRPr="00B81657">
        <w:rPr>
          <w:rFonts w:eastAsia="Times New Roman" w:cs="Times New Roman"/>
          <w:sz w:val="28"/>
          <w:szCs w:val="28"/>
        </w:rPr>
        <w:t>europene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aplicabile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suprafețelor</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sintetice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terenuri</w:t>
      </w:r>
      <w:proofErr w:type="spellEnd"/>
      <w:r w:rsidRPr="00B81657">
        <w:rPr>
          <w:rFonts w:eastAsia="Times New Roman" w:cs="Times New Roman"/>
          <w:sz w:val="28"/>
          <w:szCs w:val="28"/>
        </w:rPr>
        <w:t xml:space="preserve"> sportive </w:t>
      </w:r>
      <w:proofErr w:type="spellStart"/>
      <w:r w:rsidRPr="00B81657">
        <w:rPr>
          <w:rFonts w:eastAsia="Times New Roman" w:cs="Times New Roman"/>
          <w:sz w:val="28"/>
          <w:szCs w:val="28"/>
        </w:rPr>
        <w:t>exterioare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reglementările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tehnice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construcții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dacă</w:t>
      </w:r>
      <w:proofErr w:type="spellEnd"/>
      <w:r w:rsidRPr="00B81657">
        <w:rPr>
          <w:rFonts w:eastAsia="Times New Roman" w:cs="Times New Roman"/>
          <w:sz w:val="28"/>
          <w:szCs w:val="28"/>
        </w:rPr>
        <w:t xml:space="preserve"> se </w:t>
      </w:r>
      <w:proofErr w:type="spellStart"/>
      <w:r w:rsidRPr="00B81657">
        <w:rPr>
          <w:rFonts w:eastAsia="Times New Roman" w:cs="Times New Roman"/>
          <w:sz w:val="28"/>
          <w:szCs w:val="28"/>
        </w:rPr>
        <w:t>urmărește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omologarea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regulamentele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Federației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Române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Atletism</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World Athletics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w:t>
      </w:r>
    </w:p>
    <w:p w14:paraId="0E60C77C" w14:textId="77777777" w:rsidR="00ED7922" w:rsidRPr="00B81657" w:rsidRDefault="007C56AA">
      <w:pPr>
        <w:rPr>
          <w:rFonts w:cs="Times New Roman"/>
          <w:sz w:val="28"/>
          <w:szCs w:val="28"/>
        </w:rPr>
      </w:pPr>
      <w:r w:rsidRPr="00B81657">
        <w:rPr>
          <w:rFonts w:eastAsia="Times New Roman" w:cs="Times New Roman"/>
          <w:sz w:val="28"/>
          <w:szCs w:val="28"/>
        </w:rPr>
        <w:t xml:space="preserve">Lista nu </w:t>
      </w:r>
      <w:proofErr w:type="spellStart"/>
      <w:r w:rsidRPr="00B81657">
        <w:rPr>
          <w:rFonts w:eastAsia="Times New Roman" w:cs="Times New Roman"/>
          <w:sz w:val="28"/>
          <w:szCs w:val="28"/>
        </w:rPr>
        <w:t>este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limitativă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Proiectantul</w:t>
      </w:r>
      <w:proofErr w:type="spellEnd"/>
      <w:r w:rsidRPr="00B81657">
        <w:rPr>
          <w:rFonts w:eastAsia="Times New Roman" w:cs="Times New Roman"/>
          <w:sz w:val="28"/>
          <w:szCs w:val="28"/>
        </w:rPr>
        <w:t xml:space="preserve"> are </w:t>
      </w:r>
      <w:proofErr w:type="spellStart"/>
      <w:r w:rsidRPr="00B81657">
        <w:rPr>
          <w:rFonts w:eastAsia="Times New Roman" w:cs="Times New Roman"/>
          <w:sz w:val="28"/>
          <w:szCs w:val="28"/>
        </w:rPr>
        <w:t>obligația</w:t>
      </w:r>
      <w:proofErr w:type="spellEnd"/>
      <w:r w:rsidRPr="00B81657">
        <w:rPr>
          <w:rFonts w:eastAsia="Times New Roman" w:cs="Times New Roman"/>
          <w:sz w:val="28"/>
          <w:szCs w:val="28"/>
        </w:rPr>
        <w:t xml:space="preserve"> de </w:t>
      </w:r>
      <w:proofErr w:type="gramStart"/>
      <w:r w:rsidRPr="00B81657">
        <w:rPr>
          <w:rFonts w:eastAsia="Times New Roman" w:cs="Times New Roman"/>
          <w:sz w:val="28"/>
          <w:szCs w:val="28"/>
        </w:rPr>
        <w:t>a</w:t>
      </w:r>
      <w:proofErr w:type="gramEnd"/>
      <w:r w:rsidRPr="00B81657">
        <w:rPr>
          <w:rFonts w:eastAsia="Times New Roman" w:cs="Times New Roman"/>
          <w:sz w:val="28"/>
          <w:szCs w:val="28"/>
        </w:rPr>
        <w:t xml:space="preserve"> </w:t>
      </w:r>
      <w:proofErr w:type="spellStart"/>
      <w:r w:rsidRPr="00B81657">
        <w:rPr>
          <w:rFonts w:eastAsia="Times New Roman" w:cs="Times New Roman"/>
          <w:sz w:val="28"/>
          <w:szCs w:val="28"/>
        </w:rPr>
        <w:t>identifica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aplica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toate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reglementările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normativele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standardele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și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condițiile</w:t>
      </w:r>
      <w:proofErr w:type="spellEnd"/>
      <w:r w:rsidRPr="00B81657">
        <w:rPr>
          <w:rFonts w:eastAsia="Times New Roman" w:cs="Times New Roman"/>
          <w:sz w:val="28"/>
          <w:szCs w:val="28"/>
        </w:rPr>
        <w:t xml:space="preserve"> de </w:t>
      </w:r>
      <w:proofErr w:type="spellStart"/>
      <w:r w:rsidRPr="00B81657">
        <w:rPr>
          <w:rFonts w:eastAsia="Times New Roman" w:cs="Times New Roman"/>
          <w:sz w:val="28"/>
          <w:szCs w:val="28"/>
        </w:rPr>
        <w:t>avizare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relevante</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pentru</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soluția</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propusă</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forma </w:t>
      </w:r>
      <w:proofErr w:type="spellStart"/>
      <w:r w:rsidRPr="00B81657">
        <w:rPr>
          <w:rFonts w:eastAsia="Times New Roman" w:cs="Times New Roman"/>
          <w:sz w:val="28"/>
          <w:szCs w:val="28"/>
        </w:rPr>
        <w:t>în</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vigoare</w:t>
      </w:r>
      <w:proofErr w:type="spellEnd"/>
      <w:r w:rsidRPr="00B81657">
        <w:rPr>
          <w:rFonts w:eastAsia="Times New Roman" w:cs="Times New Roman"/>
          <w:sz w:val="28"/>
          <w:szCs w:val="28"/>
        </w:rPr>
        <w:t xml:space="preserve"> la data </w:t>
      </w:r>
      <w:proofErr w:type="spellStart"/>
      <w:r w:rsidRPr="00B81657">
        <w:rPr>
          <w:rFonts w:eastAsia="Times New Roman" w:cs="Times New Roman"/>
          <w:sz w:val="28"/>
          <w:szCs w:val="28"/>
        </w:rPr>
        <w:t>elaborării</w:t>
      </w:r>
      <w:proofErr w:type="spellEnd"/>
      <w:r w:rsidRPr="00B81657">
        <w:rPr>
          <w:rFonts w:eastAsia="Times New Roman" w:cs="Times New Roman"/>
          <w:sz w:val="28"/>
          <w:szCs w:val="28"/>
        </w:rPr>
        <w:t xml:space="preserve"> și </w:t>
      </w:r>
      <w:proofErr w:type="spellStart"/>
      <w:r w:rsidRPr="00B81657">
        <w:rPr>
          <w:rFonts w:eastAsia="Times New Roman" w:cs="Times New Roman"/>
          <w:sz w:val="28"/>
          <w:szCs w:val="28"/>
        </w:rPr>
        <w:t>verificării</w:t>
      </w:r>
      <w:proofErr w:type="spellEnd"/>
      <w:r w:rsidRPr="00B81657">
        <w:rPr>
          <w:rFonts w:eastAsia="Times New Roman" w:cs="Times New Roman"/>
          <w:sz w:val="28"/>
          <w:szCs w:val="28"/>
        </w:rPr>
        <w:t xml:space="preserve"> </w:t>
      </w:r>
      <w:proofErr w:type="spellStart"/>
      <w:r w:rsidRPr="00B81657">
        <w:rPr>
          <w:rFonts w:eastAsia="Times New Roman" w:cs="Times New Roman"/>
          <w:sz w:val="28"/>
          <w:szCs w:val="28"/>
        </w:rPr>
        <w:t>documentației</w:t>
      </w:r>
      <w:proofErr w:type="spellEnd"/>
      <w:r w:rsidRPr="00B81657">
        <w:rPr>
          <w:rFonts w:eastAsia="Times New Roman" w:cs="Times New Roman"/>
          <w:sz w:val="28"/>
          <w:szCs w:val="28"/>
        </w:rPr>
        <w:t>.</w:t>
      </w:r>
    </w:p>
    <w:p w14:paraId="0BE75FE8" w14:textId="77777777" w:rsidR="00A916FE" w:rsidRPr="00C701F4" w:rsidRDefault="00A916FE" w:rsidP="00A916FE">
      <w:pPr>
        <w:spacing w:before="360" w:after="0" w:line="240" w:lineRule="auto"/>
        <w:jc w:val="left"/>
        <w:rPr>
          <w:sz w:val="28"/>
          <w:szCs w:val="28"/>
        </w:rPr>
      </w:pPr>
      <w:proofErr w:type="spellStart"/>
      <w:r w:rsidRPr="00C701F4">
        <w:rPr>
          <w:rFonts w:eastAsia="Times New Roman" w:cs="Times New Roman"/>
          <w:b/>
          <w:sz w:val="28"/>
          <w:szCs w:val="28"/>
        </w:rPr>
        <w:t>Beneficiar</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Clubul</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Sportiv</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Județean</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Vrancea</w:t>
      </w:r>
      <w:proofErr w:type="spellEnd"/>
    </w:p>
    <w:p w14:paraId="4656F4B0" w14:textId="77777777" w:rsidR="00A916FE" w:rsidRPr="00C701F4" w:rsidRDefault="00A916FE" w:rsidP="00A916FE">
      <w:pPr>
        <w:spacing w:after="0" w:line="240" w:lineRule="auto"/>
        <w:jc w:val="left"/>
        <w:rPr>
          <w:sz w:val="28"/>
          <w:szCs w:val="28"/>
        </w:rPr>
      </w:pPr>
      <w:r w:rsidRPr="00C701F4">
        <w:rPr>
          <w:rFonts w:eastAsia="Times New Roman" w:cs="Times New Roman"/>
          <w:sz w:val="28"/>
          <w:szCs w:val="28"/>
        </w:rPr>
        <w:t xml:space="preserve">             </w:t>
      </w:r>
      <w:proofErr w:type="spellStart"/>
      <w:r w:rsidRPr="00C701F4">
        <w:rPr>
          <w:rFonts w:eastAsia="Times New Roman" w:cs="Times New Roman"/>
          <w:sz w:val="28"/>
          <w:szCs w:val="28"/>
        </w:rPr>
        <w:t>prin</w:t>
      </w:r>
      <w:proofErr w:type="spellEnd"/>
    </w:p>
    <w:p w14:paraId="10F5E0A1" w14:textId="77777777" w:rsidR="00A916FE" w:rsidRPr="00C701F4" w:rsidRDefault="00A916FE" w:rsidP="00A916FE">
      <w:pPr>
        <w:spacing w:after="240" w:line="240" w:lineRule="auto"/>
        <w:jc w:val="left"/>
        <w:rPr>
          <w:sz w:val="28"/>
          <w:szCs w:val="28"/>
        </w:rPr>
      </w:pP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43B7280D" w14:textId="77777777" w:rsidR="00A916FE" w:rsidRPr="00C701F4" w:rsidRDefault="00A916FE" w:rsidP="00A916FE">
      <w:pPr>
        <w:spacing w:after="0" w:line="240" w:lineRule="auto"/>
        <w:jc w:val="left"/>
        <w:rPr>
          <w:sz w:val="28"/>
          <w:szCs w:val="28"/>
        </w:rPr>
      </w:pPr>
      <w:proofErr w:type="spellStart"/>
      <w:r w:rsidRPr="00C701F4">
        <w:rPr>
          <w:rFonts w:eastAsia="Times New Roman" w:cs="Times New Roman"/>
          <w:sz w:val="28"/>
          <w:szCs w:val="28"/>
        </w:rPr>
        <w:t>Întocmit</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Beneficiar</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648850F7" w14:textId="77777777" w:rsidR="00A916FE" w:rsidRPr="00C701F4" w:rsidRDefault="00A916FE" w:rsidP="00A916FE">
      <w:pPr>
        <w:spacing w:after="440" w:line="240" w:lineRule="auto"/>
        <w:jc w:val="left"/>
        <w:rPr>
          <w:sz w:val="28"/>
          <w:szCs w:val="28"/>
        </w:rPr>
      </w:pPr>
      <w:r w:rsidRPr="00C701F4">
        <w:rPr>
          <w:rFonts w:eastAsia="Times New Roman" w:cs="Times New Roman"/>
          <w:sz w:val="28"/>
          <w:szCs w:val="28"/>
        </w:rPr>
        <w:t xml:space="preserve">     </w:t>
      </w:r>
      <w:r>
        <w:rPr>
          <w:rFonts w:eastAsia="Times New Roman" w:cs="Times New Roman"/>
          <w:sz w:val="28"/>
          <w:szCs w:val="28"/>
        </w:rPr>
        <w:t xml:space="preserve">Inspector de </w:t>
      </w:r>
      <w:proofErr w:type="spellStart"/>
      <w:r>
        <w:rPr>
          <w:rFonts w:eastAsia="Times New Roman" w:cs="Times New Roman"/>
          <w:sz w:val="28"/>
          <w:szCs w:val="28"/>
        </w:rPr>
        <w:t>specialitate</w:t>
      </w:r>
      <w:proofErr w:type="spellEnd"/>
      <w:r>
        <w:rPr>
          <w:rFonts w:eastAsia="Times New Roman" w:cs="Times New Roman"/>
          <w:sz w:val="28"/>
          <w:szCs w:val="28"/>
        </w:rPr>
        <w:t xml:space="preserve"> </w:t>
      </w:r>
      <w:proofErr w:type="spellStart"/>
      <w:r>
        <w:rPr>
          <w:rFonts w:eastAsia="Times New Roman" w:cs="Times New Roman"/>
          <w:sz w:val="28"/>
          <w:szCs w:val="28"/>
        </w:rPr>
        <w:t>compartiment</w:t>
      </w:r>
      <w:proofErr w:type="spellEnd"/>
      <w:r>
        <w:rPr>
          <w:rFonts w:eastAsia="Times New Roman" w:cs="Times New Roman"/>
          <w:sz w:val="28"/>
          <w:szCs w:val="28"/>
        </w:rPr>
        <w:t xml:space="preserve"> </w:t>
      </w:r>
      <w:proofErr w:type="spellStart"/>
      <w:r>
        <w:rPr>
          <w:rFonts w:eastAsia="Times New Roman" w:cs="Times New Roman"/>
          <w:sz w:val="28"/>
          <w:szCs w:val="28"/>
        </w:rPr>
        <w:t>financiar-contabil</w:t>
      </w:r>
      <w:proofErr w:type="spellEnd"/>
      <w:r w:rsidRPr="00C701F4">
        <w:rPr>
          <w:rFonts w:eastAsia="Times New Roman" w:cs="Times New Roman"/>
          <w:sz w:val="28"/>
          <w:szCs w:val="28"/>
        </w:rPr>
        <w:t>:</w:t>
      </w:r>
      <w:r>
        <w:rPr>
          <w:rFonts w:eastAsia="Times New Roman" w:cs="Times New Roman"/>
          <w:sz w:val="28"/>
          <w:szCs w:val="28"/>
        </w:rPr>
        <w:t xml:space="preserve"> Stănescu Ionuț</w:t>
      </w:r>
    </w:p>
    <w:p w14:paraId="5C96F031" w14:textId="77777777" w:rsidR="00A916FE" w:rsidRPr="00BB78B5" w:rsidRDefault="00A916FE" w:rsidP="00A916F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25896730" w14:textId="77777777" w:rsidR="00A916FE" w:rsidRPr="00BB78B5" w:rsidRDefault="00A916FE" w:rsidP="00A916F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234858AF" w14:textId="77777777" w:rsidR="00A916FE" w:rsidRPr="00BB78B5" w:rsidRDefault="00A916FE" w:rsidP="00A916FE">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297EE68D" w14:textId="77777777" w:rsidR="00A916FE" w:rsidRPr="00BB78B5" w:rsidRDefault="00A916FE" w:rsidP="00A916F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045F72D0" w14:textId="77777777" w:rsidR="00A916FE" w:rsidRPr="00BB78B5" w:rsidRDefault="00A916FE" w:rsidP="00A916F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704720E8" w14:textId="77777777" w:rsidR="00A916FE" w:rsidRPr="00BB78B5" w:rsidRDefault="00A916FE" w:rsidP="00A916FE">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73C65CB0" w14:textId="2C23BDF7" w:rsidR="00A916FE" w:rsidRPr="00BB78B5" w:rsidRDefault="007210D6" w:rsidP="00A916FE">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Pr>
          <w:rFonts w:eastAsia="Times New Roman" w:cs="Times New Roman"/>
          <w:b/>
          <w:bCs/>
          <w:color w:val="auto"/>
          <w:sz w:val="28"/>
          <w:szCs w:val="28"/>
          <w:lang w:val="ro-RO" w:eastAsia="en-GB"/>
        </w:rPr>
        <w:t xml:space="preserve">             </w:t>
      </w:r>
      <w:r w:rsidR="00A916FE" w:rsidRPr="00BB78B5">
        <w:rPr>
          <w:rFonts w:eastAsia="Times New Roman" w:cs="Times New Roman"/>
          <w:b/>
          <w:bCs/>
          <w:color w:val="auto"/>
          <w:sz w:val="28"/>
          <w:szCs w:val="28"/>
          <w:lang w:val="ro-RO" w:eastAsia="en-GB"/>
        </w:rPr>
        <w:t xml:space="preserve">   </w:t>
      </w:r>
      <w:r>
        <w:rPr>
          <w:rFonts w:eastAsia="Times New Roman" w:cs="Times New Roman"/>
          <w:b/>
          <w:bCs/>
          <w:color w:val="auto"/>
          <w:sz w:val="28"/>
          <w:szCs w:val="28"/>
          <w:lang w:val="ro-RO" w:eastAsia="en-GB"/>
        </w:rPr>
        <w:t xml:space="preserve">Contrasemnează, </w:t>
      </w:r>
    </w:p>
    <w:p w14:paraId="1BDEC83F" w14:textId="77777777" w:rsidR="00A916FE" w:rsidRPr="00BB78B5" w:rsidRDefault="00A916FE" w:rsidP="00A916FE">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4CB4D98D" w14:textId="77777777" w:rsidR="00A916FE" w:rsidRPr="00BB78B5" w:rsidRDefault="00A916FE" w:rsidP="00A916FE">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27830742" w14:textId="03847774" w:rsidR="00FC0E01" w:rsidRDefault="00FC0E01" w:rsidP="00A916FE">
      <w:pPr>
        <w:spacing w:before="360" w:after="0" w:line="240" w:lineRule="auto"/>
        <w:jc w:val="left"/>
      </w:pPr>
    </w:p>
    <w:sectPr w:rsidR="00FC0E01" w:rsidSect="00034616">
      <w:footerReference w:type="default" r:id="rId8"/>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4329" w14:textId="77777777" w:rsidR="0082498D" w:rsidRDefault="0082498D">
      <w:pPr>
        <w:spacing w:after="0" w:line="240" w:lineRule="auto"/>
      </w:pPr>
      <w:r>
        <w:separator/>
      </w:r>
    </w:p>
  </w:endnote>
  <w:endnote w:type="continuationSeparator" w:id="0">
    <w:p w14:paraId="67D77544" w14:textId="77777777" w:rsidR="0082498D" w:rsidRDefault="0082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7A28" w14:textId="77777777" w:rsidR="00FC0E01" w:rsidRPr="00A916FE" w:rsidRDefault="009735AA">
    <w:pPr>
      <w:spacing w:after="0" w:line="240" w:lineRule="auto"/>
      <w:jc w:val="center"/>
      <w:rPr>
        <w:sz w:val="28"/>
        <w:szCs w:val="28"/>
      </w:rPr>
    </w:pPr>
    <w:r w:rsidRPr="00A916FE">
      <w:rPr>
        <w:rFonts w:eastAsia="Times New Roman" w:cs="Times New Roman"/>
        <w:sz w:val="28"/>
        <w:szCs w:val="28"/>
      </w:rPr>
      <w:fldChar w:fldCharType="begin"/>
    </w:r>
    <w:r w:rsidRPr="00A916FE">
      <w:rPr>
        <w:rFonts w:eastAsia="Times New Roman" w:cs="Times New Roman"/>
        <w:sz w:val="28"/>
        <w:szCs w:val="28"/>
      </w:rPr>
      <w:instrText xml:space="preserve"> PAGE </w:instrText>
    </w:r>
    <w:r w:rsidRPr="00A916FE">
      <w:rPr>
        <w:rFonts w:eastAsia="Times New Roman" w:cs="Times New Roman"/>
        <w:sz w:val="28"/>
        <w:szCs w:val="28"/>
      </w:rPr>
      <w:fldChar w:fldCharType="separate"/>
    </w:r>
    <w:r w:rsidRPr="00A916FE">
      <w:rPr>
        <w:rFonts w:eastAsia="Times New Roman" w:cs="Times New Roman"/>
        <w:sz w:val="28"/>
        <w:szCs w:val="28"/>
      </w:rPr>
      <w:t>1</w:t>
    </w:r>
    <w:r w:rsidRPr="00A916FE">
      <w:rPr>
        <w:rFonts w:eastAsia="Times New Roman" w:cs="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1CFD0" w14:textId="77777777" w:rsidR="0082498D" w:rsidRDefault="0082498D">
      <w:pPr>
        <w:spacing w:after="0" w:line="240" w:lineRule="auto"/>
      </w:pPr>
      <w:r>
        <w:separator/>
      </w:r>
    </w:p>
  </w:footnote>
  <w:footnote w:type="continuationSeparator" w:id="0">
    <w:p w14:paraId="48508CBB" w14:textId="77777777" w:rsidR="0082498D" w:rsidRDefault="00824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867868009">
    <w:abstractNumId w:val="8"/>
  </w:num>
  <w:num w:numId="2" w16cid:durableId="529997632">
    <w:abstractNumId w:val="6"/>
  </w:num>
  <w:num w:numId="3" w16cid:durableId="1839686403">
    <w:abstractNumId w:val="5"/>
  </w:num>
  <w:num w:numId="4" w16cid:durableId="737240347">
    <w:abstractNumId w:val="4"/>
  </w:num>
  <w:num w:numId="5" w16cid:durableId="937712095">
    <w:abstractNumId w:val="7"/>
  </w:num>
  <w:num w:numId="6" w16cid:durableId="705758452">
    <w:abstractNumId w:val="3"/>
  </w:num>
  <w:num w:numId="7" w16cid:durableId="1161773298">
    <w:abstractNumId w:val="2"/>
  </w:num>
  <w:num w:numId="8" w16cid:durableId="1338576665">
    <w:abstractNumId w:val="1"/>
  </w:num>
  <w:num w:numId="9" w16cid:durableId="1667975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6F22"/>
    <w:rsid w:val="00326F90"/>
    <w:rsid w:val="003C36F1"/>
    <w:rsid w:val="00456EF6"/>
    <w:rsid w:val="00494294"/>
    <w:rsid w:val="005A64FB"/>
    <w:rsid w:val="005E6438"/>
    <w:rsid w:val="006C53D6"/>
    <w:rsid w:val="006D608A"/>
    <w:rsid w:val="007210D6"/>
    <w:rsid w:val="007C56AA"/>
    <w:rsid w:val="0082498D"/>
    <w:rsid w:val="00882E7E"/>
    <w:rsid w:val="009735AA"/>
    <w:rsid w:val="00A916FE"/>
    <w:rsid w:val="00AA1D8D"/>
    <w:rsid w:val="00B47730"/>
    <w:rsid w:val="00B61855"/>
    <w:rsid w:val="00B81657"/>
    <w:rsid w:val="00C44E4A"/>
    <w:rsid w:val="00CB0664"/>
    <w:rsid w:val="00E64B0F"/>
    <w:rsid w:val="00EA0C0C"/>
    <w:rsid w:val="00ED7922"/>
    <w:rsid w:val="00F8167E"/>
    <w:rsid w:val="00FA41B3"/>
    <w:rsid w:val="00FB2B37"/>
    <w:rsid w:val="00FC0E01"/>
    <w:rsid w:val="00FC693F"/>
    <w:rsid w:val="00FD3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16051CA-A868-478B-B025-845966F2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2461</Words>
  <Characters>14274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Piste de alergare cu suprafața din tartan – Stadionul Sud</dc:title>
  <dc:subject>Notă conceptuală și temă de proiectare</dc:subject>
  <dc:creator>Clubul Sportiv Județean Vrancea</dc:creator>
  <cp:keywords>HG 907/2016; pistă de atletism; DALI</cp:keywords>
  <dc:description>Document elaborat pentru verificarea și aprobarea beneficiarului.</dc:description>
  <cp:lastModifiedBy>Tulbure Mihaela</cp:lastModifiedBy>
  <cp:revision>13</cp:revision>
  <dcterms:created xsi:type="dcterms:W3CDTF">2026-08-03T12:11:00Z</dcterms:created>
  <dcterms:modified xsi:type="dcterms:W3CDTF">2026-09-15T08:15:00Z</dcterms:modified>
  <cp:category/>
</cp:coreProperties>
</file>