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Borders>
          <w:top w:val="nil"/>
          <w:left w:val="nil"/>
          <w:bottom w:val="nil"/>
          <w:right w:val="nil"/>
          <w:insideH w:val="nil"/>
          <w:insideV w:val="nil"/>
        </w:tblBorders>
        <w:tblLayout w:type="fixed"/>
        <w:tblLook w:val="04A0" w:firstRow="1" w:lastRow="0" w:firstColumn="1" w:lastColumn="0" w:noHBand="0" w:noVBand="1"/>
      </w:tblPr>
      <w:tblGrid>
        <w:gridCol w:w="4303"/>
        <w:gridCol w:w="5052"/>
      </w:tblGrid>
      <w:tr w:rsidR="005D09AF" w:rsidRPr="00D05119" w14:paraId="116D348F" w14:textId="77777777">
        <w:tc>
          <w:tcPr>
            <w:tcW w:w="4303" w:type="dxa"/>
            <w:tcMar>
              <w:top w:w="0" w:type="dxa"/>
              <w:left w:w="0" w:type="dxa"/>
              <w:bottom w:w="0" w:type="dxa"/>
              <w:right w:w="0" w:type="dxa"/>
            </w:tcMar>
          </w:tcPr>
          <w:p w14:paraId="30674970" w14:textId="77777777" w:rsidR="005D09AF" w:rsidRPr="00D05119" w:rsidRDefault="00FD4CC1">
            <w:pPr>
              <w:spacing w:after="0" w:line="240" w:lineRule="auto"/>
              <w:jc w:val="left"/>
              <w:rPr>
                <w:sz w:val="28"/>
                <w:szCs w:val="28"/>
              </w:rPr>
            </w:pPr>
            <w:r w:rsidRPr="00D05119">
              <w:rPr>
                <w:rFonts w:eastAsia="Times New Roman" w:cs="Times New Roman"/>
                <w:b/>
                <w:sz w:val="28"/>
                <w:szCs w:val="28"/>
              </w:rPr>
              <w:t>ROMÂNIA</w:t>
            </w:r>
            <w:r w:rsidRPr="00D05119">
              <w:rPr>
                <w:rFonts w:eastAsia="Times New Roman" w:cs="Times New Roman"/>
                <w:b/>
                <w:sz w:val="28"/>
                <w:szCs w:val="28"/>
              </w:rPr>
              <w:br/>
              <w:t>JUDEȚUL VRANCEA</w:t>
            </w:r>
            <w:r w:rsidRPr="00D05119">
              <w:rPr>
                <w:rFonts w:eastAsia="Times New Roman" w:cs="Times New Roman"/>
                <w:b/>
                <w:sz w:val="28"/>
                <w:szCs w:val="28"/>
              </w:rPr>
              <w:br/>
              <w:t>CONSILIUL JUDEȚEAN</w:t>
            </w:r>
          </w:p>
        </w:tc>
        <w:tc>
          <w:tcPr>
            <w:tcW w:w="5052" w:type="dxa"/>
            <w:tcMar>
              <w:top w:w="0" w:type="dxa"/>
              <w:left w:w="0" w:type="dxa"/>
              <w:bottom w:w="0" w:type="dxa"/>
              <w:right w:w="0" w:type="dxa"/>
            </w:tcMar>
          </w:tcPr>
          <w:p w14:paraId="057916D2" w14:textId="223105BF" w:rsidR="005D09AF" w:rsidRPr="00D05119" w:rsidRDefault="00FD4CC1">
            <w:pPr>
              <w:spacing w:after="0" w:line="240" w:lineRule="auto"/>
              <w:jc w:val="center"/>
              <w:rPr>
                <w:sz w:val="28"/>
                <w:szCs w:val="28"/>
              </w:rPr>
            </w:pPr>
            <w:r w:rsidRPr="00D05119">
              <w:rPr>
                <w:rFonts w:eastAsia="Times New Roman" w:cs="Times New Roman"/>
                <w:b/>
                <w:sz w:val="28"/>
                <w:szCs w:val="28"/>
              </w:rPr>
              <w:t>Anexa nr. 2a</w:t>
            </w:r>
            <w:r w:rsidRPr="00D05119">
              <w:rPr>
                <w:rFonts w:eastAsia="Times New Roman" w:cs="Times New Roman"/>
                <w:b/>
                <w:sz w:val="28"/>
                <w:szCs w:val="28"/>
              </w:rPr>
              <w:br/>
              <w:t xml:space="preserve">la Hotărârea nr. </w:t>
            </w:r>
            <w:r w:rsidR="00CD7A4C">
              <w:rPr>
                <w:rFonts w:eastAsia="Times New Roman" w:cs="Times New Roman"/>
                <w:b/>
                <w:sz w:val="28"/>
                <w:szCs w:val="28"/>
              </w:rPr>
              <w:t>216 din 17.09.2026</w:t>
            </w:r>
          </w:p>
        </w:tc>
      </w:tr>
    </w:tbl>
    <w:p w14:paraId="25860341" w14:textId="77777777" w:rsidR="005D09AF" w:rsidRDefault="005D09AF">
      <w:pPr>
        <w:spacing w:after="100" w:line="240" w:lineRule="auto"/>
      </w:pPr>
    </w:p>
    <w:tbl>
      <w:tblPr>
        <w:tblW w:w="935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274"/>
        <w:gridCol w:w="6081"/>
      </w:tblGrid>
      <w:tr w:rsidR="005D09AF" w:rsidRPr="00D05119" w14:paraId="7B3A68D8" w14:textId="77777777">
        <w:tc>
          <w:tcPr>
            <w:tcW w:w="3274" w:type="dxa"/>
            <w:tcMar>
              <w:top w:w="240" w:type="dxa"/>
              <w:left w:w="110" w:type="dxa"/>
              <w:bottom w:w="240" w:type="dxa"/>
              <w:right w:w="110" w:type="dxa"/>
            </w:tcMar>
            <w:vAlign w:val="center"/>
          </w:tcPr>
          <w:p w14:paraId="21379C06" w14:textId="77777777" w:rsidR="005D09AF" w:rsidRPr="00D05119" w:rsidRDefault="00FD4CC1">
            <w:pPr>
              <w:spacing w:after="0" w:line="240" w:lineRule="auto"/>
              <w:jc w:val="center"/>
              <w:rPr>
                <w:sz w:val="28"/>
                <w:szCs w:val="28"/>
              </w:rPr>
            </w:pPr>
            <w:r w:rsidRPr="00D05119">
              <w:rPr>
                <w:rFonts w:eastAsia="Times New Roman" w:cs="Times New Roman"/>
                <w:b/>
                <w:sz w:val="28"/>
                <w:szCs w:val="28"/>
              </w:rPr>
              <w:t>Beneficiar:</w:t>
            </w:r>
            <w:r w:rsidRPr="00D05119">
              <w:rPr>
                <w:rFonts w:eastAsia="Times New Roman" w:cs="Times New Roman"/>
                <w:b/>
                <w:sz w:val="28"/>
                <w:szCs w:val="28"/>
              </w:rPr>
              <w:br/>
              <w:t>Clubul Sportiv Județean</w:t>
            </w:r>
            <w:r w:rsidRPr="00D05119">
              <w:rPr>
                <w:rFonts w:eastAsia="Times New Roman" w:cs="Times New Roman"/>
                <w:b/>
                <w:sz w:val="28"/>
                <w:szCs w:val="28"/>
              </w:rPr>
              <w:br/>
              <w:t>Vrancea</w:t>
            </w:r>
            <w:r w:rsidRPr="00D05119">
              <w:rPr>
                <w:rFonts w:eastAsia="Times New Roman" w:cs="Times New Roman"/>
                <w:b/>
                <w:sz w:val="28"/>
                <w:szCs w:val="28"/>
              </w:rPr>
              <w:br/>
            </w:r>
            <w:r w:rsidRPr="00D05119">
              <w:rPr>
                <w:rFonts w:eastAsia="Times New Roman" w:cs="Times New Roman"/>
                <w:b/>
                <w:sz w:val="28"/>
                <w:szCs w:val="28"/>
              </w:rPr>
              <w:br/>
              <w:t>Nr. ........../................</w:t>
            </w:r>
          </w:p>
        </w:tc>
        <w:tc>
          <w:tcPr>
            <w:tcW w:w="6081" w:type="dxa"/>
            <w:tcMar>
              <w:top w:w="240" w:type="dxa"/>
              <w:left w:w="110" w:type="dxa"/>
              <w:bottom w:w="240" w:type="dxa"/>
              <w:right w:w="110" w:type="dxa"/>
            </w:tcMar>
            <w:vAlign w:val="center"/>
          </w:tcPr>
          <w:p w14:paraId="6D6949A0" w14:textId="77777777" w:rsidR="005D09AF" w:rsidRPr="00D05119" w:rsidRDefault="00FD4CC1">
            <w:pPr>
              <w:spacing w:after="0" w:line="240" w:lineRule="auto"/>
              <w:jc w:val="center"/>
              <w:rPr>
                <w:sz w:val="28"/>
                <w:szCs w:val="28"/>
              </w:rPr>
            </w:pPr>
            <w:r w:rsidRPr="00D05119">
              <w:rPr>
                <w:rFonts w:eastAsia="Times New Roman" w:cs="Times New Roman"/>
                <w:b/>
                <w:sz w:val="28"/>
                <w:szCs w:val="28"/>
              </w:rPr>
              <w:t>Aprob,</w:t>
            </w:r>
            <w:r w:rsidRPr="00D05119">
              <w:rPr>
                <w:rFonts w:eastAsia="Times New Roman" w:cs="Times New Roman"/>
                <w:b/>
                <w:sz w:val="28"/>
                <w:szCs w:val="28"/>
              </w:rPr>
              <w:br/>
              <w:t>Nicușor HALICI</w:t>
            </w:r>
            <w:r w:rsidRPr="00D05119">
              <w:rPr>
                <w:rFonts w:eastAsia="Times New Roman" w:cs="Times New Roman"/>
                <w:b/>
                <w:sz w:val="28"/>
                <w:szCs w:val="28"/>
              </w:rPr>
              <w:br/>
              <w:t>Președintele Consiliului Județean Vrancea</w:t>
            </w:r>
            <w:r w:rsidRPr="00D05119">
              <w:rPr>
                <w:rFonts w:eastAsia="Times New Roman" w:cs="Times New Roman"/>
                <w:b/>
                <w:sz w:val="28"/>
                <w:szCs w:val="28"/>
              </w:rPr>
              <w:br/>
              <w:t>........................................</w:t>
            </w:r>
            <w:r w:rsidRPr="00D05119">
              <w:rPr>
                <w:rFonts w:eastAsia="Times New Roman" w:cs="Times New Roman"/>
                <w:b/>
                <w:sz w:val="28"/>
                <w:szCs w:val="28"/>
              </w:rPr>
              <w:br/>
              <w:t>L.S.</w:t>
            </w:r>
          </w:p>
        </w:tc>
      </w:tr>
    </w:tbl>
    <w:p w14:paraId="0AD53210" w14:textId="77777777" w:rsidR="005D09AF" w:rsidRDefault="005D09AF">
      <w:pPr>
        <w:spacing w:after="0" w:line="240" w:lineRule="auto"/>
      </w:pPr>
    </w:p>
    <w:p w14:paraId="6D29E321" w14:textId="77777777" w:rsidR="004B6060" w:rsidRPr="00D05119" w:rsidRDefault="00D51161">
      <w:pPr>
        <w:pStyle w:val="Titlu"/>
        <w:spacing w:after="280"/>
        <w:rPr>
          <w:rFonts w:ascii="Times New Roman" w:hAnsi="Times New Roman" w:cs="Times New Roman"/>
          <w:szCs w:val="28"/>
        </w:rPr>
      </w:pPr>
      <w:r w:rsidRPr="00D05119">
        <w:rPr>
          <w:rFonts w:ascii="Times New Roman" w:eastAsia="Times New Roman" w:hAnsi="Times New Roman" w:cs="Times New Roman"/>
          <w:szCs w:val="28"/>
        </w:rPr>
        <w:t>NOTĂ CONCEPTUALĂ</w:t>
      </w:r>
    </w:p>
    <w:p w14:paraId="16BAD41C" w14:textId="77777777" w:rsidR="004B6060" w:rsidRPr="00CF32CA" w:rsidRDefault="00D51161">
      <w:pPr>
        <w:pStyle w:val="Titlu1"/>
        <w:rPr>
          <w:rFonts w:ascii="Times New Roman" w:hAnsi="Times New Roman" w:cs="Times New Roman"/>
          <w:sz w:val="28"/>
        </w:rPr>
      </w:pPr>
      <w:r w:rsidRPr="00CF32CA">
        <w:rPr>
          <w:rFonts w:ascii="Times New Roman" w:hAnsi="Times New Roman" w:cs="Times New Roman"/>
          <w:sz w:val="28"/>
        </w:rPr>
        <w:t xml:space="preserve">1. </w:t>
      </w:r>
      <w:proofErr w:type="spellStart"/>
      <w:r w:rsidRPr="00CF32CA">
        <w:rPr>
          <w:rFonts w:ascii="Times New Roman" w:hAnsi="Times New Roman" w:cs="Times New Roman"/>
          <w:sz w:val="28"/>
        </w:rPr>
        <w:t>Informații</w:t>
      </w:r>
      <w:proofErr w:type="spellEnd"/>
      <w:r w:rsidRPr="00CF32CA">
        <w:rPr>
          <w:rFonts w:ascii="Times New Roman" w:hAnsi="Times New Roman" w:cs="Times New Roman"/>
          <w:sz w:val="28"/>
        </w:rPr>
        <w:t xml:space="preserve"> generale</w:t>
      </w:r>
    </w:p>
    <w:p w14:paraId="1867F33E"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1.1. </w:t>
      </w:r>
      <w:proofErr w:type="spellStart"/>
      <w:r w:rsidRPr="00CF32CA">
        <w:rPr>
          <w:rFonts w:ascii="Times New Roman" w:hAnsi="Times New Roman" w:cs="Times New Roman"/>
          <w:sz w:val="28"/>
          <w:szCs w:val="28"/>
        </w:rPr>
        <w:t>Denumirea</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obiectivului</w:t>
      </w:r>
      <w:proofErr w:type="spellEnd"/>
      <w:r w:rsidRPr="00CF32CA">
        <w:rPr>
          <w:rFonts w:ascii="Times New Roman" w:hAnsi="Times New Roman" w:cs="Times New Roman"/>
          <w:sz w:val="28"/>
          <w:szCs w:val="28"/>
        </w:rPr>
        <w:t xml:space="preserve"> de </w:t>
      </w:r>
      <w:proofErr w:type="spellStart"/>
      <w:r w:rsidRPr="00CF32CA">
        <w:rPr>
          <w:rFonts w:ascii="Times New Roman" w:hAnsi="Times New Roman" w:cs="Times New Roman"/>
          <w:sz w:val="28"/>
          <w:szCs w:val="28"/>
        </w:rPr>
        <w:t>investiții</w:t>
      </w:r>
      <w:proofErr w:type="spellEnd"/>
    </w:p>
    <w:p w14:paraId="66EB466C" w14:textId="77777777" w:rsidR="004B6060" w:rsidRPr="00CF32CA" w:rsidRDefault="00D51161">
      <w:pPr>
        <w:ind w:firstLine="0"/>
        <w:jc w:val="left"/>
        <w:rPr>
          <w:rFonts w:cs="Times New Roman"/>
          <w:sz w:val="28"/>
          <w:szCs w:val="28"/>
        </w:rPr>
      </w:pPr>
      <w:r>
        <w:rPr>
          <w:rFonts w:eastAsia="Times New Roman" w:cs="Times New Roman"/>
          <w:sz w:val="28"/>
          <w:szCs w:val="28"/>
        </w:rPr>
        <w:t>„Piste de alergare cu suprafață din tartan”</w:t>
      </w:r>
    </w:p>
    <w:p w14:paraId="6AF98036"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1.2. </w:t>
      </w:r>
      <w:proofErr w:type="spellStart"/>
      <w:r w:rsidRPr="00CF32CA">
        <w:rPr>
          <w:rFonts w:ascii="Times New Roman" w:hAnsi="Times New Roman" w:cs="Times New Roman"/>
          <w:sz w:val="28"/>
          <w:szCs w:val="28"/>
        </w:rPr>
        <w:t>Ordonator</w:t>
      </w:r>
      <w:proofErr w:type="spellEnd"/>
      <w:r w:rsidRPr="00CF32CA">
        <w:rPr>
          <w:rFonts w:ascii="Times New Roman" w:hAnsi="Times New Roman" w:cs="Times New Roman"/>
          <w:sz w:val="28"/>
          <w:szCs w:val="28"/>
        </w:rPr>
        <w:t xml:space="preserve"> principal de </w:t>
      </w:r>
      <w:proofErr w:type="spellStart"/>
      <w:r w:rsidRPr="00CF32CA">
        <w:rPr>
          <w:rFonts w:ascii="Times New Roman" w:hAnsi="Times New Roman" w:cs="Times New Roman"/>
          <w:sz w:val="28"/>
          <w:szCs w:val="28"/>
        </w:rPr>
        <w:t>credite</w:t>
      </w:r>
      <w:proofErr w:type="spellEnd"/>
      <w:r w:rsidRPr="00CF32CA">
        <w:rPr>
          <w:rFonts w:ascii="Times New Roman" w:hAnsi="Times New Roman" w:cs="Times New Roman"/>
          <w:sz w:val="28"/>
          <w:szCs w:val="28"/>
        </w:rPr>
        <w:t>/</w:t>
      </w:r>
      <w:proofErr w:type="spellStart"/>
      <w:r w:rsidRPr="00CF32CA">
        <w:rPr>
          <w:rFonts w:ascii="Times New Roman" w:hAnsi="Times New Roman" w:cs="Times New Roman"/>
          <w:sz w:val="28"/>
          <w:szCs w:val="28"/>
        </w:rPr>
        <w:t>Investitor</w:t>
      </w:r>
      <w:proofErr w:type="spellEnd"/>
    </w:p>
    <w:p w14:paraId="00B895CD" w14:textId="77777777" w:rsidR="004B6060" w:rsidRPr="00CF32CA" w:rsidRDefault="00D51161">
      <w:pPr>
        <w:ind w:firstLine="0"/>
        <w:rPr>
          <w:rFonts w:cs="Times New Roman"/>
          <w:sz w:val="28"/>
          <w:szCs w:val="28"/>
        </w:rPr>
      </w:pPr>
      <w:proofErr w:type="spellStart"/>
      <w:r w:rsidRPr="00CF32CA">
        <w:rPr>
          <w:rFonts w:eastAsia="Times New Roman" w:cs="Times New Roman"/>
          <w:sz w:val="28"/>
          <w:szCs w:val="28"/>
        </w:rPr>
        <w:t>Ordonator</w:t>
      </w:r>
      <w:proofErr w:type="spellEnd"/>
      <w:r w:rsidRPr="00CF32CA">
        <w:rPr>
          <w:rFonts w:eastAsia="Times New Roman" w:cs="Times New Roman"/>
          <w:sz w:val="28"/>
          <w:szCs w:val="28"/>
        </w:rPr>
        <w:t xml:space="preserve"> principal de </w:t>
      </w:r>
      <w:proofErr w:type="spellStart"/>
      <w:r w:rsidRPr="00CF32CA">
        <w:rPr>
          <w:rFonts w:eastAsia="Times New Roman" w:cs="Times New Roman"/>
          <w:sz w:val="28"/>
          <w:szCs w:val="28"/>
        </w:rPr>
        <w:t>credite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Administrativ-Teritorială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Investitor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Clubul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Sportiv</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Județean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instituție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publică</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interes</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județean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aflată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subordinea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Consiliului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Județean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r w:rsidRPr="00CF32CA">
        <w:rPr>
          <w:rFonts w:eastAsia="Times New Roman" w:cs="Times New Roman"/>
          <w:sz w:val="28"/>
          <w:szCs w:val="28"/>
        </w:rPr>
        <w:t>.</w:t>
      </w:r>
    </w:p>
    <w:p w14:paraId="44578874"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1.3. </w:t>
      </w:r>
      <w:proofErr w:type="spellStart"/>
      <w:r w:rsidRPr="00CF32CA">
        <w:rPr>
          <w:rFonts w:ascii="Times New Roman" w:hAnsi="Times New Roman" w:cs="Times New Roman"/>
          <w:sz w:val="28"/>
          <w:szCs w:val="28"/>
        </w:rPr>
        <w:t>Ordonator</w:t>
      </w:r>
      <w:proofErr w:type="spellEnd"/>
      <w:r w:rsidRPr="00CF32CA">
        <w:rPr>
          <w:rFonts w:ascii="Times New Roman" w:hAnsi="Times New Roman" w:cs="Times New Roman"/>
          <w:sz w:val="28"/>
          <w:szCs w:val="28"/>
        </w:rPr>
        <w:t xml:space="preserve"> de </w:t>
      </w:r>
      <w:proofErr w:type="spellStart"/>
      <w:r w:rsidRPr="00CF32CA">
        <w:rPr>
          <w:rFonts w:ascii="Times New Roman" w:hAnsi="Times New Roman" w:cs="Times New Roman"/>
          <w:sz w:val="28"/>
          <w:szCs w:val="28"/>
        </w:rPr>
        <w:t>credite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secundar</w:t>
      </w:r>
      <w:proofErr w:type="spellEnd"/>
      <w:r w:rsidRPr="00CF32CA">
        <w:rPr>
          <w:rFonts w:ascii="Times New Roman" w:hAnsi="Times New Roman" w:cs="Times New Roman"/>
          <w:sz w:val="28"/>
          <w:szCs w:val="28"/>
        </w:rPr>
        <w:t>/</w:t>
      </w:r>
      <w:proofErr w:type="spellStart"/>
      <w:r w:rsidRPr="00CF32CA">
        <w:rPr>
          <w:rFonts w:ascii="Times New Roman" w:hAnsi="Times New Roman" w:cs="Times New Roman"/>
          <w:sz w:val="28"/>
          <w:szCs w:val="28"/>
        </w:rPr>
        <w:t>terțiar</w:t>
      </w:r>
      <w:proofErr w:type="spellEnd"/>
      <w:r w:rsidRPr="00CF32CA">
        <w:rPr>
          <w:rFonts w:ascii="Times New Roman" w:hAnsi="Times New Roman" w:cs="Times New Roman"/>
          <w:sz w:val="28"/>
          <w:szCs w:val="28"/>
        </w:rPr>
        <w:t>)</w:t>
      </w:r>
    </w:p>
    <w:p w14:paraId="6D1A9FB5" w14:textId="77777777" w:rsidR="004B6060" w:rsidRPr="00CF32CA" w:rsidRDefault="00D51161">
      <w:pPr>
        <w:ind w:firstLine="0"/>
        <w:rPr>
          <w:rFonts w:cs="Times New Roman"/>
          <w:sz w:val="28"/>
          <w:szCs w:val="28"/>
        </w:rPr>
      </w:pPr>
      <w:proofErr w:type="spellStart"/>
      <w:r w:rsidRPr="00CF32CA">
        <w:rPr>
          <w:rFonts w:eastAsia="Times New Roman" w:cs="Times New Roman"/>
          <w:sz w:val="28"/>
          <w:szCs w:val="28"/>
        </w:rPr>
        <w:t>Clubul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Sportiv</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Județean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director,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calitatea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stabilită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actele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organizare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bugetul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aprobat</w:t>
      </w:r>
      <w:proofErr w:type="spellEnd"/>
      <w:r w:rsidRPr="00CF32CA">
        <w:rPr>
          <w:rFonts w:eastAsia="Times New Roman" w:cs="Times New Roman"/>
          <w:sz w:val="28"/>
          <w:szCs w:val="28"/>
        </w:rPr>
        <w:t>.</w:t>
      </w:r>
    </w:p>
    <w:p w14:paraId="316DD8B1"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1.4. </w:t>
      </w:r>
      <w:proofErr w:type="spellStart"/>
      <w:r w:rsidRPr="00CF32CA">
        <w:rPr>
          <w:rFonts w:ascii="Times New Roman" w:hAnsi="Times New Roman" w:cs="Times New Roman"/>
          <w:sz w:val="28"/>
          <w:szCs w:val="28"/>
        </w:rPr>
        <w:t>Beneficiarul</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investiției</w:t>
      </w:r>
      <w:proofErr w:type="spellEnd"/>
    </w:p>
    <w:p w14:paraId="5E1ED48B" w14:textId="77777777" w:rsidR="004B6060" w:rsidRPr="00CF32CA" w:rsidRDefault="00D51161">
      <w:pPr>
        <w:ind w:firstLine="0"/>
        <w:jc w:val="left"/>
        <w:rPr>
          <w:rFonts w:cs="Times New Roman"/>
          <w:sz w:val="28"/>
          <w:szCs w:val="28"/>
        </w:rPr>
      </w:pPr>
      <w:proofErr w:type="spellStart"/>
      <w:r w:rsidRPr="00CF32CA">
        <w:rPr>
          <w:rFonts w:eastAsia="Times New Roman" w:cs="Times New Roman"/>
          <w:sz w:val="28"/>
          <w:szCs w:val="28"/>
        </w:rPr>
        <w:t>Clubul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Sportiv</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Județean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p>
    <w:p w14:paraId="5FCCB4F5" w14:textId="77777777" w:rsidR="004B6060" w:rsidRPr="00CF32CA" w:rsidRDefault="00D51161">
      <w:pPr>
        <w:pStyle w:val="Titlu1"/>
        <w:rPr>
          <w:rFonts w:ascii="Times New Roman" w:hAnsi="Times New Roman" w:cs="Times New Roman"/>
          <w:sz w:val="28"/>
        </w:rPr>
      </w:pPr>
      <w:r w:rsidRPr="00CF32CA">
        <w:rPr>
          <w:rFonts w:ascii="Times New Roman" w:hAnsi="Times New Roman" w:cs="Times New Roman"/>
          <w:sz w:val="28"/>
        </w:rPr>
        <w:t xml:space="preserve">2. </w:t>
      </w:r>
      <w:proofErr w:type="spellStart"/>
      <w:r w:rsidRPr="00CF32CA">
        <w:rPr>
          <w:rFonts w:ascii="Times New Roman" w:hAnsi="Times New Roman" w:cs="Times New Roman"/>
          <w:sz w:val="28"/>
        </w:rPr>
        <w:t>Necesitatea</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și</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oportunitatea</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obiectivului</w:t>
      </w:r>
      <w:proofErr w:type="spellEnd"/>
      <w:r w:rsidRPr="00CF32CA">
        <w:rPr>
          <w:rFonts w:ascii="Times New Roman" w:hAnsi="Times New Roman" w:cs="Times New Roman"/>
          <w:sz w:val="28"/>
        </w:rPr>
        <w:t xml:space="preserve"> de </w:t>
      </w:r>
      <w:proofErr w:type="spellStart"/>
      <w:r w:rsidRPr="00CF32CA">
        <w:rPr>
          <w:rFonts w:ascii="Times New Roman" w:hAnsi="Times New Roman" w:cs="Times New Roman"/>
          <w:sz w:val="28"/>
        </w:rPr>
        <w:t>investiții</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propus</w:t>
      </w:r>
      <w:proofErr w:type="spellEnd"/>
    </w:p>
    <w:p w14:paraId="4B46FA63"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2.1. </w:t>
      </w:r>
      <w:proofErr w:type="spellStart"/>
      <w:r w:rsidRPr="00CF32CA">
        <w:rPr>
          <w:rFonts w:ascii="Times New Roman" w:hAnsi="Times New Roman" w:cs="Times New Roman"/>
          <w:sz w:val="28"/>
          <w:szCs w:val="28"/>
        </w:rPr>
        <w:t>Scurtă</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prezentare</w:t>
      </w:r>
      <w:proofErr w:type="spellEnd"/>
    </w:p>
    <w:p w14:paraId="7D008A91" w14:textId="77777777" w:rsidR="004B6060" w:rsidRPr="00CF32CA" w:rsidRDefault="00D51161">
      <w:pPr>
        <w:pStyle w:val="Titlu3"/>
        <w:rPr>
          <w:rFonts w:ascii="Times New Roman" w:hAnsi="Times New Roman" w:cs="Times New Roman"/>
          <w:sz w:val="28"/>
          <w:szCs w:val="28"/>
        </w:rPr>
      </w:pPr>
      <w:r w:rsidRPr="00CF32CA">
        <w:rPr>
          <w:rFonts w:ascii="Times New Roman" w:hAnsi="Times New Roman" w:cs="Times New Roman"/>
          <w:sz w:val="28"/>
          <w:szCs w:val="28"/>
        </w:rPr>
        <w:t xml:space="preserve">a) </w:t>
      </w:r>
      <w:proofErr w:type="spellStart"/>
      <w:r w:rsidRPr="00CF32CA">
        <w:rPr>
          <w:rFonts w:ascii="Times New Roman" w:hAnsi="Times New Roman" w:cs="Times New Roman"/>
          <w:sz w:val="28"/>
          <w:szCs w:val="28"/>
        </w:rPr>
        <w:t>Deficiențe</w:t>
      </w:r>
      <w:proofErr w:type="spellEnd"/>
      <w:r w:rsidRPr="00CF32CA">
        <w:rPr>
          <w:rFonts w:ascii="Times New Roman" w:hAnsi="Times New Roman" w:cs="Times New Roman"/>
          <w:sz w:val="28"/>
          <w:szCs w:val="28"/>
        </w:rPr>
        <w:t xml:space="preserve"> ale </w:t>
      </w:r>
      <w:proofErr w:type="spellStart"/>
      <w:r w:rsidRPr="00CF32CA">
        <w:rPr>
          <w:rFonts w:ascii="Times New Roman" w:hAnsi="Times New Roman" w:cs="Times New Roman"/>
          <w:sz w:val="28"/>
          <w:szCs w:val="28"/>
        </w:rPr>
        <w:t>situației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actuale</w:t>
      </w:r>
      <w:proofErr w:type="spellEnd"/>
    </w:p>
    <w:p w14:paraId="18D0DE61" w14:textId="77777777" w:rsidR="004B6060" w:rsidRPr="00CF32CA" w:rsidRDefault="00D51161">
      <w:pPr>
        <w:rPr>
          <w:rFonts w:cs="Times New Roman"/>
          <w:sz w:val="28"/>
          <w:szCs w:val="28"/>
        </w:rPr>
      </w:pPr>
      <w:r>
        <w:rPr>
          <w:rFonts w:eastAsia="Times New Roman" w:cs="Times New Roman"/>
          <w:sz w:val="28"/>
          <w:szCs w:val="28"/>
        </w:rPr>
        <w:t>În cadrul imobilului Complex sportiv - Stadionul „Milcov”, administrat de Club există o pistă de alergare realizată din zgură, dispusă în jurul terenului principal. Suprafața actuală nu asigură, în mod constant, planeitatea, aderența, elasticitatea și regularitatea necesare desfășurării în condiții moderne a activităților de pregătire sportivă. Comportarea pistei este influențată semnificativ de precipitații, temperaturi și perioadele secetoase, fiind favorizate apariția prafului, a noroiului, a denivelărilor și a degradărilor locale.</w:t>
      </w:r>
    </w:p>
    <w:p w14:paraId="1FEFF2E7" w14:textId="77777777" w:rsidR="004B6060" w:rsidRPr="00CF32CA" w:rsidRDefault="00D51161">
      <w:pPr>
        <w:rPr>
          <w:rFonts w:cs="Times New Roman"/>
          <w:sz w:val="28"/>
          <w:szCs w:val="28"/>
        </w:rPr>
      </w:pPr>
      <w:proofErr w:type="spellStart"/>
      <w:r w:rsidRPr="00CF32CA">
        <w:rPr>
          <w:rFonts w:eastAsia="Times New Roman" w:cs="Times New Roman"/>
          <w:sz w:val="28"/>
          <w:szCs w:val="28"/>
        </w:rPr>
        <w:lastRenderedPageBreak/>
        <w:t>Starea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exactă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stratificației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capacitatea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portantă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infrastructurii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geometria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pistei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pantele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sistemul</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evacuare</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apelor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eventualele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degradări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ascunse</w:t>
      </w:r>
      <w:proofErr w:type="spellEnd"/>
      <w:r w:rsidRPr="00CF32CA">
        <w:rPr>
          <w:rFonts w:eastAsia="Times New Roman" w:cs="Times New Roman"/>
          <w:sz w:val="28"/>
          <w:szCs w:val="28"/>
        </w:rPr>
        <w:t xml:space="preserve"> nu sunt determinate la </w:t>
      </w:r>
      <w:proofErr w:type="spellStart"/>
      <w:r w:rsidRPr="00CF32CA">
        <w:rPr>
          <w:rFonts w:eastAsia="Times New Roman" w:cs="Times New Roman"/>
          <w:sz w:val="28"/>
          <w:szCs w:val="28"/>
        </w:rPr>
        <w:t>nivelul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preliminare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trebuie</w:t>
      </w:r>
      <w:proofErr w:type="spellEnd"/>
      <w:r w:rsidRPr="00CF32CA">
        <w:rPr>
          <w:rFonts w:eastAsia="Times New Roman" w:cs="Times New Roman"/>
          <w:sz w:val="28"/>
          <w:szCs w:val="28"/>
        </w:rPr>
        <w:t xml:space="preserve"> evaluate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expertiză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ridicare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topografică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investigații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studii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specialitate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lipsa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acestor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intervenții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pista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necesită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lucrări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frecvente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întreținere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nu </w:t>
      </w:r>
      <w:proofErr w:type="spellStart"/>
      <w:r w:rsidRPr="00CF32CA">
        <w:rPr>
          <w:rFonts w:eastAsia="Times New Roman" w:cs="Times New Roman"/>
          <w:sz w:val="28"/>
          <w:szCs w:val="28"/>
        </w:rPr>
        <w:t>oferă</w:t>
      </w:r>
      <w:proofErr w:type="spellEnd"/>
      <w:r w:rsidRPr="00CF32CA">
        <w:rPr>
          <w:rFonts w:eastAsia="Times New Roman" w:cs="Times New Roman"/>
          <w:sz w:val="28"/>
          <w:szCs w:val="28"/>
        </w:rPr>
        <w:t xml:space="preserve"> o </w:t>
      </w:r>
      <w:proofErr w:type="spellStart"/>
      <w:r w:rsidRPr="00CF32CA">
        <w:rPr>
          <w:rFonts w:eastAsia="Times New Roman" w:cs="Times New Roman"/>
          <w:sz w:val="28"/>
          <w:szCs w:val="28"/>
        </w:rPr>
        <w:t>suprafață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uniformă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predictibilă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sportivi</w:t>
      </w:r>
      <w:proofErr w:type="spellEnd"/>
      <w:r w:rsidRPr="00CF32CA">
        <w:rPr>
          <w:rFonts w:eastAsia="Times New Roman" w:cs="Times New Roman"/>
          <w:sz w:val="28"/>
          <w:szCs w:val="28"/>
        </w:rPr>
        <w:t>.</w:t>
      </w:r>
    </w:p>
    <w:p w14:paraId="53463C38" w14:textId="77777777" w:rsidR="004B6060" w:rsidRPr="00CF32CA" w:rsidRDefault="00D51161">
      <w:pPr>
        <w:pStyle w:val="Titlu3"/>
        <w:rPr>
          <w:rFonts w:ascii="Times New Roman" w:hAnsi="Times New Roman" w:cs="Times New Roman"/>
          <w:sz w:val="28"/>
          <w:szCs w:val="28"/>
        </w:rPr>
      </w:pPr>
      <w:r w:rsidRPr="00CF32CA">
        <w:rPr>
          <w:rFonts w:ascii="Times New Roman" w:hAnsi="Times New Roman" w:cs="Times New Roman"/>
          <w:sz w:val="28"/>
          <w:szCs w:val="28"/>
        </w:rPr>
        <w:t xml:space="preserve">b) </w:t>
      </w:r>
      <w:proofErr w:type="spellStart"/>
      <w:r w:rsidRPr="00CF32CA">
        <w:rPr>
          <w:rFonts w:ascii="Times New Roman" w:hAnsi="Times New Roman" w:cs="Times New Roman"/>
          <w:sz w:val="28"/>
          <w:szCs w:val="28"/>
        </w:rPr>
        <w:t>Efectul</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pozitiv</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previzionat</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prin</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realizarea</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obiectivului</w:t>
      </w:r>
      <w:proofErr w:type="spellEnd"/>
      <w:r w:rsidRPr="00CF32CA">
        <w:rPr>
          <w:rFonts w:ascii="Times New Roman" w:hAnsi="Times New Roman" w:cs="Times New Roman"/>
          <w:sz w:val="28"/>
          <w:szCs w:val="28"/>
        </w:rPr>
        <w:t xml:space="preserve"> de </w:t>
      </w:r>
      <w:proofErr w:type="spellStart"/>
      <w:r w:rsidRPr="00CF32CA">
        <w:rPr>
          <w:rFonts w:ascii="Times New Roman" w:hAnsi="Times New Roman" w:cs="Times New Roman"/>
          <w:sz w:val="28"/>
          <w:szCs w:val="28"/>
        </w:rPr>
        <w:t>investiții</w:t>
      </w:r>
      <w:proofErr w:type="spellEnd"/>
    </w:p>
    <w:p w14:paraId="488101F1" w14:textId="77777777" w:rsidR="004B6060" w:rsidRPr="00CF32CA" w:rsidRDefault="00D51161">
      <w:pPr>
        <w:rPr>
          <w:rFonts w:cs="Times New Roman"/>
          <w:sz w:val="28"/>
          <w:szCs w:val="28"/>
        </w:rPr>
      </w:pPr>
      <w:proofErr w:type="spellStart"/>
      <w:r w:rsidRPr="00CF32CA">
        <w:rPr>
          <w:rFonts w:eastAsia="Times New Roman" w:cs="Times New Roman"/>
          <w:sz w:val="28"/>
          <w:szCs w:val="28"/>
        </w:rPr>
        <w:t>Realizarea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suprafețe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sintetice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atletism</w:t>
      </w:r>
      <w:proofErr w:type="spellEnd"/>
      <w:r w:rsidRPr="00CF32CA">
        <w:rPr>
          <w:rFonts w:eastAsia="Times New Roman" w:cs="Times New Roman"/>
          <w:sz w:val="28"/>
          <w:szCs w:val="28"/>
        </w:rPr>
        <w:t xml:space="preserve">, de tip tartan,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permite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utilizarea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pistei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condiții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superioare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siguranță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confort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performanță</w:t>
      </w:r>
      <w:proofErr w:type="spellEnd"/>
      <w:r w:rsidRPr="00CF32CA">
        <w:rPr>
          <w:rFonts w:eastAsia="Times New Roman" w:cs="Times New Roman"/>
          <w:sz w:val="28"/>
          <w:szCs w:val="28"/>
        </w:rPr>
        <w:t xml:space="preserve">, pe o </w:t>
      </w:r>
      <w:proofErr w:type="spellStart"/>
      <w:r w:rsidRPr="00CF32CA">
        <w:rPr>
          <w:rFonts w:eastAsia="Times New Roman" w:cs="Times New Roman"/>
          <w:sz w:val="28"/>
          <w:szCs w:val="28"/>
        </w:rPr>
        <w:t>perioadă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mai</w:t>
      </w:r>
      <w:proofErr w:type="spellEnd"/>
      <w:r w:rsidRPr="00CF32CA">
        <w:rPr>
          <w:rFonts w:eastAsia="Times New Roman" w:cs="Times New Roman"/>
          <w:sz w:val="28"/>
          <w:szCs w:val="28"/>
        </w:rPr>
        <w:t xml:space="preserve"> mare din an. </w:t>
      </w:r>
      <w:proofErr w:type="spellStart"/>
      <w:r w:rsidRPr="00CF32CA">
        <w:rPr>
          <w:rFonts w:eastAsia="Times New Roman" w:cs="Times New Roman"/>
          <w:sz w:val="28"/>
          <w:szCs w:val="28"/>
        </w:rPr>
        <w:t>Investiția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crește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calitatea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pregătirii</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reduce </w:t>
      </w:r>
      <w:proofErr w:type="spellStart"/>
      <w:r w:rsidRPr="00CF32CA">
        <w:rPr>
          <w:rFonts w:eastAsia="Times New Roman" w:cs="Times New Roman"/>
          <w:sz w:val="28"/>
          <w:szCs w:val="28"/>
        </w:rPr>
        <w:t>influența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condițiilor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meteorologice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asupra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utilizării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îmbunătăți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durabilitatea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predictibilitatea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suprafeței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alergare</w:t>
      </w:r>
      <w:proofErr w:type="spellEnd"/>
      <w:r w:rsidRPr="00CF32CA">
        <w:rPr>
          <w:rFonts w:eastAsia="Times New Roman" w:cs="Times New Roman"/>
          <w:sz w:val="28"/>
          <w:szCs w:val="28"/>
        </w:rPr>
        <w:t>.</w:t>
      </w:r>
    </w:p>
    <w:p w14:paraId="18344CFA"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asigurarea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suprafețe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uniforme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elastice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aderente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rezistente</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uzură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intemperii</w:t>
      </w:r>
      <w:proofErr w:type="spellEnd"/>
      <w:r w:rsidRPr="00CF32CA">
        <w:rPr>
          <w:rFonts w:eastAsia="Times New Roman" w:cs="Times New Roman"/>
          <w:sz w:val="28"/>
          <w:szCs w:val="28"/>
        </w:rPr>
        <w:t>;</w:t>
      </w:r>
    </w:p>
    <w:p w14:paraId="2979BECE"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reducerea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riscului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accidentare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asociat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denivelărilor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variațiilor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suprafeței</w:t>
      </w:r>
      <w:proofErr w:type="spellEnd"/>
      <w:r w:rsidRPr="00CF32CA">
        <w:rPr>
          <w:rFonts w:eastAsia="Times New Roman" w:cs="Times New Roman"/>
          <w:sz w:val="28"/>
          <w:szCs w:val="28"/>
        </w:rPr>
        <w:t xml:space="preserve"> din </w:t>
      </w:r>
      <w:proofErr w:type="spellStart"/>
      <w:r w:rsidRPr="00CF32CA">
        <w:rPr>
          <w:rFonts w:eastAsia="Times New Roman" w:cs="Times New Roman"/>
          <w:sz w:val="28"/>
          <w:szCs w:val="28"/>
        </w:rPr>
        <w:t>zgură</w:t>
      </w:r>
      <w:proofErr w:type="spellEnd"/>
      <w:r w:rsidRPr="00CF32CA">
        <w:rPr>
          <w:rFonts w:eastAsia="Times New Roman" w:cs="Times New Roman"/>
          <w:sz w:val="28"/>
          <w:szCs w:val="28"/>
        </w:rPr>
        <w:t>;</w:t>
      </w:r>
    </w:p>
    <w:p w14:paraId="3E99B037"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crearea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condiții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adecvate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antrenamentul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sportivilor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activități</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școlare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competiții</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nivelul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stabilit</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beneficiar</w:t>
      </w:r>
      <w:proofErr w:type="spellEnd"/>
      <w:r w:rsidRPr="00CF32CA">
        <w:rPr>
          <w:rFonts w:eastAsia="Times New Roman" w:cs="Times New Roman"/>
          <w:sz w:val="28"/>
          <w:szCs w:val="28"/>
        </w:rPr>
        <w:t>;</w:t>
      </w:r>
    </w:p>
    <w:p w14:paraId="2909FD7B"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protejarea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valorificarea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infrastructurii</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aflate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proprietatea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publică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Județului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r w:rsidRPr="00CF32CA">
        <w:rPr>
          <w:rFonts w:eastAsia="Times New Roman" w:cs="Times New Roman"/>
          <w:sz w:val="28"/>
          <w:szCs w:val="28"/>
        </w:rPr>
        <w:t>;</w:t>
      </w:r>
    </w:p>
    <w:p w14:paraId="7F4E26CE"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diminuarea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intervențiilor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curente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refacere</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stratului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zgură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creșterea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eficienței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exploatării</w:t>
      </w:r>
      <w:proofErr w:type="spellEnd"/>
      <w:r w:rsidRPr="00CF32CA">
        <w:rPr>
          <w:rFonts w:eastAsia="Times New Roman" w:cs="Times New Roman"/>
          <w:sz w:val="28"/>
          <w:szCs w:val="28"/>
        </w:rPr>
        <w:t>.</w:t>
      </w:r>
    </w:p>
    <w:p w14:paraId="7433A5D8" w14:textId="77777777" w:rsidR="004B6060" w:rsidRPr="00CF32CA" w:rsidRDefault="00D51161">
      <w:pPr>
        <w:pStyle w:val="Titlu3"/>
        <w:rPr>
          <w:rFonts w:ascii="Times New Roman" w:hAnsi="Times New Roman" w:cs="Times New Roman"/>
          <w:sz w:val="28"/>
          <w:szCs w:val="28"/>
        </w:rPr>
      </w:pPr>
      <w:r w:rsidRPr="00CF32CA">
        <w:rPr>
          <w:rFonts w:ascii="Times New Roman" w:hAnsi="Times New Roman" w:cs="Times New Roman"/>
          <w:sz w:val="28"/>
          <w:szCs w:val="28"/>
        </w:rPr>
        <w:t xml:space="preserve">c) </w:t>
      </w:r>
      <w:proofErr w:type="spellStart"/>
      <w:r w:rsidRPr="00CF32CA">
        <w:rPr>
          <w:rFonts w:ascii="Times New Roman" w:hAnsi="Times New Roman" w:cs="Times New Roman"/>
          <w:sz w:val="28"/>
          <w:szCs w:val="28"/>
        </w:rPr>
        <w:t>Impactul</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negativ</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previzionat</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în</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cazul</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nerealizării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obiectivului</w:t>
      </w:r>
      <w:proofErr w:type="spellEnd"/>
      <w:r w:rsidRPr="00CF32CA">
        <w:rPr>
          <w:rFonts w:ascii="Times New Roman" w:hAnsi="Times New Roman" w:cs="Times New Roman"/>
          <w:sz w:val="28"/>
          <w:szCs w:val="28"/>
        </w:rPr>
        <w:t xml:space="preserve"> de </w:t>
      </w:r>
      <w:proofErr w:type="spellStart"/>
      <w:r w:rsidRPr="00CF32CA">
        <w:rPr>
          <w:rFonts w:ascii="Times New Roman" w:hAnsi="Times New Roman" w:cs="Times New Roman"/>
          <w:sz w:val="28"/>
          <w:szCs w:val="28"/>
        </w:rPr>
        <w:t>investiții</w:t>
      </w:r>
      <w:proofErr w:type="spellEnd"/>
    </w:p>
    <w:p w14:paraId="7C6E36CB" w14:textId="77777777" w:rsidR="004B6060" w:rsidRPr="00CF32CA" w:rsidRDefault="00D51161">
      <w:pPr>
        <w:rPr>
          <w:rFonts w:cs="Times New Roman"/>
          <w:sz w:val="28"/>
          <w:szCs w:val="28"/>
        </w:rPr>
      </w:pP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lipsa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investiției</w:t>
      </w:r>
      <w:proofErr w:type="spellEnd"/>
      <w:r w:rsidRPr="00CF32CA">
        <w:rPr>
          <w:rFonts w:eastAsia="Times New Roman" w:cs="Times New Roman"/>
          <w:sz w:val="28"/>
          <w:szCs w:val="28"/>
        </w:rPr>
        <w:t xml:space="preserve"> se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menține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limitările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funcționale</w:t>
      </w:r>
      <w:proofErr w:type="spellEnd"/>
      <w:r w:rsidRPr="00CF32CA">
        <w:rPr>
          <w:rFonts w:eastAsia="Times New Roman" w:cs="Times New Roman"/>
          <w:sz w:val="28"/>
          <w:szCs w:val="28"/>
        </w:rPr>
        <w:t xml:space="preserve"> ale </w:t>
      </w:r>
      <w:proofErr w:type="spellStart"/>
      <w:r w:rsidRPr="00CF32CA">
        <w:rPr>
          <w:rFonts w:eastAsia="Times New Roman" w:cs="Times New Roman"/>
          <w:sz w:val="28"/>
          <w:szCs w:val="28"/>
        </w:rPr>
        <w:t>pistei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existente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costurile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recurente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întreținere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vulnerabilitatea</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condițiile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meteorologice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Degradările</w:t>
      </w:r>
      <w:proofErr w:type="spellEnd"/>
      <w:r w:rsidRPr="00CF32CA">
        <w:rPr>
          <w:rFonts w:eastAsia="Times New Roman" w:cs="Times New Roman"/>
          <w:sz w:val="28"/>
          <w:szCs w:val="28"/>
        </w:rPr>
        <w:t xml:space="preserve"> pot </w:t>
      </w:r>
      <w:proofErr w:type="spellStart"/>
      <w:r w:rsidRPr="00CF32CA">
        <w:rPr>
          <w:rFonts w:eastAsia="Times New Roman" w:cs="Times New Roman"/>
          <w:sz w:val="28"/>
          <w:szCs w:val="28"/>
        </w:rPr>
        <w:t>evolua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iar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utilizarea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neuniformă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suprafeței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crește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riscul</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accidentare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restrânge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activitățile</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poate</w:t>
      </w:r>
      <w:proofErr w:type="spellEnd"/>
      <w:r w:rsidRPr="00CF32CA">
        <w:rPr>
          <w:rFonts w:eastAsia="Times New Roman" w:cs="Times New Roman"/>
          <w:sz w:val="28"/>
          <w:szCs w:val="28"/>
        </w:rPr>
        <w:t xml:space="preserve"> conduce la o </w:t>
      </w:r>
      <w:proofErr w:type="spellStart"/>
      <w:r w:rsidRPr="00CF32CA">
        <w:rPr>
          <w:rFonts w:eastAsia="Times New Roman" w:cs="Times New Roman"/>
          <w:sz w:val="28"/>
          <w:szCs w:val="28"/>
        </w:rPr>
        <w:t>valorificare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insuficientă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bazei</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fondurilor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aprobate</w:t>
      </w:r>
      <w:proofErr w:type="spellEnd"/>
      <w:r w:rsidRPr="00CF32CA">
        <w:rPr>
          <w:rFonts w:eastAsia="Times New Roman" w:cs="Times New Roman"/>
          <w:sz w:val="28"/>
          <w:szCs w:val="28"/>
        </w:rPr>
        <w:t>.</w:t>
      </w:r>
    </w:p>
    <w:p w14:paraId="2B38F62B"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2.2. </w:t>
      </w:r>
      <w:proofErr w:type="spellStart"/>
      <w:r w:rsidRPr="00CF32CA">
        <w:rPr>
          <w:rFonts w:ascii="Times New Roman" w:hAnsi="Times New Roman" w:cs="Times New Roman"/>
          <w:sz w:val="28"/>
          <w:szCs w:val="28"/>
        </w:rPr>
        <w:t>Obiective</w:t>
      </w:r>
      <w:proofErr w:type="spellEnd"/>
      <w:r w:rsidRPr="00CF32CA">
        <w:rPr>
          <w:rFonts w:ascii="Times New Roman" w:hAnsi="Times New Roman" w:cs="Times New Roman"/>
          <w:sz w:val="28"/>
          <w:szCs w:val="28"/>
        </w:rPr>
        <w:t xml:space="preserve"> de </w:t>
      </w:r>
      <w:proofErr w:type="spellStart"/>
      <w:r w:rsidRPr="00CF32CA">
        <w:rPr>
          <w:rFonts w:ascii="Times New Roman" w:hAnsi="Times New Roman" w:cs="Times New Roman"/>
          <w:sz w:val="28"/>
          <w:szCs w:val="28"/>
        </w:rPr>
        <w:t>investiții</w:t>
      </w:r>
      <w:proofErr w:type="spellEnd"/>
      <w:r w:rsidRPr="00CF32CA">
        <w:rPr>
          <w:rFonts w:ascii="Times New Roman" w:hAnsi="Times New Roman" w:cs="Times New Roman"/>
          <w:sz w:val="28"/>
          <w:szCs w:val="28"/>
        </w:rPr>
        <w:t xml:space="preserve"> cu </w:t>
      </w:r>
      <w:proofErr w:type="spellStart"/>
      <w:r w:rsidRPr="00CF32CA">
        <w:rPr>
          <w:rFonts w:ascii="Times New Roman" w:hAnsi="Times New Roman" w:cs="Times New Roman"/>
          <w:sz w:val="28"/>
          <w:szCs w:val="28"/>
        </w:rPr>
        <w:t>funcțiuni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similare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existente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în</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zonă</w:t>
      </w:r>
      <w:proofErr w:type="spellEnd"/>
    </w:p>
    <w:p w14:paraId="4348A32B" w14:textId="77777777" w:rsidR="004B6060" w:rsidRPr="00CF32CA" w:rsidRDefault="00D51161">
      <w:pPr>
        <w:rPr>
          <w:rFonts w:cs="Times New Roman"/>
          <w:sz w:val="28"/>
          <w:szCs w:val="28"/>
        </w:rPr>
      </w:pPr>
      <w:r w:rsidRPr="00CF32CA">
        <w:rPr>
          <w:rFonts w:eastAsia="Times New Roman" w:cs="Times New Roman"/>
          <w:sz w:val="28"/>
          <w:szCs w:val="28"/>
        </w:rPr>
        <w:t xml:space="preserve">Din </w:t>
      </w:r>
      <w:proofErr w:type="spellStart"/>
      <w:r w:rsidRPr="00CF32CA">
        <w:rPr>
          <w:rFonts w:eastAsia="Times New Roman" w:cs="Times New Roman"/>
          <w:sz w:val="28"/>
          <w:szCs w:val="28"/>
        </w:rPr>
        <w:t>documentele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puse</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dispoziție</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această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etapă</w:t>
      </w:r>
      <w:proofErr w:type="spellEnd"/>
      <w:r w:rsidRPr="00CF32CA">
        <w:rPr>
          <w:rFonts w:eastAsia="Times New Roman" w:cs="Times New Roman"/>
          <w:sz w:val="28"/>
          <w:szCs w:val="28"/>
        </w:rPr>
        <w:t xml:space="preserve"> nu </w:t>
      </w:r>
      <w:proofErr w:type="spellStart"/>
      <w:r w:rsidRPr="00CF32CA">
        <w:rPr>
          <w:rFonts w:eastAsia="Times New Roman" w:cs="Times New Roman"/>
          <w:sz w:val="28"/>
          <w:szCs w:val="28"/>
        </w:rPr>
        <w:t>rezultă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existența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administrarea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Clubului</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unei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alte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piste</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suprafață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sintetică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prelua</w:t>
      </w:r>
      <w:proofErr w:type="spellEnd"/>
      <w:r w:rsidRPr="00CF32CA">
        <w:rPr>
          <w:rFonts w:eastAsia="Times New Roman" w:cs="Times New Roman"/>
          <w:sz w:val="28"/>
          <w:szCs w:val="28"/>
        </w:rPr>
        <w:t xml:space="preserve"> integral </w:t>
      </w:r>
      <w:proofErr w:type="spellStart"/>
      <w:r w:rsidRPr="00CF32CA">
        <w:rPr>
          <w:rFonts w:eastAsia="Times New Roman" w:cs="Times New Roman"/>
          <w:sz w:val="28"/>
          <w:szCs w:val="28"/>
        </w:rPr>
        <w:t>funcțiunile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obiectivului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propus</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Documentația</w:t>
      </w:r>
      <w:proofErr w:type="spellEnd"/>
      <w:r w:rsidRPr="00CF32CA">
        <w:rPr>
          <w:rFonts w:eastAsia="Times New Roman" w:cs="Times New Roman"/>
          <w:sz w:val="28"/>
          <w:szCs w:val="28"/>
        </w:rPr>
        <w:t xml:space="preserve"> DALI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actualiza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măsura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necesară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analiza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dotărilor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similare</w:t>
      </w:r>
      <w:proofErr w:type="spellEnd"/>
      <w:r w:rsidRPr="00CF32CA">
        <w:rPr>
          <w:rFonts w:eastAsia="Times New Roman" w:cs="Times New Roman"/>
          <w:sz w:val="28"/>
          <w:szCs w:val="28"/>
        </w:rPr>
        <w:t xml:space="preserve"> din </w:t>
      </w:r>
      <w:proofErr w:type="spellStart"/>
      <w:r w:rsidRPr="00CF32CA">
        <w:rPr>
          <w:rFonts w:eastAsia="Times New Roman" w:cs="Times New Roman"/>
          <w:sz w:val="28"/>
          <w:szCs w:val="28"/>
        </w:rPr>
        <w:t>zonă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fundamenta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nivelul</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performanță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urmărit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raportat</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nevoile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reale</w:t>
      </w:r>
      <w:proofErr w:type="spellEnd"/>
      <w:r w:rsidRPr="00CF32CA">
        <w:rPr>
          <w:rFonts w:eastAsia="Times New Roman" w:cs="Times New Roman"/>
          <w:sz w:val="28"/>
          <w:szCs w:val="28"/>
        </w:rPr>
        <w:t xml:space="preserve"> ale </w:t>
      </w:r>
      <w:proofErr w:type="spellStart"/>
      <w:r w:rsidRPr="00CF32CA">
        <w:rPr>
          <w:rFonts w:eastAsia="Times New Roman" w:cs="Times New Roman"/>
          <w:sz w:val="28"/>
          <w:szCs w:val="28"/>
        </w:rPr>
        <w:t>beneficiarului</w:t>
      </w:r>
      <w:proofErr w:type="spellEnd"/>
      <w:r w:rsidRPr="00CF32CA">
        <w:rPr>
          <w:rFonts w:eastAsia="Times New Roman" w:cs="Times New Roman"/>
          <w:sz w:val="28"/>
          <w:szCs w:val="28"/>
        </w:rPr>
        <w:t>.</w:t>
      </w:r>
    </w:p>
    <w:p w14:paraId="54A87067"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2.3. </w:t>
      </w:r>
      <w:proofErr w:type="spellStart"/>
      <w:r w:rsidRPr="00CF32CA">
        <w:rPr>
          <w:rFonts w:ascii="Times New Roman" w:hAnsi="Times New Roman" w:cs="Times New Roman"/>
          <w:sz w:val="28"/>
          <w:szCs w:val="28"/>
        </w:rPr>
        <w:t>Încadrarea</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în</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strategii</w:t>
      </w:r>
      <w:proofErr w:type="spellEnd"/>
      <w:r w:rsidRPr="00CF32CA">
        <w:rPr>
          <w:rFonts w:ascii="Times New Roman" w:hAnsi="Times New Roman" w:cs="Times New Roman"/>
          <w:sz w:val="28"/>
          <w:szCs w:val="28"/>
        </w:rPr>
        <w:t xml:space="preserve">, master </w:t>
      </w:r>
      <w:proofErr w:type="spellStart"/>
      <w:r w:rsidRPr="00CF32CA">
        <w:rPr>
          <w:rFonts w:ascii="Times New Roman" w:hAnsi="Times New Roman" w:cs="Times New Roman"/>
          <w:sz w:val="28"/>
          <w:szCs w:val="28"/>
        </w:rPr>
        <w:t>planuri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sau</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planuri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similare</w:t>
      </w:r>
      <w:proofErr w:type="spellEnd"/>
    </w:p>
    <w:p w14:paraId="5CECF9B5" w14:textId="77777777" w:rsidR="004B6060" w:rsidRPr="00CF32CA" w:rsidRDefault="00D51161">
      <w:pPr>
        <w:rPr>
          <w:rFonts w:cs="Times New Roman"/>
          <w:sz w:val="28"/>
          <w:szCs w:val="28"/>
        </w:rPr>
      </w:pPr>
      <w:proofErr w:type="spellStart"/>
      <w:r w:rsidRPr="00CF32CA">
        <w:rPr>
          <w:rFonts w:eastAsia="Times New Roman" w:cs="Times New Roman"/>
          <w:sz w:val="28"/>
          <w:szCs w:val="28"/>
        </w:rPr>
        <w:t>Investiția</w:t>
      </w:r>
      <w:proofErr w:type="spellEnd"/>
      <w:r w:rsidRPr="00CF32CA">
        <w:rPr>
          <w:rFonts w:eastAsia="Times New Roman" w:cs="Times New Roman"/>
          <w:sz w:val="28"/>
          <w:szCs w:val="28"/>
        </w:rPr>
        <w:t xml:space="preserve"> se </w:t>
      </w:r>
      <w:proofErr w:type="spellStart"/>
      <w:r w:rsidRPr="00CF32CA">
        <w:rPr>
          <w:rFonts w:eastAsia="Times New Roman" w:cs="Times New Roman"/>
          <w:sz w:val="28"/>
          <w:szCs w:val="28"/>
        </w:rPr>
        <w:t>încadrează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obiectivele</w:t>
      </w:r>
      <w:proofErr w:type="spellEnd"/>
      <w:r w:rsidRPr="00CF32CA">
        <w:rPr>
          <w:rFonts w:eastAsia="Times New Roman" w:cs="Times New Roman"/>
          <w:sz w:val="28"/>
          <w:szCs w:val="28"/>
        </w:rPr>
        <w:t xml:space="preserve"> generale de </w:t>
      </w:r>
      <w:proofErr w:type="spellStart"/>
      <w:r w:rsidRPr="00CF32CA">
        <w:rPr>
          <w:rFonts w:eastAsia="Times New Roman" w:cs="Times New Roman"/>
          <w:sz w:val="28"/>
          <w:szCs w:val="28"/>
        </w:rPr>
        <w:t>dezvoltare</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infrastructurii</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județene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sprijinire</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sportului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masă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performanță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asigurare</w:t>
      </w:r>
      <w:proofErr w:type="spellEnd"/>
      <w:r w:rsidRPr="00CF32CA">
        <w:rPr>
          <w:rFonts w:eastAsia="Times New Roman" w:cs="Times New Roman"/>
          <w:sz w:val="28"/>
          <w:szCs w:val="28"/>
        </w:rPr>
        <w:t xml:space="preserve"> </w:t>
      </w:r>
      <w:r w:rsidRPr="00CF32CA">
        <w:rPr>
          <w:rFonts w:eastAsia="Times New Roman" w:cs="Times New Roman"/>
          <w:sz w:val="28"/>
          <w:szCs w:val="28"/>
        </w:rPr>
        <w:lastRenderedPageBreak/>
        <w:t xml:space="preserve">a </w:t>
      </w:r>
      <w:proofErr w:type="spellStart"/>
      <w:r w:rsidRPr="00CF32CA">
        <w:rPr>
          <w:rFonts w:eastAsia="Times New Roman" w:cs="Times New Roman"/>
          <w:sz w:val="28"/>
          <w:szCs w:val="28"/>
        </w:rPr>
        <w:t>condițiilor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materiale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educație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fizică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activități</w:t>
      </w:r>
      <w:proofErr w:type="spellEnd"/>
      <w:r w:rsidRPr="00CF32CA">
        <w:rPr>
          <w:rFonts w:eastAsia="Times New Roman" w:cs="Times New Roman"/>
          <w:sz w:val="28"/>
          <w:szCs w:val="28"/>
        </w:rPr>
        <w:t xml:space="preserve"> sportive. La </w:t>
      </w:r>
      <w:proofErr w:type="spellStart"/>
      <w:r w:rsidRPr="00CF32CA">
        <w:rPr>
          <w:rFonts w:eastAsia="Times New Roman" w:cs="Times New Roman"/>
          <w:sz w:val="28"/>
          <w:szCs w:val="28"/>
        </w:rPr>
        <w:t>etapa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promovării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indicate, </w:t>
      </w:r>
      <w:proofErr w:type="spellStart"/>
      <w:r w:rsidRPr="00CF32CA">
        <w:rPr>
          <w:rFonts w:eastAsia="Times New Roman" w:cs="Times New Roman"/>
          <w:sz w:val="28"/>
          <w:szCs w:val="28"/>
        </w:rPr>
        <w:t>după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caz</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strategiile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programatice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județene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aplicabile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forma </w:t>
      </w:r>
      <w:proofErr w:type="spellStart"/>
      <w:r w:rsidRPr="00CF32CA">
        <w:rPr>
          <w:rFonts w:eastAsia="Times New Roman" w:cs="Times New Roman"/>
          <w:sz w:val="28"/>
          <w:szCs w:val="28"/>
        </w:rPr>
        <w:t>aflată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vigoare</w:t>
      </w:r>
      <w:proofErr w:type="spellEnd"/>
      <w:r w:rsidRPr="00CF32CA">
        <w:rPr>
          <w:rFonts w:eastAsia="Times New Roman" w:cs="Times New Roman"/>
          <w:sz w:val="28"/>
          <w:szCs w:val="28"/>
        </w:rPr>
        <w:t>.</w:t>
      </w:r>
    </w:p>
    <w:p w14:paraId="0A3469E0"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2.4. </w:t>
      </w:r>
      <w:proofErr w:type="spellStart"/>
      <w:r w:rsidRPr="00CF32CA">
        <w:rPr>
          <w:rFonts w:ascii="Times New Roman" w:hAnsi="Times New Roman" w:cs="Times New Roman"/>
          <w:sz w:val="28"/>
          <w:szCs w:val="28"/>
        </w:rPr>
        <w:t>Acorduri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internaționale</w:t>
      </w:r>
      <w:proofErr w:type="spellEnd"/>
      <w:r w:rsidRPr="00CF32CA">
        <w:rPr>
          <w:rFonts w:ascii="Times New Roman" w:hAnsi="Times New Roman" w:cs="Times New Roman"/>
          <w:sz w:val="28"/>
          <w:szCs w:val="28"/>
        </w:rPr>
        <w:t xml:space="preserve"> ale </w:t>
      </w:r>
      <w:proofErr w:type="spellStart"/>
      <w:r w:rsidRPr="00CF32CA">
        <w:rPr>
          <w:rFonts w:ascii="Times New Roman" w:hAnsi="Times New Roman" w:cs="Times New Roman"/>
          <w:sz w:val="28"/>
          <w:szCs w:val="28"/>
        </w:rPr>
        <w:t>statului</w:t>
      </w:r>
      <w:proofErr w:type="spellEnd"/>
    </w:p>
    <w:p w14:paraId="17CE770A" w14:textId="77777777" w:rsidR="004B6060" w:rsidRPr="00CF32CA" w:rsidRDefault="00D51161">
      <w:pPr>
        <w:rPr>
          <w:rFonts w:cs="Times New Roman"/>
          <w:sz w:val="28"/>
          <w:szCs w:val="28"/>
        </w:rPr>
      </w:pPr>
      <w:r w:rsidRPr="00CF32CA">
        <w:rPr>
          <w:rFonts w:eastAsia="Times New Roman" w:cs="Times New Roman"/>
          <w:sz w:val="28"/>
          <w:szCs w:val="28"/>
        </w:rPr>
        <w:t xml:space="preserve">Nu au </w:t>
      </w:r>
      <w:proofErr w:type="spellStart"/>
      <w:r w:rsidRPr="00CF32CA">
        <w:rPr>
          <w:rFonts w:eastAsia="Times New Roman" w:cs="Times New Roman"/>
          <w:sz w:val="28"/>
          <w:szCs w:val="28"/>
        </w:rPr>
        <w:t>fost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identificate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acorduri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internaționale</w:t>
      </w:r>
      <w:proofErr w:type="spellEnd"/>
      <w:r w:rsidRPr="00CF32CA">
        <w:rPr>
          <w:rFonts w:eastAsia="Times New Roman" w:cs="Times New Roman"/>
          <w:sz w:val="28"/>
          <w:szCs w:val="28"/>
        </w:rPr>
        <w:t xml:space="preserve"> care </w:t>
      </w:r>
      <w:proofErr w:type="spellStart"/>
      <w:r w:rsidRPr="00CF32CA">
        <w:rPr>
          <w:rFonts w:eastAsia="Times New Roman" w:cs="Times New Roman"/>
          <w:sz w:val="28"/>
          <w:szCs w:val="28"/>
        </w:rPr>
        <w:t>să</w:t>
      </w:r>
      <w:proofErr w:type="spellEnd"/>
      <w:r w:rsidRPr="00CF32CA">
        <w:rPr>
          <w:rFonts w:eastAsia="Times New Roman" w:cs="Times New Roman"/>
          <w:sz w:val="28"/>
          <w:szCs w:val="28"/>
        </w:rPr>
        <w:t xml:space="preserve"> oblige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mod direct </w:t>
      </w:r>
      <w:proofErr w:type="spellStart"/>
      <w:r w:rsidRPr="00CF32CA">
        <w:rPr>
          <w:rFonts w:eastAsia="Times New Roman" w:cs="Times New Roman"/>
          <w:sz w:val="28"/>
          <w:szCs w:val="28"/>
        </w:rPr>
        <w:t>partea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română</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realizarea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acestui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obiectiv</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Reglementările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cerințele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internaționale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specifice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atletismului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avute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vedere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măsura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care </w:t>
      </w:r>
      <w:proofErr w:type="spellStart"/>
      <w:r w:rsidRPr="00CF32CA">
        <w:rPr>
          <w:rFonts w:eastAsia="Times New Roman" w:cs="Times New Roman"/>
          <w:sz w:val="28"/>
          <w:szCs w:val="28"/>
        </w:rPr>
        <w:t>beneficiarul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stabilește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necesitatea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omologării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pistei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un </w:t>
      </w:r>
      <w:proofErr w:type="spellStart"/>
      <w:r w:rsidRPr="00CF32CA">
        <w:rPr>
          <w:rFonts w:eastAsia="Times New Roman" w:cs="Times New Roman"/>
          <w:sz w:val="28"/>
          <w:szCs w:val="28"/>
        </w:rPr>
        <w:t>anumit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nivel</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competiții</w:t>
      </w:r>
      <w:proofErr w:type="spellEnd"/>
      <w:r w:rsidRPr="00CF32CA">
        <w:rPr>
          <w:rFonts w:eastAsia="Times New Roman" w:cs="Times New Roman"/>
          <w:sz w:val="28"/>
          <w:szCs w:val="28"/>
        </w:rPr>
        <w:t>.</w:t>
      </w:r>
    </w:p>
    <w:p w14:paraId="66B98B1B"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2.5. </w:t>
      </w:r>
      <w:proofErr w:type="spellStart"/>
      <w:r w:rsidRPr="00CF32CA">
        <w:rPr>
          <w:rFonts w:ascii="Times New Roman" w:hAnsi="Times New Roman" w:cs="Times New Roman"/>
          <w:sz w:val="28"/>
          <w:szCs w:val="28"/>
        </w:rPr>
        <w:t>Obiective</w:t>
      </w:r>
      <w:proofErr w:type="spellEnd"/>
      <w:r w:rsidRPr="00CF32CA">
        <w:rPr>
          <w:rFonts w:ascii="Times New Roman" w:hAnsi="Times New Roman" w:cs="Times New Roman"/>
          <w:sz w:val="28"/>
          <w:szCs w:val="28"/>
        </w:rPr>
        <w:t xml:space="preserve"> generale </w:t>
      </w:r>
      <w:proofErr w:type="spellStart"/>
      <w:r w:rsidRPr="00CF32CA">
        <w:rPr>
          <w:rFonts w:ascii="Times New Roman" w:hAnsi="Times New Roman" w:cs="Times New Roman"/>
          <w:sz w:val="28"/>
          <w:szCs w:val="28"/>
        </w:rPr>
        <w:t>preconizate</w:t>
      </w:r>
      <w:proofErr w:type="spellEnd"/>
    </w:p>
    <w:p w14:paraId="771A67CB" w14:textId="77777777" w:rsidR="004B6060" w:rsidRPr="00CF32CA" w:rsidRDefault="00D51161">
      <w:pPr>
        <w:rPr>
          <w:rFonts w:cs="Times New Roman"/>
          <w:sz w:val="28"/>
          <w:szCs w:val="28"/>
        </w:rPr>
      </w:pPr>
      <w:proofErr w:type="spellStart"/>
      <w:r w:rsidRPr="00CF32CA">
        <w:rPr>
          <w:rFonts w:eastAsia="Times New Roman" w:cs="Times New Roman"/>
          <w:sz w:val="28"/>
          <w:szCs w:val="28"/>
        </w:rPr>
        <w:t>Obiectivul</w:t>
      </w:r>
      <w:proofErr w:type="spellEnd"/>
      <w:r w:rsidRPr="00CF32CA">
        <w:rPr>
          <w:rFonts w:eastAsia="Times New Roman" w:cs="Times New Roman"/>
          <w:sz w:val="28"/>
          <w:szCs w:val="28"/>
        </w:rPr>
        <w:t xml:space="preserve"> general </w:t>
      </w:r>
      <w:proofErr w:type="spellStart"/>
      <w:r w:rsidRPr="00CF32CA">
        <w:rPr>
          <w:rFonts w:eastAsia="Times New Roman" w:cs="Times New Roman"/>
          <w:sz w:val="28"/>
          <w:szCs w:val="28"/>
        </w:rPr>
        <w:t>îl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constituie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modernizarea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pistei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alergare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existente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realizarea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suprafețe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sintetice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atletism</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sigure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durabile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adecvate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activităților</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organizate</w:t>
      </w:r>
      <w:proofErr w:type="spellEnd"/>
      <w:r w:rsidRPr="00CF32CA">
        <w:rPr>
          <w:rFonts w:eastAsia="Times New Roman" w:cs="Times New Roman"/>
          <w:sz w:val="28"/>
          <w:szCs w:val="28"/>
        </w:rPr>
        <w:t xml:space="preserve"> de Club.</w:t>
      </w:r>
    </w:p>
    <w:p w14:paraId="4B0CC08B"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stabilirea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DALI, a </w:t>
      </w:r>
      <w:proofErr w:type="spellStart"/>
      <w:r w:rsidRPr="00CF32CA">
        <w:rPr>
          <w:rFonts w:eastAsia="Times New Roman" w:cs="Times New Roman"/>
          <w:sz w:val="28"/>
          <w:szCs w:val="28"/>
        </w:rPr>
        <w:t>soluției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tehnico-economice</w:t>
      </w:r>
      <w:proofErr w:type="spellEnd"/>
      <w:r w:rsidRPr="00CF32CA">
        <w:rPr>
          <w:rFonts w:eastAsia="Times New Roman" w:cs="Times New Roman"/>
          <w:sz w:val="28"/>
          <w:szCs w:val="28"/>
        </w:rPr>
        <w:t xml:space="preserve"> optime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infrastructură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drenaj</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suprafața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sintetică</w:t>
      </w:r>
      <w:proofErr w:type="spellEnd"/>
      <w:r w:rsidRPr="00CF32CA">
        <w:rPr>
          <w:rFonts w:eastAsia="Times New Roman" w:cs="Times New Roman"/>
          <w:sz w:val="28"/>
          <w:szCs w:val="28"/>
        </w:rPr>
        <w:t>;</w:t>
      </w:r>
    </w:p>
    <w:p w14:paraId="4343809E"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menținerea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după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caz</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corectarea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geometriei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funcționale</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pistei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limitele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amplasamentului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disponibil</w:t>
      </w:r>
      <w:proofErr w:type="spellEnd"/>
      <w:r w:rsidRPr="00CF32CA">
        <w:rPr>
          <w:rFonts w:eastAsia="Times New Roman" w:cs="Times New Roman"/>
          <w:sz w:val="28"/>
          <w:szCs w:val="28"/>
        </w:rPr>
        <w:t>;</w:t>
      </w:r>
    </w:p>
    <w:p w14:paraId="0FAA0B5D"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asigurarea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performanțelor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tehnice</w:t>
      </w:r>
      <w:proofErr w:type="spellEnd"/>
      <w:r w:rsidRPr="00CF32CA">
        <w:rPr>
          <w:rFonts w:eastAsia="Times New Roman" w:cs="Times New Roman"/>
          <w:sz w:val="28"/>
          <w:szCs w:val="28"/>
        </w:rPr>
        <w:t xml:space="preserve"> ale </w:t>
      </w:r>
      <w:proofErr w:type="spellStart"/>
      <w:r w:rsidRPr="00CF32CA">
        <w:rPr>
          <w:rFonts w:eastAsia="Times New Roman" w:cs="Times New Roman"/>
          <w:sz w:val="28"/>
          <w:szCs w:val="28"/>
        </w:rPr>
        <w:t>suprafeței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marcajelor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necesare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disciplinelor</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alergare</w:t>
      </w:r>
      <w:proofErr w:type="spellEnd"/>
      <w:r w:rsidRPr="00CF32CA">
        <w:rPr>
          <w:rFonts w:eastAsia="Times New Roman" w:cs="Times New Roman"/>
          <w:sz w:val="28"/>
          <w:szCs w:val="28"/>
        </w:rPr>
        <w:t>;</w:t>
      </w:r>
    </w:p>
    <w:p w14:paraId="098299B9"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realizarea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investiției</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protejarea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terenului</w:t>
      </w:r>
      <w:proofErr w:type="spellEnd"/>
      <w:r w:rsidRPr="00CF32CA">
        <w:rPr>
          <w:rFonts w:eastAsia="Times New Roman" w:cs="Times New Roman"/>
          <w:sz w:val="28"/>
          <w:szCs w:val="28"/>
        </w:rPr>
        <w:t xml:space="preserve"> principal, a </w:t>
      </w:r>
      <w:proofErr w:type="spellStart"/>
      <w:r w:rsidRPr="00CF32CA">
        <w:rPr>
          <w:rFonts w:eastAsia="Times New Roman" w:cs="Times New Roman"/>
          <w:sz w:val="28"/>
          <w:szCs w:val="28"/>
        </w:rPr>
        <w:t>rețelelor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amenajărilor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existente</w:t>
      </w:r>
      <w:proofErr w:type="spellEnd"/>
      <w:r w:rsidRPr="00CF32CA">
        <w:rPr>
          <w:rFonts w:eastAsia="Times New Roman" w:cs="Times New Roman"/>
          <w:sz w:val="28"/>
          <w:szCs w:val="28"/>
        </w:rPr>
        <w:t>;</w:t>
      </w:r>
    </w:p>
    <w:p w14:paraId="725004C1"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încadrarea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soluției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valoarea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reducerea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costurilor</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exploatare</w:t>
      </w:r>
      <w:proofErr w:type="spellEnd"/>
      <w:r w:rsidRPr="00CF32CA">
        <w:rPr>
          <w:rFonts w:eastAsia="Times New Roman" w:cs="Times New Roman"/>
          <w:sz w:val="28"/>
          <w:szCs w:val="28"/>
        </w:rPr>
        <w:t xml:space="preserve"> pe </w:t>
      </w:r>
      <w:proofErr w:type="spellStart"/>
      <w:r w:rsidRPr="00CF32CA">
        <w:rPr>
          <w:rFonts w:eastAsia="Times New Roman" w:cs="Times New Roman"/>
          <w:sz w:val="28"/>
          <w:szCs w:val="28"/>
        </w:rPr>
        <w:t>durata</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viață</w:t>
      </w:r>
      <w:proofErr w:type="spellEnd"/>
      <w:r w:rsidRPr="00CF32CA">
        <w:rPr>
          <w:rFonts w:eastAsia="Times New Roman" w:cs="Times New Roman"/>
          <w:sz w:val="28"/>
          <w:szCs w:val="28"/>
        </w:rPr>
        <w:t>.</w:t>
      </w:r>
    </w:p>
    <w:p w14:paraId="02D342F3" w14:textId="77777777" w:rsidR="004B6060" w:rsidRPr="00CF32CA" w:rsidRDefault="00D51161">
      <w:pPr>
        <w:pStyle w:val="Titlu1"/>
        <w:rPr>
          <w:rFonts w:ascii="Times New Roman" w:hAnsi="Times New Roman" w:cs="Times New Roman"/>
          <w:sz w:val="28"/>
        </w:rPr>
      </w:pPr>
      <w:r w:rsidRPr="00CF32CA">
        <w:rPr>
          <w:rFonts w:ascii="Times New Roman" w:hAnsi="Times New Roman" w:cs="Times New Roman"/>
          <w:sz w:val="28"/>
        </w:rPr>
        <w:t xml:space="preserve">3. </w:t>
      </w:r>
      <w:proofErr w:type="spellStart"/>
      <w:r w:rsidRPr="00CF32CA">
        <w:rPr>
          <w:rFonts w:ascii="Times New Roman" w:hAnsi="Times New Roman" w:cs="Times New Roman"/>
          <w:sz w:val="28"/>
        </w:rPr>
        <w:t>Estimarea</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suportabilității</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investiției</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publice</w:t>
      </w:r>
      <w:proofErr w:type="spellEnd"/>
    </w:p>
    <w:p w14:paraId="7DBC07DD"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3.1. </w:t>
      </w:r>
      <w:proofErr w:type="spellStart"/>
      <w:r w:rsidRPr="00CF32CA">
        <w:rPr>
          <w:rFonts w:ascii="Times New Roman" w:hAnsi="Times New Roman" w:cs="Times New Roman"/>
          <w:sz w:val="28"/>
          <w:szCs w:val="28"/>
        </w:rPr>
        <w:t>Estimarea</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cheltuielilor</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pentru</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realizarea</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obiectivului</w:t>
      </w:r>
      <w:proofErr w:type="spellEnd"/>
    </w:p>
    <w:p w14:paraId="3186B435" w14:textId="77777777" w:rsidR="004B6060" w:rsidRPr="00CF32CA" w:rsidRDefault="00D51161">
      <w:pPr>
        <w:rPr>
          <w:rFonts w:cs="Times New Roman"/>
          <w:sz w:val="28"/>
          <w:szCs w:val="28"/>
        </w:rPr>
      </w:pPr>
      <w:proofErr w:type="spellStart"/>
      <w:r w:rsidRPr="00CF32CA">
        <w:rPr>
          <w:rFonts w:eastAsia="Times New Roman" w:cs="Times New Roman"/>
          <w:sz w:val="28"/>
          <w:szCs w:val="28"/>
        </w:rPr>
        <w:t>Valoarea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lista</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investiții</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Clubul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Sportiv</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Județean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anul</w:t>
      </w:r>
      <w:proofErr w:type="spellEnd"/>
      <w:r w:rsidRPr="00CF32CA">
        <w:rPr>
          <w:rFonts w:eastAsia="Times New Roman" w:cs="Times New Roman"/>
          <w:sz w:val="28"/>
          <w:szCs w:val="28"/>
        </w:rPr>
        <w:t xml:space="preserve"> 2026 </w:t>
      </w:r>
      <w:proofErr w:type="spellStart"/>
      <w:r w:rsidRPr="00CF32CA">
        <w:rPr>
          <w:rFonts w:eastAsia="Times New Roman" w:cs="Times New Roman"/>
          <w:sz w:val="28"/>
          <w:szCs w:val="28"/>
        </w:rPr>
        <w:t>este</w:t>
      </w:r>
      <w:proofErr w:type="spellEnd"/>
      <w:r w:rsidRPr="00CF32CA">
        <w:rPr>
          <w:rFonts w:eastAsia="Times New Roman" w:cs="Times New Roman"/>
          <w:sz w:val="28"/>
          <w:szCs w:val="28"/>
        </w:rPr>
        <w:t xml:space="preserve"> de 1.236.500 lei, </w:t>
      </w:r>
      <w:proofErr w:type="spellStart"/>
      <w:r w:rsidRPr="00CF32CA">
        <w:rPr>
          <w:rFonts w:eastAsia="Times New Roman" w:cs="Times New Roman"/>
          <w:sz w:val="28"/>
          <w:szCs w:val="28"/>
        </w:rPr>
        <w:t>inclusiv</w:t>
      </w:r>
      <w:proofErr w:type="spellEnd"/>
      <w:r w:rsidRPr="00CF32CA">
        <w:rPr>
          <w:rFonts w:eastAsia="Times New Roman" w:cs="Times New Roman"/>
          <w:sz w:val="28"/>
          <w:szCs w:val="28"/>
        </w:rPr>
        <w:t xml:space="preserve"> TVA. </w:t>
      </w:r>
      <w:proofErr w:type="spellStart"/>
      <w:r w:rsidRPr="00CF32CA">
        <w:rPr>
          <w:rFonts w:eastAsia="Times New Roman" w:cs="Times New Roman"/>
          <w:sz w:val="28"/>
          <w:szCs w:val="28"/>
        </w:rPr>
        <w:t>Aceasta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reprezintă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limita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bugetară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preliminară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pregătirea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realizarea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obiectivului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incluzând</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după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caz</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proiectarea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studiile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avizele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asistența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lucrările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cheltuielile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conexe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Valoarea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totală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valoarea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lucrărilor</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construcții-montaj</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fundamentate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DALI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devizul</w:t>
      </w:r>
      <w:proofErr w:type="spellEnd"/>
      <w:r w:rsidRPr="00CF32CA">
        <w:rPr>
          <w:rFonts w:eastAsia="Times New Roman" w:cs="Times New Roman"/>
          <w:sz w:val="28"/>
          <w:szCs w:val="28"/>
        </w:rPr>
        <w:t xml:space="preserve"> general, pe </w:t>
      </w:r>
      <w:proofErr w:type="spellStart"/>
      <w:r w:rsidRPr="00CF32CA">
        <w:rPr>
          <w:rFonts w:eastAsia="Times New Roman" w:cs="Times New Roman"/>
          <w:sz w:val="28"/>
          <w:szCs w:val="28"/>
        </w:rPr>
        <w:t>baza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cantităților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rezultate</w:t>
      </w:r>
      <w:proofErr w:type="spellEnd"/>
      <w:r w:rsidRPr="00CF32CA">
        <w:rPr>
          <w:rFonts w:eastAsia="Times New Roman" w:cs="Times New Roman"/>
          <w:sz w:val="28"/>
          <w:szCs w:val="28"/>
        </w:rPr>
        <w:t xml:space="preserve"> din </w:t>
      </w:r>
      <w:proofErr w:type="spellStart"/>
      <w:r w:rsidRPr="00CF32CA">
        <w:rPr>
          <w:rFonts w:eastAsia="Times New Roman" w:cs="Times New Roman"/>
          <w:sz w:val="28"/>
          <w:szCs w:val="28"/>
        </w:rPr>
        <w:t>măsurători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investigații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soluția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selectată</w:t>
      </w:r>
      <w:proofErr w:type="spellEnd"/>
      <w:r w:rsidRPr="00CF32CA">
        <w:rPr>
          <w:rFonts w:eastAsia="Times New Roman" w:cs="Times New Roman"/>
          <w:sz w:val="28"/>
          <w:szCs w:val="28"/>
        </w:rPr>
        <w:t>.</w:t>
      </w:r>
    </w:p>
    <w:p w14:paraId="17BC16AB" w14:textId="77777777" w:rsidR="004B6060" w:rsidRPr="00CF32CA" w:rsidRDefault="00D51161">
      <w:pPr>
        <w:rPr>
          <w:rFonts w:cs="Times New Roman"/>
          <w:sz w:val="28"/>
          <w:szCs w:val="28"/>
        </w:rPr>
      </w:pPr>
      <w:proofErr w:type="spellStart"/>
      <w:r w:rsidRPr="00CF32CA">
        <w:rPr>
          <w:rFonts w:eastAsia="Times New Roman" w:cs="Times New Roman"/>
          <w:sz w:val="28"/>
          <w:szCs w:val="28"/>
        </w:rPr>
        <w:t>Proiectantul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analiza</w:t>
      </w:r>
      <w:proofErr w:type="spellEnd"/>
      <w:r w:rsidRPr="00CF32CA">
        <w:rPr>
          <w:rFonts w:eastAsia="Times New Roman" w:cs="Times New Roman"/>
          <w:sz w:val="28"/>
          <w:szCs w:val="28"/>
        </w:rPr>
        <w:t xml:space="preserve"> cel </w:t>
      </w:r>
      <w:proofErr w:type="spellStart"/>
      <w:r w:rsidRPr="00CF32CA">
        <w:rPr>
          <w:rFonts w:eastAsia="Times New Roman" w:cs="Times New Roman"/>
          <w:sz w:val="28"/>
          <w:szCs w:val="28"/>
        </w:rPr>
        <w:t>puțin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soluțiile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rezonabile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modernizarea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pistei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recomanda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scenariul</w:t>
      </w:r>
      <w:proofErr w:type="spellEnd"/>
      <w:r w:rsidRPr="00CF32CA">
        <w:rPr>
          <w:rFonts w:eastAsia="Times New Roman" w:cs="Times New Roman"/>
          <w:sz w:val="28"/>
          <w:szCs w:val="28"/>
        </w:rPr>
        <w:t xml:space="preserve"> care </w:t>
      </w:r>
      <w:proofErr w:type="spellStart"/>
      <w:r w:rsidRPr="00CF32CA">
        <w:rPr>
          <w:rFonts w:eastAsia="Times New Roman" w:cs="Times New Roman"/>
          <w:sz w:val="28"/>
          <w:szCs w:val="28"/>
        </w:rPr>
        <w:t>răspunde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cerințelor</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siguranță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performanță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durabilitate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cost pe </w:t>
      </w:r>
      <w:proofErr w:type="spellStart"/>
      <w:r w:rsidRPr="00CF32CA">
        <w:rPr>
          <w:rFonts w:eastAsia="Times New Roman" w:cs="Times New Roman"/>
          <w:sz w:val="28"/>
          <w:szCs w:val="28"/>
        </w:rPr>
        <w:t>ciclul</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viață</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încadrarea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limita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bugetară</w:t>
      </w:r>
      <w:proofErr w:type="spellEnd"/>
      <w:r w:rsidRPr="00CF32CA">
        <w:rPr>
          <w:rFonts w:eastAsia="Times New Roman" w:cs="Times New Roman"/>
          <w:sz w:val="28"/>
          <w:szCs w:val="28"/>
        </w:rPr>
        <w:t xml:space="preserve">. Orice </w:t>
      </w:r>
      <w:proofErr w:type="spellStart"/>
      <w:r w:rsidRPr="00CF32CA">
        <w:rPr>
          <w:rFonts w:eastAsia="Times New Roman" w:cs="Times New Roman"/>
          <w:sz w:val="28"/>
          <w:szCs w:val="28"/>
        </w:rPr>
        <w:t>necesitate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depășire</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valorii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semnalată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beneficiarului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înainte</w:t>
      </w:r>
      <w:proofErr w:type="spellEnd"/>
      <w:r w:rsidRPr="00CF32CA">
        <w:rPr>
          <w:rFonts w:eastAsia="Times New Roman" w:cs="Times New Roman"/>
          <w:sz w:val="28"/>
          <w:szCs w:val="28"/>
        </w:rPr>
        <w:t xml:space="preserve"> </w:t>
      </w:r>
      <w:r w:rsidRPr="00CF32CA">
        <w:rPr>
          <w:rFonts w:eastAsia="Times New Roman" w:cs="Times New Roman"/>
          <w:sz w:val="28"/>
          <w:szCs w:val="28"/>
        </w:rPr>
        <w:lastRenderedPageBreak/>
        <w:t xml:space="preserve">de </w:t>
      </w:r>
      <w:proofErr w:type="spellStart"/>
      <w:r w:rsidRPr="00CF32CA">
        <w:rPr>
          <w:rFonts w:eastAsia="Times New Roman" w:cs="Times New Roman"/>
          <w:sz w:val="28"/>
          <w:szCs w:val="28"/>
        </w:rPr>
        <w:t>finalizarea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documentației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putea</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acceptată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numai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după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parcurgerea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aprobărilor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bugetare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administrative </w:t>
      </w:r>
      <w:proofErr w:type="spellStart"/>
      <w:r w:rsidRPr="00CF32CA">
        <w:rPr>
          <w:rFonts w:eastAsia="Times New Roman" w:cs="Times New Roman"/>
          <w:sz w:val="28"/>
          <w:szCs w:val="28"/>
        </w:rPr>
        <w:t>legale</w:t>
      </w:r>
      <w:proofErr w:type="spellEnd"/>
      <w:r w:rsidRPr="00CF32CA">
        <w:rPr>
          <w:rFonts w:eastAsia="Times New Roman" w:cs="Times New Roman"/>
          <w:sz w:val="28"/>
          <w:szCs w:val="28"/>
        </w:rPr>
        <w:t>.</w:t>
      </w:r>
    </w:p>
    <w:p w14:paraId="25BE678E"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3.2. </w:t>
      </w:r>
      <w:proofErr w:type="spellStart"/>
      <w:r w:rsidRPr="00CF32CA">
        <w:rPr>
          <w:rFonts w:ascii="Times New Roman" w:hAnsi="Times New Roman" w:cs="Times New Roman"/>
          <w:sz w:val="28"/>
          <w:szCs w:val="28"/>
        </w:rPr>
        <w:t>Estimarea</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cheltuielilor</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pentru</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proiectare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studii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avize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și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autorizații</w:t>
      </w:r>
      <w:proofErr w:type="spellEnd"/>
    </w:p>
    <w:p w14:paraId="1497665D" w14:textId="77777777" w:rsidR="004B6060" w:rsidRPr="00CF32CA" w:rsidRDefault="00D51161">
      <w:pPr>
        <w:rPr>
          <w:rFonts w:cs="Times New Roman"/>
          <w:sz w:val="28"/>
          <w:szCs w:val="28"/>
        </w:rPr>
      </w:pPr>
      <w:proofErr w:type="spellStart"/>
      <w:r w:rsidRPr="00CF32CA">
        <w:rPr>
          <w:rFonts w:eastAsia="Times New Roman" w:cs="Times New Roman"/>
          <w:sz w:val="28"/>
          <w:szCs w:val="28"/>
        </w:rPr>
        <w:t>Cheltuielile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aferente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documentației</w:t>
      </w:r>
      <w:proofErr w:type="spellEnd"/>
      <w:r w:rsidRPr="00CF32CA">
        <w:rPr>
          <w:rFonts w:eastAsia="Times New Roman" w:cs="Times New Roman"/>
          <w:sz w:val="28"/>
          <w:szCs w:val="28"/>
        </w:rPr>
        <w:t xml:space="preserve"> DALI, </w:t>
      </w:r>
      <w:proofErr w:type="spellStart"/>
      <w:r w:rsidRPr="00CF32CA">
        <w:rPr>
          <w:rFonts w:eastAsia="Times New Roman" w:cs="Times New Roman"/>
          <w:sz w:val="28"/>
          <w:szCs w:val="28"/>
        </w:rPr>
        <w:t>expertizei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ridicării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topografice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investigațiilor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asupra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infrastructurii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studiului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geotehnic</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dacă</w:t>
      </w:r>
      <w:proofErr w:type="spellEnd"/>
      <w:r w:rsidRPr="00CF32CA">
        <w:rPr>
          <w:rFonts w:eastAsia="Times New Roman" w:cs="Times New Roman"/>
          <w:sz w:val="28"/>
          <w:szCs w:val="28"/>
        </w:rPr>
        <w:t xml:space="preserve"> se </w:t>
      </w:r>
      <w:proofErr w:type="spellStart"/>
      <w:r w:rsidRPr="00CF32CA">
        <w:rPr>
          <w:rFonts w:eastAsia="Times New Roman" w:cs="Times New Roman"/>
          <w:sz w:val="28"/>
          <w:szCs w:val="28"/>
        </w:rPr>
        <w:t>justifică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documentațiilor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certificatul</w:t>
      </w:r>
      <w:proofErr w:type="spellEnd"/>
      <w:r w:rsidRPr="00CF32CA">
        <w:rPr>
          <w:rFonts w:eastAsia="Times New Roman" w:cs="Times New Roman"/>
          <w:sz w:val="28"/>
          <w:szCs w:val="28"/>
        </w:rPr>
        <w:t xml:space="preserve"> de urbanism, </w:t>
      </w:r>
      <w:proofErr w:type="spellStart"/>
      <w:r w:rsidRPr="00CF32CA">
        <w:rPr>
          <w:rFonts w:eastAsia="Times New Roman" w:cs="Times New Roman"/>
          <w:sz w:val="28"/>
          <w:szCs w:val="28"/>
        </w:rPr>
        <w:t>avizelor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acordurilor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autorizațiilor</w:t>
      </w:r>
      <w:proofErr w:type="spellEnd"/>
      <w:r w:rsidRPr="00CF32CA">
        <w:rPr>
          <w:rFonts w:eastAsia="Times New Roman" w:cs="Times New Roman"/>
          <w:sz w:val="28"/>
          <w:szCs w:val="28"/>
        </w:rPr>
        <w:t xml:space="preserve">, precum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proiectării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ulterioare</w:t>
      </w:r>
      <w:proofErr w:type="spellEnd"/>
      <w:r w:rsidRPr="00CF32CA">
        <w:rPr>
          <w:rFonts w:eastAsia="Times New Roman" w:cs="Times New Roman"/>
          <w:sz w:val="28"/>
          <w:szCs w:val="28"/>
        </w:rPr>
        <w:t xml:space="preserve">, sunt </w:t>
      </w:r>
      <w:proofErr w:type="spellStart"/>
      <w:r w:rsidRPr="00CF32CA">
        <w:rPr>
          <w:rFonts w:eastAsia="Times New Roman" w:cs="Times New Roman"/>
          <w:sz w:val="28"/>
          <w:szCs w:val="28"/>
        </w:rPr>
        <w:t>incluse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valoarea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totală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Valoarea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distinctă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acestor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servicii</w:t>
      </w:r>
      <w:proofErr w:type="spellEnd"/>
      <w:r w:rsidRPr="00CF32CA">
        <w:rPr>
          <w:rFonts w:eastAsia="Times New Roman" w:cs="Times New Roman"/>
          <w:sz w:val="28"/>
          <w:szCs w:val="28"/>
        </w:rPr>
        <w:t xml:space="preserve"> se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determina</w:t>
      </w:r>
      <w:proofErr w:type="spellEnd"/>
      <w:r w:rsidRPr="00CF32CA">
        <w:rPr>
          <w:rFonts w:eastAsia="Times New Roman" w:cs="Times New Roman"/>
          <w:sz w:val="28"/>
          <w:szCs w:val="28"/>
        </w:rPr>
        <w:t xml:space="preserve"> de Club </w:t>
      </w:r>
      <w:proofErr w:type="spellStart"/>
      <w:r w:rsidRPr="00CF32CA">
        <w:rPr>
          <w:rFonts w:eastAsia="Times New Roman" w:cs="Times New Roman"/>
          <w:sz w:val="28"/>
          <w:szCs w:val="28"/>
        </w:rPr>
        <w:t>printr</w:t>
      </w:r>
      <w:proofErr w:type="spellEnd"/>
      <w:r w:rsidRPr="00CF32CA">
        <w:rPr>
          <w:rFonts w:eastAsia="Times New Roman" w:cs="Times New Roman"/>
          <w:sz w:val="28"/>
          <w:szCs w:val="28"/>
        </w:rPr>
        <w:t xml:space="preserve">-o </w:t>
      </w:r>
      <w:proofErr w:type="spellStart"/>
      <w:r w:rsidRPr="00CF32CA">
        <w:rPr>
          <w:rFonts w:eastAsia="Times New Roman" w:cs="Times New Roman"/>
          <w:sz w:val="28"/>
          <w:szCs w:val="28"/>
        </w:rPr>
        <w:t>estimare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fundamentată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cercetarea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pieței</w:t>
      </w:r>
      <w:proofErr w:type="spellEnd"/>
      <w:r w:rsidRPr="00CF32CA">
        <w:rPr>
          <w:rFonts w:eastAsia="Times New Roman" w:cs="Times New Roman"/>
          <w:sz w:val="28"/>
          <w:szCs w:val="28"/>
        </w:rPr>
        <w:t xml:space="preserve">, anterior </w:t>
      </w:r>
      <w:proofErr w:type="spellStart"/>
      <w:r w:rsidRPr="00CF32CA">
        <w:rPr>
          <w:rFonts w:eastAsia="Times New Roman" w:cs="Times New Roman"/>
          <w:sz w:val="28"/>
          <w:szCs w:val="28"/>
        </w:rPr>
        <w:t>inițierii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fiecărei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achiziții</w:t>
      </w:r>
      <w:proofErr w:type="spellEnd"/>
      <w:r w:rsidRPr="00CF32CA">
        <w:rPr>
          <w:rFonts w:eastAsia="Times New Roman" w:cs="Times New Roman"/>
          <w:sz w:val="28"/>
          <w:szCs w:val="28"/>
        </w:rPr>
        <w:t>.</w:t>
      </w:r>
    </w:p>
    <w:p w14:paraId="0F3EC4F8"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3.3. </w:t>
      </w:r>
      <w:proofErr w:type="spellStart"/>
      <w:r w:rsidRPr="00CF32CA">
        <w:rPr>
          <w:rFonts w:ascii="Times New Roman" w:hAnsi="Times New Roman" w:cs="Times New Roman"/>
          <w:sz w:val="28"/>
          <w:szCs w:val="28"/>
        </w:rPr>
        <w:t>Surse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identificate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pentru</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finanțare</w:t>
      </w:r>
      <w:proofErr w:type="spellEnd"/>
    </w:p>
    <w:p w14:paraId="761726FF" w14:textId="77777777" w:rsidR="004B6060" w:rsidRPr="00CF32CA" w:rsidRDefault="00D51161">
      <w:pPr>
        <w:rPr>
          <w:rFonts w:cs="Times New Roman"/>
          <w:sz w:val="28"/>
          <w:szCs w:val="28"/>
        </w:rPr>
      </w:pPr>
      <w:proofErr w:type="spellStart"/>
      <w:r w:rsidRPr="00CF32CA">
        <w:rPr>
          <w:rFonts w:eastAsia="Times New Roman" w:cs="Times New Roman"/>
          <w:sz w:val="28"/>
          <w:szCs w:val="28"/>
        </w:rPr>
        <w:t>Finanțarea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este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prevăzută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bugetul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Clubul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Sportiv</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Județean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lista</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investiții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aferentă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anului</w:t>
      </w:r>
      <w:proofErr w:type="spellEnd"/>
      <w:r w:rsidRPr="00CF32CA">
        <w:rPr>
          <w:rFonts w:eastAsia="Times New Roman" w:cs="Times New Roman"/>
          <w:sz w:val="28"/>
          <w:szCs w:val="28"/>
        </w:rPr>
        <w:t xml:space="preserve"> 2026,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limita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sumei</w:t>
      </w:r>
      <w:proofErr w:type="spellEnd"/>
      <w:r w:rsidRPr="00CF32CA">
        <w:rPr>
          <w:rFonts w:eastAsia="Times New Roman" w:cs="Times New Roman"/>
          <w:sz w:val="28"/>
          <w:szCs w:val="28"/>
        </w:rPr>
        <w:t xml:space="preserve"> de 1.236.500 lei, </w:t>
      </w:r>
      <w:proofErr w:type="spellStart"/>
      <w:r w:rsidRPr="00CF32CA">
        <w:rPr>
          <w:rFonts w:eastAsia="Times New Roman" w:cs="Times New Roman"/>
          <w:sz w:val="28"/>
          <w:szCs w:val="28"/>
        </w:rPr>
        <w:t>inclusiv</w:t>
      </w:r>
      <w:proofErr w:type="spellEnd"/>
      <w:r w:rsidRPr="00CF32CA">
        <w:rPr>
          <w:rFonts w:eastAsia="Times New Roman" w:cs="Times New Roman"/>
          <w:sz w:val="28"/>
          <w:szCs w:val="28"/>
        </w:rPr>
        <w:t xml:space="preserve"> TVA. </w:t>
      </w:r>
      <w:proofErr w:type="spellStart"/>
      <w:r w:rsidRPr="00CF32CA">
        <w:rPr>
          <w:rFonts w:eastAsia="Times New Roman" w:cs="Times New Roman"/>
          <w:sz w:val="28"/>
          <w:szCs w:val="28"/>
        </w:rPr>
        <w:t>Angajarea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utilizarea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creditelor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bugetare</w:t>
      </w:r>
      <w:proofErr w:type="spellEnd"/>
      <w:r w:rsidRPr="00CF32CA">
        <w:rPr>
          <w:rFonts w:eastAsia="Times New Roman" w:cs="Times New Roman"/>
          <w:sz w:val="28"/>
          <w:szCs w:val="28"/>
        </w:rPr>
        <w:t xml:space="preserve"> se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realiza</w:t>
      </w:r>
      <w:proofErr w:type="spellEnd"/>
      <w:r w:rsidRPr="00CF32CA">
        <w:rPr>
          <w:rFonts w:eastAsia="Times New Roman" w:cs="Times New Roman"/>
          <w:sz w:val="28"/>
          <w:szCs w:val="28"/>
        </w:rPr>
        <w:t xml:space="preserve"> de Club, cu </w:t>
      </w:r>
      <w:proofErr w:type="spellStart"/>
      <w:r w:rsidRPr="00CF32CA">
        <w:rPr>
          <w:rFonts w:eastAsia="Times New Roman" w:cs="Times New Roman"/>
          <w:sz w:val="28"/>
          <w:szCs w:val="28"/>
        </w:rPr>
        <w:t>respectarea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destinației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legislației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financiar-bugetare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achizițiilor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publice</w:t>
      </w:r>
      <w:proofErr w:type="spellEnd"/>
      <w:r w:rsidRPr="00CF32CA">
        <w:rPr>
          <w:rFonts w:eastAsia="Times New Roman" w:cs="Times New Roman"/>
          <w:sz w:val="28"/>
          <w:szCs w:val="28"/>
        </w:rPr>
        <w:t>.</w:t>
      </w:r>
    </w:p>
    <w:p w14:paraId="713FFAB9" w14:textId="77777777" w:rsidR="004B6060" w:rsidRPr="00CF32CA" w:rsidRDefault="00D51161">
      <w:pPr>
        <w:pStyle w:val="Titlu1"/>
        <w:rPr>
          <w:rFonts w:ascii="Times New Roman" w:hAnsi="Times New Roman" w:cs="Times New Roman"/>
          <w:sz w:val="28"/>
        </w:rPr>
      </w:pPr>
      <w:r w:rsidRPr="00CF32CA">
        <w:rPr>
          <w:rFonts w:ascii="Times New Roman" w:hAnsi="Times New Roman" w:cs="Times New Roman"/>
          <w:sz w:val="28"/>
        </w:rPr>
        <w:t xml:space="preserve">4. </w:t>
      </w:r>
      <w:proofErr w:type="spellStart"/>
      <w:r w:rsidRPr="00CF32CA">
        <w:rPr>
          <w:rFonts w:ascii="Times New Roman" w:hAnsi="Times New Roman" w:cs="Times New Roman"/>
          <w:sz w:val="28"/>
        </w:rPr>
        <w:t>Regimul</w:t>
      </w:r>
      <w:proofErr w:type="spellEnd"/>
      <w:r w:rsidRPr="00CF32CA">
        <w:rPr>
          <w:rFonts w:ascii="Times New Roman" w:hAnsi="Times New Roman" w:cs="Times New Roman"/>
          <w:sz w:val="28"/>
        </w:rPr>
        <w:t xml:space="preserve"> juridic, economic </w:t>
      </w:r>
      <w:proofErr w:type="spellStart"/>
      <w:r w:rsidRPr="00CF32CA">
        <w:rPr>
          <w:rFonts w:ascii="Times New Roman" w:hAnsi="Times New Roman" w:cs="Times New Roman"/>
          <w:sz w:val="28"/>
        </w:rPr>
        <w:t>și</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tehnic</w:t>
      </w:r>
      <w:proofErr w:type="spellEnd"/>
      <w:r w:rsidRPr="00CF32CA">
        <w:rPr>
          <w:rFonts w:ascii="Times New Roman" w:hAnsi="Times New Roman" w:cs="Times New Roman"/>
          <w:sz w:val="28"/>
        </w:rPr>
        <w:t xml:space="preserve"> al </w:t>
      </w:r>
      <w:proofErr w:type="spellStart"/>
      <w:r w:rsidRPr="00CF32CA">
        <w:rPr>
          <w:rFonts w:ascii="Times New Roman" w:hAnsi="Times New Roman" w:cs="Times New Roman"/>
          <w:sz w:val="28"/>
        </w:rPr>
        <w:t>amplasamentului</w:t>
      </w:r>
      <w:proofErr w:type="spellEnd"/>
    </w:p>
    <w:p w14:paraId="3E826F3D"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4.1. </w:t>
      </w:r>
      <w:proofErr w:type="spellStart"/>
      <w:r w:rsidRPr="00CF32CA">
        <w:rPr>
          <w:rFonts w:ascii="Times New Roman" w:hAnsi="Times New Roman" w:cs="Times New Roman"/>
          <w:sz w:val="28"/>
          <w:szCs w:val="28"/>
        </w:rPr>
        <w:t>Regimul</w:t>
      </w:r>
      <w:proofErr w:type="spellEnd"/>
      <w:r w:rsidRPr="00CF32CA">
        <w:rPr>
          <w:rFonts w:ascii="Times New Roman" w:hAnsi="Times New Roman" w:cs="Times New Roman"/>
          <w:sz w:val="28"/>
          <w:szCs w:val="28"/>
        </w:rPr>
        <w:t xml:space="preserve"> juridic</w:t>
      </w:r>
    </w:p>
    <w:p w14:paraId="2CF23D85" w14:textId="77777777" w:rsidR="004B6060" w:rsidRPr="00CF32CA" w:rsidRDefault="00D51161">
      <w:pPr>
        <w:rPr>
          <w:rFonts w:cs="Times New Roman"/>
          <w:sz w:val="28"/>
          <w:szCs w:val="28"/>
        </w:rPr>
      </w:pPr>
      <w:r>
        <w:rPr>
          <w:rFonts w:eastAsia="Times New Roman" w:cs="Times New Roman"/>
          <w:sz w:val="28"/>
          <w:szCs w:val="28"/>
        </w:rPr>
        <w:t>Imobilul Complex sportiv - Stadionul „Milcov”, situat în municipiul Focșani, str. Aleea Stadionului nr. 2, aparține domeniului public al Județului Vrancea și a fost dat în administrarea Clubului Sportiv Județean Vrancea prin Hotărârea Consiliului Județean Vrancea nr. 80/06.05.2026 și Protocolul de predare-primire încheiat la data de 25.06.2026.</w:t>
      </w:r>
    </w:p>
    <w:p w14:paraId="642EE04B" w14:textId="77777777" w:rsidR="004B6060" w:rsidRPr="00CF32CA" w:rsidRDefault="00D51161">
      <w:pPr>
        <w:rPr>
          <w:rFonts w:cs="Times New Roman"/>
          <w:sz w:val="28"/>
          <w:szCs w:val="28"/>
        </w:rPr>
      </w:pPr>
      <w:proofErr w:type="spellStart"/>
      <w:r w:rsidRPr="00CF32CA">
        <w:rPr>
          <w:rFonts w:eastAsia="Times New Roman" w:cs="Times New Roman"/>
          <w:sz w:val="28"/>
          <w:szCs w:val="28"/>
        </w:rPr>
        <w:t>Imobilul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este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identificat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potrivit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puse</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dispoziție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cărțile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funciare</w:t>
      </w:r>
      <w:proofErr w:type="spellEnd"/>
      <w:r w:rsidRPr="00CF32CA">
        <w:rPr>
          <w:rFonts w:eastAsia="Times New Roman" w:cs="Times New Roman"/>
          <w:sz w:val="28"/>
          <w:szCs w:val="28"/>
        </w:rPr>
        <w:t xml:space="preserve"> nr. 69345 </w:t>
      </w:r>
      <w:proofErr w:type="spellStart"/>
      <w:r w:rsidRPr="00CF32CA">
        <w:rPr>
          <w:rFonts w:eastAsia="Times New Roman" w:cs="Times New Roman"/>
          <w:sz w:val="28"/>
          <w:szCs w:val="28"/>
        </w:rPr>
        <w:t>Focșani</w:t>
      </w:r>
      <w:proofErr w:type="spellEnd"/>
      <w:r w:rsidRPr="00CF32CA">
        <w:rPr>
          <w:rFonts w:eastAsia="Times New Roman" w:cs="Times New Roman"/>
          <w:sz w:val="28"/>
          <w:szCs w:val="28"/>
        </w:rPr>
        <w:t xml:space="preserve"> și nr. 54477 </w:t>
      </w:r>
      <w:proofErr w:type="spellStart"/>
      <w:r w:rsidRPr="00CF32CA">
        <w:rPr>
          <w:rFonts w:eastAsia="Times New Roman" w:cs="Times New Roman"/>
          <w:sz w:val="28"/>
          <w:szCs w:val="28"/>
        </w:rPr>
        <w:t>Focșani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Amplasarea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exactă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pistei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suprafața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afectată</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investiție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stabilite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ridicare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topografică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raportate</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extrase</w:t>
      </w:r>
      <w:proofErr w:type="spellEnd"/>
      <w:r w:rsidRPr="00CF32CA">
        <w:rPr>
          <w:rFonts w:eastAsia="Times New Roman" w:cs="Times New Roman"/>
          <w:sz w:val="28"/>
          <w:szCs w:val="28"/>
        </w:rPr>
        <w:t xml:space="preserve"> de carte </w:t>
      </w:r>
      <w:proofErr w:type="spellStart"/>
      <w:r w:rsidRPr="00CF32CA">
        <w:rPr>
          <w:rFonts w:eastAsia="Times New Roman" w:cs="Times New Roman"/>
          <w:sz w:val="28"/>
          <w:szCs w:val="28"/>
        </w:rPr>
        <w:t>funciară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actualizate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Dosarul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completat</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dovada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înscrierii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dreptului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administrare</w:t>
      </w:r>
      <w:proofErr w:type="spellEnd"/>
      <w:r w:rsidRPr="00CF32CA">
        <w:rPr>
          <w:rFonts w:eastAsia="Times New Roman" w:cs="Times New Roman"/>
          <w:sz w:val="28"/>
          <w:szCs w:val="28"/>
        </w:rPr>
        <w:t xml:space="preserve"> al </w:t>
      </w:r>
      <w:proofErr w:type="spellStart"/>
      <w:r w:rsidRPr="00CF32CA">
        <w:rPr>
          <w:rFonts w:eastAsia="Times New Roman" w:cs="Times New Roman"/>
          <w:sz w:val="28"/>
          <w:szCs w:val="28"/>
        </w:rPr>
        <w:t>Clubului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cartea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funciară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înaintea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etapelor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care </w:t>
      </w:r>
      <w:proofErr w:type="spellStart"/>
      <w:r w:rsidRPr="00CF32CA">
        <w:rPr>
          <w:rFonts w:eastAsia="Times New Roman" w:cs="Times New Roman"/>
          <w:sz w:val="28"/>
          <w:szCs w:val="28"/>
        </w:rPr>
        <w:t>această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dovadă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este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cerută</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lege</w:t>
      </w:r>
      <w:proofErr w:type="spellEnd"/>
      <w:r w:rsidRPr="00CF32CA">
        <w:rPr>
          <w:rFonts w:eastAsia="Times New Roman" w:cs="Times New Roman"/>
          <w:sz w:val="28"/>
          <w:szCs w:val="28"/>
        </w:rPr>
        <w:t>.</w:t>
      </w:r>
    </w:p>
    <w:p w14:paraId="755F9A4C" w14:textId="77777777" w:rsidR="004B6060" w:rsidRPr="00CF32CA" w:rsidRDefault="00D51161">
      <w:pPr>
        <w:rPr>
          <w:rFonts w:cs="Times New Roman"/>
          <w:sz w:val="28"/>
          <w:szCs w:val="28"/>
        </w:rPr>
      </w:pPr>
      <w:r w:rsidRPr="00CF32CA">
        <w:rPr>
          <w:rFonts w:eastAsia="Times New Roman" w:cs="Times New Roman"/>
          <w:sz w:val="28"/>
          <w:szCs w:val="28"/>
        </w:rPr>
        <w:t xml:space="preserve">Conform art. 8 din </w:t>
      </w:r>
      <w:proofErr w:type="spellStart"/>
      <w:r w:rsidRPr="00CF32CA">
        <w:rPr>
          <w:rFonts w:eastAsia="Times New Roman" w:cs="Times New Roman"/>
          <w:sz w:val="28"/>
          <w:szCs w:val="28"/>
        </w:rPr>
        <w:t>Hotărârea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Consiliului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Județean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r w:rsidRPr="00CF32CA">
        <w:rPr>
          <w:rFonts w:eastAsia="Times New Roman" w:cs="Times New Roman"/>
          <w:sz w:val="28"/>
          <w:szCs w:val="28"/>
        </w:rPr>
        <w:t xml:space="preserve"> nr. 80/06.05.2026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prevederilor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Protocolului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orice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asupra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terenurilor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sau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construcțiilor</w:t>
      </w:r>
      <w:proofErr w:type="spellEnd"/>
      <w:r w:rsidRPr="00CF32CA">
        <w:rPr>
          <w:rFonts w:eastAsia="Times New Roman" w:cs="Times New Roman"/>
          <w:sz w:val="28"/>
          <w:szCs w:val="28"/>
        </w:rPr>
        <w:t xml:space="preserve"> se </w:t>
      </w:r>
      <w:proofErr w:type="spellStart"/>
      <w:r w:rsidRPr="00CF32CA">
        <w:rPr>
          <w:rFonts w:eastAsia="Times New Roman" w:cs="Times New Roman"/>
          <w:sz w:val="28"/>
          <w:szCs w:val="28"/>
        </w:rPr>
        <w:t>realizează</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acordul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expres</w:t>
      </w:r>
      <w:proofErr w:type="spellEnd"/>
      <w:r w:rsidRPr="00CF32CA">
        <w:rPr>
          <w:rFonts w:eastAsia="Times New Roman" w:cs="Times New Roman"/>
          <w:sz w:val="28"/>
          <w:szCs w:val="28"/>
        </w:rPr>
        <w:t xml:space="preserve"> al </w:t>
      </w:r>
      <w:proofErr w:type="spellStart"/>
      <w:r w:rsidRPr="00CF32CA">
        <w:rPr>
          <w:rFonts w:eastAsia="Times New Roman" w:cs="Times New Roman"/>
          <w:sz w:val="28"/>
          <w:szCs w:val="28"/>
        </w:rPr>
        <w:t>Consiliului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Județean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iar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investițiile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rezultate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rămân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proprietatea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Județului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Vrancea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Acordul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proprietarului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aprobările</w:t>
      </w:r>
      <w:proofErr w:type="spellEnd"/>
      <w:r w:rsidRPr="00CF32CA">
        <w:rPr>
          <w:rFonts w:eastAsia="Times New Roman" w:cs="Times New Roman"/>
          <w:sz w:val="28"/>
          <w:szCs w:val="28"/>
        </w:rPr>
        <w:t xml:space="preserve"> care </w:t>
      </w:r>
      <w:proofErr w:type="spellStart"/>
      <w:r w:rsidRPr="00CF32CA">
        <w:rPr>
          <w:rFonts w:eastAsia="Times New Roman" w:cs="Times New Roman"/>
          <w:sz w:val="28"/>
          <w:szCs w:val="28"/>
        </w:rPr>
        <w:t>intră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competența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autorității</w:t>
      </w:r>
      <w:proofErr w:type="spellEnd"/>
      <w:r w:rsidRPr="00CF32CA">
        <w:rPr>
          <w:rFonts w:eastAsia="Times New Roman" w:cs="Times New Roman"/>
          <w:sz w:val="28"/>
          <w:szCs w:val="28"/>
        </w:rPr>
        <w:t xml:space="preserve"> deliberative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obținute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înaintea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angajării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executării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lucrărilor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potrivit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etapelor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legale</w:t>
      </w:r>
      <w:proofErr w:type="spellEnd"/>
      <w:r w:rsidRPr="00CF32CA">
        <w:rPr>
          <w:rFonts w:eastAsia="Times New Roman" w:cs="Times New Roman"/>
          <w:sz w:val="28"/>
          <w:szCs w:val="28"/>
        </w:rPr>
        <w:t>.</w:t>
      </w:r>
    </w:p>
    <w:p w14:paraId="6FAF5BE1"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lastRenderedPageBreak/>
        <w:t xml:space="preserve">4.2. </w:t>
      </w:r>
      <w:proofErr w:type="spellStart"/>
      <w:r w:rsidRPr="00CF32CA">
        <w:rPr>
          <w:rFonts w:ascii="Times New Roman" w:hAnsi="Times New Roman" w:cs="Times New Roman"/>
          <w:sz w:val="28"/>
          <w:szCs w:val="28"/>
        </w:rPr>
        <w:t>Regimul</w:t>
      </w:r>
      <w:proofErr w:type="spellEnd"/>
      <w:r w:rsidRPr="00CF32CA">
        <w:rPr>
          <w:rFonts w:ascii="Times New Roman" w:hAnsi="Times New Roman" w:cs="Times New Roman"/>
          <w:sz w:val="28"/>
          <w:szCs w:val="28"/>
        </w:rPr>
        <w:t xml:space="preserve"> economic</w:t>
      </w:r>
    </w:p>
    <w:p w14:paraId="3564B3C3" w14:textId="77777777" w:rsidR="004B6060" w:rsidRPr="00CF32CA" w:rsidRDefault="00D51161">
      <w:pPr>
        <w:rPr>
          <w:rFonts w:cs="Times New Roman"/>
          <w:sz w:val="28"/>
          <w:szCs w:val="28"/>
        </w:rPr>
      </w:pPr>
      <w:proofErr w:type="spellStart"/>
      <w:r w:rsidRPr="00CF32CA">
        <w:rPr>
          <w:rFonts w:eastAsia="Times New Roman" w:cs="Times New Roman"/>
          <w:sz w:val="28"/>
          <w:szCs w:val="28"/>
        </w:rPr>
        <w:t>Amplasamentul</w:t>
      </w:r>
      <w:proofErr w:type="spellEnd"/>
      <w:r w:rsidRPr="00CF32CA">
        <w:rPr>
          <w:rFonts w:eastAsia="Times New Roman" w:cs="Times New Roman"/>
          <w:sz w:val="28"/>
          <w:szCs w:val="28"/>
        </w:rPr>
        <w:t xml:space="preserve"> are </w:t>
      </w:r>
      <w:proofErr w:type="spellStart"/>
      <w:r w:rsidRPr="00CF32CA">
        <w:rPr>
          <w:rFonts w:eastAsia="Times New Roman" w:cs="Times New Roman"/>
          <w:sz w:val="28"/>
          <w:szCs w:val="28"/>
        </w:rPr>
        <w:t>destinație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sportivă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este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utilizat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pregătire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activități</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organizarea</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evenimente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Investiția</w:t>
      </w:r>
      <w:proofErr w:type="spellEnd"/>
      <w:r w:rsidRPr="00CF32CA">
        <w:rPr>
          <w:rFonts w:eastAsia="Times New Roman" w:cs="Times New Roman"/>
          <w:sz w:val="28"/>
          <w:szCs w:val="28"/>
        </w:rPr>
        <w:t xml:space="preserve"> nu </w:t>
      </w:r>
      <w:proofErr w:type="spellStart"/>
      <w:r w:rsidRPr="00CF32CA">
        <w:rPr>
          <w:rFonts w:eastAsia="Times New Roman" w:cs="Times New Roman"/>
          <w:sz w:val="28"/>
          <w:szCs w:val="28"/>
        </w:rPr>
        <w:t>schimbă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destinația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bazei</w:t>
      </w:r>
      <w:proofErr w:type="spellEnd"/>
      <w:r w:rsidRPr="00CF32CA">
        <w:rPr>
          <w:rFonts w:eastAsia="Times New Roman" w:cs="Times New Roman"/>
          <w:sz w:val="28"/>
          <w:szCs w:val="28"/>
        </w:rPr>
        <w:t xml:space="preserve"> sportive, ci </w:t>
      </w:r>
      <w:proofErr w:type="spellStart"/>
      <w:r w:rsidRPr="00CF32CA">
        <w:rPr>
          <w:rFonts w:eastAsia="Times New Roman" w:cs="Times New Roman"/>
          <w:sz w:val="28"/>
          <w:szCs w:val="28"/>
        </w:rPr>
        <w:t>îmbunătățește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funcționalitatea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amenajări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existente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Condiționările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economice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urbanistice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confirmate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certificatul</w:t>
      </w:r>
      <w:proofErr w:type="spellEnd"/>
      <w:r w:rsidRPr="00CF32CA">
        <w:rPr>
          <w:rFonts w:eastAsia="Times New Roman" w:cs="Times New Roman"/>
          <w:sz w:val="28"/>
          <w:szCs w:val="28"/>
        </w:rPr>
        <w:t xml:space="preserve"> de urbanism </w:t>
      </w:r>
      <w:proofErr w:type="spellStart"/>
      <w:r w:rsidRPr="00CF32CA">
        <w:rPr>
          <w:rFonts w:eastAsia="Times New Roman" w:cs="Times New Roman"/>
          <w:sz w:val="28"/>
          <w:szCs w:val="28"/>
        </w:rPr>
        <w:t>emis</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obiectiv</w:t>
      </w:r>
      <w:proofErr w:type="spellEnd"/>
      <w:r w:rsidRPr="00CF32CA">
        <w:rPr>
          <w:rFonts w:eastAsia="Times New Roman" w:cs="Times New Roman"/>
          <w:sz w:val="28"/>
          <w:szCs w:val="28"/>
        </w:rPr>
        <w:t>.</w:t>
      </w:r>
    </w:p>
    <w:p w14:paraId="7350FE67"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4.3. </w:t>
      </w:r>
      <w:proofErr w:type="spellStart"/>
      <w:r w:rsidRPr="00CF32CA">
        <w:rPr>
          <w:rFonts w:ascii="Times New Roman" w:hAnsi="Times New Roman" w:cs="Times New Roman"/>
          <w:sz w:val="28"/>
          <w:szCs w:val="28"/>
        </w:rPr>
        <w:t>Regimul</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tehnic</w:t>
      </w:r>
      <w:proofErr w:type="spellEnd"/>
    </w:p>
    <w:p w14:paraId="053CA8F6" w14:textId="77777777" w:rsidR="004B6060" w:rsidRPr="00CF32CA" w:rsidRDefault="00D51161">
      <w:pPr>
        <w:rPr>
          <w:rFonts w:cs="Times New Roman"/>
          <w:sz w:val="28"/>
          <w:szCs w:val="28"/>
        </w:rPr>
      </w:pPr>
      <w:proofErr w:type="spellStart"/>
      <w:r w:rsidRPr="00CF32CA">
        <w:rPr>
          <w:rFonts w:eastAsia="Times New Roman" w:cs="Times New Roman"/>
          <w:sz w:val="28"/>
          <w:szCs w:val="28"/>
        </w:rPr>
        <w:t>Intervenția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vizează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pista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existentă</w:t>
      </w:r>
      <w:proofErr w:type="spellEnd"/>
      <w:r w:rsidRPr="00CF32CA">
        <w:rPr>
          <w:rFonts w:eastAsia="Times New Roman" w:cs="Times New Roman"/>
          <w:sz w:val="28"/>
          <w:szCs w:val="28"/>
        </w:rPr>
        <w:t xml:space="preserve"> din </w:t>
      </w:r>
      <w:proofErr w:type="spellStart"/>
      <w:r w:rsidRPr="00CF32CA">
        <w:rPr>
          <w:rFonts w:eastAsia="Times New Roman" w:cs="Times New Roman"/>
          <w:sz w:val="28"/>
          <w:szCs w:val="28"/>
        </w:rPr>
        <w:t>zgură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infrastructura</w:t>
      </w:r>
      <w:proofErr w:type="spellEnd"/>
      <w:r w:rsidRPr="00CF32CA">
        <w:rPr>
          <w:rFonts w:eastAsia="Times New Roman" w:cs="Times New Roman"/>
          <w:sz w:val="28"/>
          <w:szCs w:val="28"/>
        </w:rPr>
        <w:t xml:space="preserve"> direct </w:t>
      </w:r>
      <w:proofErr w:type="spellStart"/>
      <w:r w:rsidRPr="00CF32CA">
        <w:rPr>
          <w:rFonts w:eastAsia="Times New Roman" w:cs="Times New Roman"/>
          <w:sz w:val="28"/>
          <w:szCs w:val="28"/>
        </w:rPr>
        <w:t>aferentă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acesteia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alcătuirea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straturilor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capacitatea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portantă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planeitatea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pantele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drenajul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relația</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terenul</w:t>
      </w:r>
      <w:proofErr w:type="spellEnd"/>
      <w:r w:rsidRPr="00CF32CA">
        <w:rPr>
          <w:rFonts w:eastAsia="Times New Roman" w:cs="Times New Roman"/>
          <w:sz w:val="28"/>
          <w:szCs w:val="28"/>
        </w:rPr>
        <w:t xml:space="preserve"> principal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amenajările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învecinate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stabilite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expertiză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studii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Categoria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clasa</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importanță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cerințele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fundamentale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aplicabile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necesitatea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autorizării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stabilite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proiectant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confirmate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autoritățile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competente</w:t>
      </w:r>
      <w:proofErr w:type="spellEnd"/>
      <w:r w:rsidRPr="00CF32CA">
        <w:rPr>
          <w:rFonts w:eastAsia="Times New Roman" w:cs="Times New Roman"/>
          <w:sz w:val="28"/>
          <w:szCs w:val="28"/>
        </w:rPr>
        <w:t>.</w:t>
      </w:r>
    </w:p>
    <w:p w14:paraId="032A9C72" w14:textId="77777777" w:rsidR="004B6060" w:rsidRPr="00CF32CA" w:rsidRDefault="00D51161">
      <w:pPr>
        <w:pStyle w:val="Titlu1"/>
        <w:rPr>
          <w:rFonts w:ascii="Times New Roman" w:hAnsi="Times New Roman" w:cs="Times New Roman"/>
          <w:sz w:val="28"/>
        </w:rPr>
      </w:pPr>
      <w:r w:rsidRPr="00CF32CA">
        <w:rPr>
          <w:rFonts w:ascii="Times New Roman" w:hAnsi="Times New Roman" w:cs="Times New Roman"/>
          <w:sz w:val="28"/>
        </w:rPr>
        <w:t xml:space="preserve">5. </w:t>
      </w:r>
      <w:proofErr w:type="spellStart"/>
      <w:r w:rsidRPr="00CF32CA">
        <w:rPr>
          <w:rFonts w:ascii="Times New Roman" w:hAnsi="Times New Roman" w:cs="Times New Roman"/>
          <w:sz w:val="28"/>
        </w:rPr>
        <w:t>Particularitățile</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amplasamentului</w:t>
      </w:r>
      <w:proofErr w:type="spellEnd"/>
    </w:p>
    <w:p w14:paraId="14C061F0"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a) </w:t>
      </w:r>
      <w:proofErr w:type="spellStart"/>
      <w:r w:rsidRPr="00CF32CA">
        <w:rPr>
          <w:rFonts w:ascii="Times New Roman" w:hAnsi="Times New Roman" w:cs="Times New Roman"/>
          <w:sz w:val="28"/>
          <w:szCs w:val="28"/>
        </w:rPr>
        <w:t>Localizare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suprafață</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și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dimensiuni</w:t>
      </w:r>
      <w:proofErr w:type="spellEnd"/>
    </w:p>
    <w:p w14:paraId="3379E139" w14:textId="77777777" w:rsidR="004B6060" w:rsidRPr="00CF32CA" w:rsidRDefault="00D51161">
      <w:pPr>
        <w:rPr>
          <w:rFonts w:cs="Times New Roman"/>
          <w:sz w:val="28"/>
          <w:szCs w:val="28"/>
        </w:rPr>
      </w:pPr>
      <w:r>
        <w:rPr>
          <w:rFonts w:eastAsia="Times New Roman" w:cs="Times New Roman"/>
          <w:sz w:val="28"/>
          <w:szCs w:val="28"/>
        </w:rPr>
        <w:t>Pista este amplasată în cadrul imobilului Complex sportiv - Stadionul „Milcov”, situat în municipiul Focșani, str. Aleea Stadionului nr. 2, în jurul terenului principal. Denumirea investiției se păstrează exact conform listei aprobate. Suprafața efectivă, lungimile, razele, lățimile și numărul de culoare vor fi confirmate prin ridicare topografică și măsurători, fără extinderea nefundamentată a intervenției.</w:t>
      </w:r>
    </w:p>
    <w:p w14:paraId="65C2188D"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b) </w:t>
      </w:r>
      <w:proofErr w:type="spellStart"/>
      <w:r w:rsidRPr="00CF32CA">
        <w:rPr>
          <w:rFonts w:ascii="Times New Roman" w:hAnsi="Times New Roman" w:cs="Times New Roman"/>
          <w:sz w:val="28"/>
          <w:szCs w:val="28"/>
        </w:rPr>
        <w:t>Relații</w:t>
      </w:r>
      <w:proofErr w:type="spellEnd"/>
      <w:r w:rsidRPr="00CF32CA">
        <w:rPr>
          <w:rFonts w:ascii="Times New Roman" w:hAnsi="Times New Roman" w:cs="Times New Roman"/>
          <w:sz w:val="28"/>
          <w:szCs w:val="28"/>
        </w:rPr>
        <w:t xml:space="preserve"> cu </w:t>
      </w:r>
      <w:proofErr w:type="spellStart"/>
      <w:r w:rsidRPr="00CF32CA">
        <w:rPr>
          <w:rFonts w:ascii="Times New Roman" w:hAnsi="Times New Roman" w:cs="Times New Roman"/>
          <w:sz w:val="28"/>
          <w:szCs w:val="28"/>
        </w:rPr>
        <w:t>vecinătățile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și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accesuri</w:t>
      </w:r>
      <w:proofErr w:type="spellEnd"/>
    </w:p>
    <w:p w14:paraId="6234D90C" w14:textId="77777777" w:rsidR="004B6060" w:rsidRPr="00CF32CA" w:rsidRDefault="00D51161">
      <w:pPr>
        <w:rPr>
          <w:rFonts w:cs="Times New Roman"/>
          <w:sz w:val="28"/>
          <w:szCs w:val="28"/>
        </w:rPr>
      </w:pPr>
      <w:r>
        <w:rPr>
          <w:rFonts w:eastAsia="Times New Roman" w:cs="Times New Roman"/>
          <w:sz w:val="28"/>
          <w:szCs w:val="28"/>
        </w:rPr>
        <w:t>Accesul la imobilul Complex sportiv - Stadionul „Milcov” se realizează din Aleea Stadionului, pe căile existente. Organizarea lucrărilor va menține accesul pentru intervenții, exploatarea în siguranță a zonelor neafectate și va evita blocarea accesului comun reglementat prin actul de administrare.</w:t>
      </w:r>
    </w:p>
    <w:p w14:paraId="20779CEB"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c) </w:t>
      </w:r>
      <w:proofErr w:type="spellStart"/>
      <w:r w:rsidRPr="00CF32CA">
        <w:rPr>
          <w:rFonts w:ascii="Times New Roman" w:hAnsi="Times New Roman" w:cs="Times New Roman"/>
          <w:sz w:val="28"/>
          <w:szCs w:val="28"/>
        </w:rPr>
        <w:t>Surse</w:t>
      </w:r>
      <w:proofErr w:type="spellEnd"/>
      <w:r w:rsidRPr="00CF32CA">
        <w:rPr>
          <w:rFonts w:ascii="Times New Roman" w:hAnsi="Times New Roman" w:cs="Times New Roman"/>
          <w:sz w:val="28"/>
          <w:szCs w:val="28"/>
        </w:rPr>
        <w:t xml:space="preserve"> de </w:t>
      </w:r>
      <w:proofErr w:type="spellStart"/>
      <w:r w:rsidRPr="00CF32CA">
        <w:rPr>
          <w:rFonts w:ascii="Times New Roman" w:hAnsi="Times New Roman" w:cs="Times New Roman"/>
          <w:sz w:val="28"/>
          <w:szCs w:val="28"/>
        </w:rPr>
        <w:t>poluare</w:t>
      </w:r>
      <w:proofErr w:type="spellEnd"/>
    </w:p>
    <w:p w14:paraId="27CBAB01" w14:textId="77777777" w:rsidR="004B6060" w:rsidRPr="00CF32CA" w:rsidRDefault="00D51161">
      <w:pPr>
        <w:rPr>
          <w:rFonts w:cs="Times New Roman"/>
          <w:sz w:val="28"/>
          <w:szCs w:val="28"/>
        </w:rPr>
      </w:pPr>
      <w:r w:rsidRPr="00CF32CA">
        <w:rPr>
          <w:rFonts w:eastAsia="Times New Roman" w:cs="Times New Roman"/>
          <w:sz w:val="28"/>
          <w:szCs w:val="28"/>
        </w:rPr>
        <w:t xml:space="preserve">Nu au </w:t>
      </w:r>
      <w:proofErr w:type="spellStart"/>
      <w:r w:rsidRPr="00CF32CA">
        <w:rPr>
          <w:rFonts w:eastAsia="Times New Roman" w:cs="Times New Roman"/>
          <w:sz w:val="28"/>
          <w:szCs w:val="28"/>
        </w:rPr>
        <w:t>fost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identificate</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nivelul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preliminare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surse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speciale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poluare</w:t>
      </w:r>
      <w:proofErr w:type="spellEnd"/>
      <w:r w:rsidRPr="00CF32CA">
        <w:rPr>
          <w:rFonts w:eastAsia="Times New Roman" w:cs="Times New Roman"/>
          <w:sz w:val="28"/>
          <w:szCs w:val="28"/>
        </w:rPr>
        <w:t xml:space="preserve"> care </w:t>
      </w:r>
      <w:proofErr w:type="spellStart"/>
      <w:r w:rsidRPr="00CF32CA">
        <w:rPr>
          <w:rFonts w:eastAsia="Times New Roman" w:cs="Times New Roman"/>
          <w:sz w:val="28"/>
          <w:szCs w:val="28"/>
        </w:rPr>
        <w:t>să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împiedice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execuție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apărea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temporar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praf</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zgomot</w:t>
      </w:r>
      <w:proofErr w:type="spellEnd"/>
      <w:r w:rsidRPr="00CF32CA">
        <w:rPr>
          <w:rFonts w:eastAsia="Times New Roman" w:cs="Times New Roman"/>
          <w:sz w:val="28"/>
          <w:szCs w:val="28"/>
        </w:rPr>
        <w:t xml:space="preserve">, transport de </w:t>
      </w:r>
      <w:proofErr w:type="spellStart"/>
      <w:r w:rsidRPr="00CF32CA">
        <w:rPr>
          <w:rFonts w:eastAsia="Times New Roman" w:cs="Times New Roman"/>
          <w:sz w:val="28"/>
          <w:szCs w:val="28"/>
        </w:rPr>
        <w:t>materiale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deșeuri</w:t>
      </w:r>
      <w:proofErr w:type="spellEnd"/>
      <w:r w:rsidRPr="00CF32CA">
        <w:rPr>
          <w:rFonts w:eastAsia="Times New Roman" w:cs="Times New Roman"/>
          <w:sz w:val="28"/>
          <w:szCs w:val="28"/>
        </w:rPr>
        <w:t xml:space="preserve">, care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gestionate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măsuri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protecție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un plan de </w:t>
      </w:r>
      <w:proofErr w:type="spellStart"/>
      <w:r w:rsidRPr="00CF32CA">
        <w:rPr>
          <w:rFonts w:eastAsia="Times New Roman" w:cs="Times New Roman"/>
          <w:sz w:val="28"/>
          <w:szCs w:val="28"/>
        </w:rPr>
        <w:t>organizare</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șantierului</w:t>
      </w:r>
      <w:proofErr w:type="spellEnd"/>
      <w:r w:rsidRPr="00CF32CA">
        <w:rPr>
          <w:rFonts w:eastAsia="Times New Roman" w:cs="Times New Roman"/>
          <w:sz w:val="28"/>
          <w:szCs w:val="28"/>
        </w:rPr>
        <w:t>.</w:t>
      </w:r>
    </w:p>
    <w:p w14:paraId="4B6C11B7"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d) </w:t>
      </w:r>
      <w:proofErr w:type="spellStart"/>
      <w:r w:rsidRPr="00CF32CA">
        <w:rPr>
          <w:rFonts w:ascii="Times New Roman" w:hAnsi="Times New Roman" w:cs="Times New Roman"/>
          <w:sz w:val="28"/>
          <w:szCs w:val="28"/>
        </w:rPr>
        <w:t>Particularități</w:t>
      </w:r>
      <w:proofErr w:type="spellEnd"/>
      <w:r w:rsidRPr="00CF32CA">
        <w:rPr>
          <w:rFonts w:ascii="Times New Roman" w:hAnsi="Times New Roman" w:cs="Times New Roman"/>
          <w:sz w:val="28"/>
          <w:szCs w:val="28"/>
        </w:rPr>
        <w:t xml:space="preserve"> de relief</w:t>
      </w:r>
    </w:p>
    <w:p w14:paraId="0BF076D8" w14:textId="77777777" w:rsidR="004B6060" w:rsidRPr="00CF32CA" w:rsidRDefault="00D51161">
      <w:pPr>
        <w:rPr>
          <w:rFonts w:cs="Times New Roman"/>
          <w:sz w:val="28"/>
          <w:szCs w:val="28"/>
        </w:rPr>
      </w:pPr>
      <w:proofErr w:type="spellStart"/>
      <w:r w:rsidRPr="00CF32CA">
        <w:rPr>
          <w:rFonts w:eastAsia="Times New Roman" w:cs="Times New Roman"/>
          <w:sz w:val="28"/>
          <w:szCs w:val="28"/>
        </w:rPr>
        <w:t>Amplasamentul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este</w:t>
      </w:r>
      <w:proofErr w:type="spellEnd"/>
      <w:r w:rsidRPr="00CF32CA">
        <w:rPr>
          <w:rFonts w:eastAsia="Times New Roman" w:cs="Times New Roman"/>
          <w:sz w:val="28"/>
          <w:szCs w:val="28"/>
        </w:rPr>
        <w:t xml:space="preserve"> specific </w:t>
      </w:r>
      <w:proofErr w:type="spellStart"/>
      <w:r w:rsidRPr="00CF32CA">
        <w:rPr>
          <w:rFonts w:eastAsia="Times New Roman" w:cs="Times New Roman"/>
          <w:sz w:val="28"/>
          <w:szCs w:val="28"/>
        </w:rPr>
        <w:t>unei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amenajări</w:t>
      </w:r>
      <w:proofErr w:type="spellEnd"/>
      <w:r w:rsidRPr="00CF32CA">
        <w:rPr>
          <w:rFonts w:eastAsia="Times New Roman" w:cs="Times New Roman"/>
          <w:sz w:val="28"/>
          <w:szCs w:val="28"/>
        </w:rPr>
        <w:t xml:space="preserve"> sportive plane. </w:t>
      </w:r>
      <w:proofErr w:type="spellStart"/>
      <w:r w:rsidRPr="00CF32CA">
        <w:rPr>
          <w:rFonts w:eastAsia="Times New Roman" w:cs="Times New Roman"/>
          <w:sz w:val="28"/>
          <w:szCs w:val="28"/>
        </w:rPr>
        <w:t>Cotele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pantele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longitudinale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transversale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zonele</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tasări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traseele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naturale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scurgere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verificate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topografic</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corelate cu </w:t>
      </w:r>
      <w:proofErr w:type="spellStart"/>
      <w:r w:rsidRPr="00CF32CA">
        <w:rPr>
          <w:rFonts w:eastAsia="Times New Roman" w:cs="Times New Roman"/>
          <w:sz w:val="28"/>
          <w:szCs w:val="28"/>
        </w:rPr>
        <w:t>cerințele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suprafeței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sintetice</w:t>
      </w:r>
      <w:proofErr w:type="spellEnd"/>
      <w:r w:rsidRPr="00CF32CA">
        <w:rPr>
          <w:rFonts w:eastAsia="Times New Roman" w:cs="Times New Roman"/>
          <w:sz w:val="28"/>
          <w:szCs w:val="28"/>
        </w:rPr>
        <w:t>.</w:t>
      </w:r>
    </w:p>
    <w:p w14:paraId="230BFC62"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lastRenderedPageBreak/>
        <w:t xml:space="preserve">e) </w:t>
      </w:r>
      <w:proofErr w:type="spellStart"/>
      <w:r w:rsidRPr="00CF32CA">
        <w:rPr>
          <w:rFonts w:ascii="Times New Roman" w:hAnsi="Times New Roman" w:cs="Times New Roman"/>
          <w:sz w:val="28"/>
          <w:szCs w:val="28"/>
        </w:rPr>
        <w:t>Echiparea</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tehnico-edilitară</w:t>
      </w:r>
      <w:proofErr w:type="spellEnd"/>
    </w:p>
    <w:p w14:paraId="1DDE131F" w14:textId="77777777" w:rsidR="004B6060" w:rsidRPr="00CF32CA" w:rsidRDefault="00D51161">
      <w:pPr>
        <w:rPr>
          <w:rFonts w:cs="Times New Roman"/>
          <w:sz w:val="28"/>
          <w:szCs w:val="28"/>
        </w:rPr>
      </w:pPr>
      <w:r>
        <w:rPr>
          <w:rFonts w:eastAsia="Times New Roman" w:cs="Times New Roman"/>
          <w:sz w:val="28"/>
          <w:szCs w:val="28"/>
        </w:rPr>
        <w:t>Imobilul Complex sportiv - Stadionul „Milcov” dispune de utilități și amenajări existente. Pentru pistă este esențială verificarea colectării și evacuării apelor pluviale; proiectantul va stabili dacă sunt necesare reparații, extinderi sau racordări la sistemele existente.</w:t>
      </w:r>
    </w:p>
    <w:p w14:paraId="6B9045BB"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f) </w:t>
      </w:r>
      <w:proofErr w:type="spellStart"/>
      <w:r w:rsidRPr="00CF32CA">
        <w:rPr>
          <w:rFonts w:ascii="Times New Roman" w:hAnsi="Times New Roman" w:cs="Times New Roman"/>
          <w:sz w:val="28"/>
          <w:szCs w:val="28"/>
        </w:rPr>
        <w:t>Rețele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edilitare</w:t>
      </w:r>
      <w:proofErr w:type="spellEnd"/>
    </w:p>
    <w:p w14:paraId="18CFFCFD" w14:textId="77777777" w:rsidR="004B6060" w:rsidRPr="00CF32CA" w:rsidRDefault="00D51161">
      <w:pPr>
        <w:rPr>
          <w:rFonts w:cs="Times New Roman"/>
          <w:sz w:val="28"/>
          <w:szCs w:val="28"/>
        </w:rPr>
      </w:pPr>
      <w:proofErr w:type="spellStart"/>
      <w:r w:rsidRPr="00CF32CA">
        <w:rPr>
          <w:rFonts w:eastAsia="Times New Roman" w:cs="Times New Roman"/>
          <w:sz w:val="28"/>
          <w:szCs w:val="28"/>
        </w:rPr>
        <w:t>Poziția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rețelelor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subterane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supraterane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identificată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deținătorilor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ridicare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topografică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dacă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este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necesar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investigații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teren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Soluția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evita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afectarea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rețelelor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sau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prevedea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protejarea</w:t>
      </w:r>
      <w:proofErr w:type="spellEnd"/>
      <w:r w:rsidRPr="00CF32CA">
        <w:rPr>
          <w:rFonts w:eastAsia="Times New Roman" w:cs="Times New Roman"/>
          <w:sz w:val="28"/>
          <w:szCs w:val="28"/>
        </w:rPr>
        <w:t>/</w:t>
      </w:r>
      <w:proofErr w:type="spellStart"/>
      <w:r w:rsidRPr="00CF32CA">
        <w:rPr>
          <w:rFonts w:eastAsia="Times New Roman" w:cs="Times New Roman"/>
          <w:sz w:val="28"/>
          <w:szCs w:val="28"/>
        </w:rPr>
        <w:t>relocarea</w:t>
      </w:r>
      <w:proofErr w:type="spellEnd"/>
      <w:r w:rsidRPr="00CF32CA">
        <w:rPr>
          <w:rFonts w:eastAsia="Times New Roman" w:cs="Times New Roman"/>
          <w:sz w:val="28"/>
          <w:szCs w:val="28"/>
        </w:rPr>
        <w:t xml:space="preserve"> lor </w:t>
      </w:r>
      <w:proofErr w:type="spellStart"/>
      <w:r w:rsidRPr="00CF32CA">
        <w:rPr>
          <w:rFonts w:eastAsia="Times New Roman" w:cs="Times New Roman"/>
          <w:sz w:val="28"/>
          <w:szCs w:val="28"/>
        </w:rPr>
        <w:t>numai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baza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avizelor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competente</w:t>
      </w:r>
      <w:proofErr w:type="spellEnd"/>
      <w:r w:rsidRPr="00CF32CA">
        <w:rPr>
          <w:rFonts w:eastAsia="Times New Roman" w:cs="Times New Roman"/>
          <w:sz w:val="28"/>
          <w:szCs w:val="28"/>
        </w:rPr>
        <w:t>.</w:t>
      </w:r>
    </w:p>
    <w:p w14:paraId="7E2938AB"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g) </w:t>
      </w:r>
      <w:proofErr w:type="spellStart"/>
      <w:r w:rsidRPr="00CF32CA">
        <w:rPr>
          <w:rFonts w:ascii="Times New Roman" w:hAnsi="Times New Roman" w:cs="Times New Roman"/>
          <w:sz w:val="28"/>
          <w:szCs w:val="28"/>
        </w:rPr>
        <w:t>Servituți</w:t>
      </w:r>
      <w:proofErr w:type="spellEnd"/>
    </w:p>
    <w:p w14:paraId="0E6FF242" w14:textId="77777777" w:rsidR="004B6060" w:rsidRPr="00CF32CA" w:rsidRDefault="00D51161">
      <w:pPr>
        <w:rPr>
          <w:rFonts w:cs="Times New Roman"/>
          <w:sz w:val="28"/>
          <w:szCs w:val="28"/>
        </w:rPr>
      </w:pPr>
      <w:r w:rsidRPr="00CF32CA">
        <w:rPr>
          <w:rFonts w:eastAsia="Times New Roman" w:cs="Times New Roman"/>
          <w:sz w:val="28"/>
          <w:szCs w:val="28"/>
        </w:rPr>
        <w:t xml:space="preserve">Nu sunt </w:t>
      </w:r>
      <w:proofErr w:type="spellStart"/>
      <w:r w:rsidRPr="00CF32CA">
        <w:rPr>
          <w:rFonts w:eastAsia="Times New Roman" w:cs="Times New Roman"/>
          <w:sz w:val="28"/>
          <w:szCs w:val="28"/>
        </w:rPr>
        <w:t>cunoscute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servituți</w:t>
      </w:r>
      <w:proofErr w:type="spellEnd"/>
      <w:r w:rsidRPr="00CF32CA">
        <w:rPr>
          <w:rFonts w:eastAsia="Times New Roman" w:cs="Times New Roman"/>
          <w:sz w:val="28"/>
          <w:szCs w:val="28"/>
        </w:rPr>
        <w:t xml:space="preserve"> care </w:t>
      </w:r>
      <w:proofErr w:type="spellStart"/>
      <w:r w:rsidRPr="00CF32CA">
        <w:rPr>
          <w:rFonts w:eastAsia="Times New Roman" w:cs="Times New Roman"/>
          <w:sz w:val="28"/>
          <w:szCs w:val="28"/>
        </w:rPr>
        <w:t>să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împiedice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realizarea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Proiectantul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verifica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extrasele</w:t>
      </w:r>
      <w:proofErr w:type="spellEnd"/>
      <w:r w:rsidRPr="00CF32CA">
        <w:rPr>
          <w:rFonts w:eastAsia="Times New Roman" w:cs="Times New Roman"/>
          <w:sz w:val="28"/>
          <w:szCs w:val="28"/>
        </w:rPr>
        <w:t xml:space="preserve"> de carte </w:t>
      </w:r>
      <w:proofErr w:type="spellStart"/>
      <w:r w:rsidRPr="00CF32CA">
        <w:rPr>
          <w:rFonts w:eastAsia="Times New Roman" w:cs="Times New Roman"/>
          <w:sz w:val="28"/>
          <w:szCs w:val="28"/>
        </w:rPr>
        <w:t>funciară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actualizate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accesul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comun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orice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alte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sarcini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sau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condiționări</w:t>
      </w:r>
      <w:proofErr w:type="spellEnd"/>
      <w:r w:rsidRPr="00CF32CA">
        <w:rPr>
          <w:rFonts w:eastAsia="Times New Roman" w:cs="Times New Roman"/>
          <w:sz w:val="28"/>
          <w:szCs w:val="28"/>
        </w:rPr>
        <w:t>.</w:t>
      </w:r>
    </w:p>
    <w:p w14:paraId="77AD8472"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h) </w:t>
      </w:r>
      <w:proofErr w:type="spellStart"/>
      <w:r w:rsidRPr="00CF32CA">
        <w:rPr>
          <w:rFonts w:ascii="Times New Roman" w:hAnsi="Times New Roman" w:cs="Times New Roman"/>
          <w:sz w:val="28"/>
          <w:szCs w:val="28"/>
        </w:rPr>
        <w:t>Condiționări</w:t>
      </w:r>
      <w:proofErr w:type="spellEnd"/>
      <w:r w:rsidRPr="00CF32CA">
        <w:rPr>
          <w:rFonts w:ascii="Times New Roman" w:hAnsi="Times New Roman" w:cs="Times New Roman"/>
          <w:sz w:val="28"/>
          <w:szCs w:val="28"/>
        </w:rPr>
        <w:t xml:space="preserve"> constructive</w:t>
      </w:r>
    </w:p>
    <w:p w14:paraId="56BF0BA3" w14:textId="77777777" w:rsidR="004B6060" w:rsidRPr="00CF32CA" w:rsidRDefault="00D51161">
      <w:pPr>
        <w:rPr>
          <w:rFonts w:cs="Times New Roman"/>
          <w:sz w:val="28"/>
          <w:szCs w:val="28"/>
        </w:rPr>
      </w:pPr>
      <w:proofErr w:type="spellStart"/>
      <w:r w:rsidRPr="00CF32CA">
        <w:rPr>
          <w:rFonts w:eastAsia="Times New Roman" w:cs="Times New Roman"/>
          <w:sz w:val="28"/>
          <w:szCs w:val="28"/>
        </w:rPr>
        <w:t>Lucrările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trebuie</w:t>
      </w:r>
      <w:proofErr w:type="spellEnd"/>
      <w:r w:rsidRPr="00CF32CA">
        <w:rPr>
          <w:rFonts w:eastAsia="Times New Roman" w:cs="Times New Roman"/>
          <w:sz w:val="28"/>
          <w:szCs w:val="28"/>
        </w:rPr>
        <w:t xml:space="preserve"> corelate cu </w:t>
      </w:r>
      <w:proofErr w:type="spellStart"/>
      <w:r w:rsidRPr="00CF32CA">
        <w:rPr>
          <w:rFonts w:eastAsia="Times New Roman" w:cs="Times New Roman"/>
          <w:sz w:val="28"/>
          <w:szCs w:val="28"/>
        </w:rPr>
        <w:t>terenul</w:t>
      </w:r>
      <w:proofErr w:type="spellEnd"/>
      <w:r w:rsidRPr="00CF32CA">
        <w:rPr>
          <w:rFonts w:eastAsia="Times New Roman" w:cs="Times New Roman"/>
          <w:sz w:val="28"/>
          <w:szCs w:val="28"/>
        </w:rPr>
        <w:t xml:space="preserve"> principal, </w:t>
      </w:r>
      <w:proofErr w:type="spellStart"/>
      <w:r w:rsidRPr="00CF32CA">
        <w:rPr>
          <w:rFonts w:eastAsia="Times New Roman" w:cs="Times New Roman"/>
          <w:sz w:val="28"/>
          <w:szCs w:val="28"/>
        </w:rPr>
        <w:t>bordurile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drenajul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instalațiile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circulațiile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existente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Intervenția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asupra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straturilor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actuale</w:t>
      </w:r>
      <w:proofErr w:type="spellEnd"/>
      <w:r w:rsidRPr="00CF32CA">
        <w:rPr>
          <w:rFonts w:eastAsia="Times New Roman" w:cs="Times New Roman"/>
          <w:sz w:val="28"/>
          <w:szCs w:val="28"/>
        </w:rPr>
        <w:t xml:space="preserve"> se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stabili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exclusiv</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după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diagnosticarea</w:t>
      </w:r>
      <w:proofErr w:type="spellEnd"/>
      <w:r w:rsidRPr="00CF32CA">
        <w:rPr>
          <w:rFonts w:eastAsia="Times New Roman" w:cs="Times New Roman"/>
          <w:sz w:val="28"/>
          <w:szCs w:val="28"/>
        </w:rPr>
        <w:t xml:space="preserve"> lor, </w:t>
      </w:r>
      <w:proofErr w:type="spellStart"/>
      <w:r w:rsidRPr="00CF32CA">
        <w:rPr>
          <w:rFonts w:eastAsia="Times New Roman" w:cs="Times New Roman"/>
          <w:sz w:val="28"/>
          <w:szCs w:val="28"/>
        </w:rPr>
        <w:t>fără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acoperirea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directă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unui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suport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necorespunzător</w:t>
      </w:r>
      <w:proofErr w:type="spellEnd"/>
      <w:r w:rsidRPr="00CF32CA">
        <w:rPr>
          <w:rFonts w:eastAsia="Times New Roman" w:cs="Times New Roman"/>
          <w:sz w:val="28"/>
          <w:szCs w:val="28"/>
        </w:rPr>
        <w:t>.</w:t>
      </w:r>
    </w:p>
    <w:p w14:paraId="7A2E60BA" w14:textId="77777777" w:rsidR="004B6060" w:rsidRPr="00CF32CA" w:rsidRDefault="00D51161">
      <w:pPr>
        <w:pStyle w:val="Titlu2"/>
        <w:rPr>
          <w:rFonts w:ascii="Times New Roman" w:hAnsi="Times New Roman" w:cs="Times New Roman"/>
          <w:sz w:val="28"/>
          <w:szCs w:val="28"/>
        </w:rPr>
      </w:pPr>
      <w:proofErr w:type="spellStart"/>
      <w:r w:rsidRPr="00CF32CA">
        <w:rPr>
          <w:rFonts w:ascii="Times New Roman" w:hAnsi="Times New Roman" w:cs="Times New Roman"/>
          <w:sz w:val="28"/>
          <w:szCs w:val="28"/>
        </w:rPr>
        <w:t>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Reglementări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urbanistice</w:t>
      </w:r>
      <w:proofErr w:type="spellEnd"/>
    </w:p>
    <w:p w14:paraId="6041AAB7" w14:textId="77777777" w:rsidR="004B6060" w:rsidRPr="00CF32CA" w:rsidRDefault="00D51161">
      <w:pPr>
        <w:rPr>
          <w:rFonts w:cs="Times New Roman"/>
          <w:sz w:val="28"/>
          <w:szCs w:val="28"/>
        </w:rPr>
      </w:pPr>
      <w:r w:rsidRPr="00CF32CA">
        <w:rPr>
          <w:rFonts w:eastAsia="Times New Roman" w:cs="Times New Roman"/>
          <w:sz w:val="28"/>
          <w:szCs w:val="28"/>
        </w:rPr>
        <w:t xml:space="preserve">Se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solicita</w:t>
      </w:r>
      <w:proofErr w:type="spellEnd"/>
      <w:r w:rsidRPr="00CF32CA">
        <w:rPr>
          <w:rFonts w:eastAsia="Times New Roman" w:cs="Times New Roman"/>
          <w:sz w:val="28"/>
          <w:szCs w:val="28"/>
        </w:rPr>
        <w:t xml:space="preserve"> un </w:t>
      </w:r>
      <w:proofErr w:type="spellStart"/>
      <w:r w:rsidRPr="00CF32CA">
        <w:rPr>
          <w:rFonts w:eastAsia="Times New Roman" w:cs="Times New Roman"/>
          <w:sz w:val="28"/>
          <w:szCs w:val="28"/>
        </w:rPr>
        <w:t>certificat</w:t>
      </w:r>
      <w:proofErr w:type="spellEnd"/>
      <w:r w:rsidRPr="00CF32CA">
        <w:rPr>
          <w:rFonts w:eastAsia="Times New Roman" w:cs="Times New Roman"/>
          <w:sz w:val="28"/>
          <w:szCs w:val="28"/>
        </w:rPr>
        <w:t xml:space="preserve"> de urbanism nou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obiectiv</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Proiectantul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respecta</w:t>
      </w:r>
      <w:proofErr w:type="spellEnd"/>
      <w:r w:rsidRPr="00CF32CA">
        <w:rPr>
          <w:rFonts w:eastAsia="Times New Roman" w:cs="Times New Roman"/>
          <w:sz w:val="28"/>
          <w:szCs w:val="28"/>
        </w:rPr>
        <w:t xml:space="preserve"> PUG/PUZ, </w:t>
      </w:r>
      <w:proofErr w:type="spellStart"/>
      <w:r w:rsidRPr="00CF32CA">
        <w:rPr>
          <w:rFonts w:eastAsia="Times New Roman" w:cs="Times New Roman"/>
          <w:sz w:val="28"/>
          <w:szCs w:val="28"/>
        </w:rPr>
        <w:t>regulamentul</w:t>
      </w:r>
      <w:proofErr w:type="spellEnd"/>
      <w:r w:rsidRPr="00CF32CA">
        <w:rPr>
          <w:rFonts w:eastAsia="Times New Roman" w:cs="Times New Roman"/>
          <w:sz w:val="28"/>
          <w:szCs w:val="28"/>
        </w:rPr>
        <w:t xml:space="preserve"> local de urbanism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toate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condițiile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avizele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acordurile</w:t>
      </w:r>
      <w:proofErr w:type="spellEnd"/>
      <w:r w:rsidRPr="00CF32CA">
        <w:rPr>
          <w:rFonts w:eastAsia="Times New Roman" w:cs="Times New Roman"/>
          <w:sz w:val="28"/>
          <w:szCs w:val="28"/>
        </w:rPr>
        <w:t xml:space="preserve"> indicate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certificatul</w:t>
      </w:r>
      <w:proofErr w:type="spellEnd"/>
      <w:r w:rsidRPr="00CF32CA">
        <w:rPr>
          <w:rFonts w:eastAsia="Times New Roman" w:cs="Times New Roman"/>
          <w:sz w:val="28"/>
          <w:szCs w:val="28"/>
        </w:rPr>
        <w:t xml:space="preserve"> de urbanism.</w:t>
      </w:r>
    </w:p>
    <w:p w14:paraId="523F2517"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j) </w:t>
      </w:r>
      <w:proofErr w:type="spellStart"/>
      <w:r w:rsidRPr="00CF32CA">
        <w:rPr>
          <w:rFonts w:ascii="Times New Roman" w:hAnsi="Times New Roman" w:cs="Times New Roman"/>
          <w:sz w:val="28"/>
          <w:szCs w:val="28"/>
        </w:rPr>
        <w:t>Patrimoniu</w:t>
      </w:r>
      <w:proofErr w:type="spellEnd"/>
      <w:r w:rsidRPr="00CF32CA">
        <w:rPr>
          <w:rFonts w:ascii="Times New Roman" w:hAnsi="Times New Roman" w:cs="Times New Roman"/>
          <w:sz w:val="28"/>
          <w:szCs w:val="28"/>
        </w:rPr>
        <w:t xml:space="preserve"> cultural </w:t>
      </w:r>
      <w:proofErr w:type="spellStart"/>
      <w:r w:rsidRPr="00CF32CA">
        <w:rPr>
          <w:rFonts w:ascii="Times New Roman" w:hAnsi="Times New Roman" w:cs="Times New Roman"/>
          <w:sz w:val="28"/>
          <w:szCs w:val="28"/>
        </w:rPr>
        <w:t>și</w:t>
      </w:r>
      <w:proofErr w:type="spellEnd"/>
      <w:r w:rsidRPr="00CF32CA">
        <w:rPr>
          <w:rFonts w:ascii="Times New Roman" w:hAnsi="Times New Roman" w:cs="Times New Roman"/>
          <w:sz w:val="28"/>
          <w:szCs w:val="28"/>
        </w:rPr>
        <w:t xml:space="preserve"> zone </w:t>
      </w:r>
      <w:proofErr w:type="spellStart"/>
      <w:r w:rsidRPr="00CF32CA">
        <w:rPr>
          <w:rFonts w:ascii="Times New Roman" w:hAnsi="Times New Roman" w:cs="Times New Roman"/>
          <w:sz w:val="28"/>
          <w:szCs w:val="28"/>
        </w:rPr>
        <w:t>protejate</w:t>
      </w:r>
      <w:proofErr w:type="spellEnd"/>
    </w:p>
    <w:p w14:paraId="5B7ED1CC" w14:textId="77777777" w:rsidR="004B6060" w:rsidRPr="00CF32CA" w:rsidRDefault="00D51161">
      <w:pPr>
        <w:rPr>
          <w:rFonts w:cs="Times New Roman"/>
          <w:sz w:val="28"/>
          <w:szCs w:val="28"/>
        </w:rPr>
      </w:pPr>
      <w:r w:rsidRPr="00CF32CA">
        <w:rPr>
          <w:rFonts w:eastAsia="Times New Roman" w:cs="Times New Roman"/>
          <w:sz w:val="28"/>
          <w:szCs w:val="28"/>
        </w:rPr>
        <w:t xml:space="preserve">Din </w:t>
      </w:r>
      <w:proofErr w:type="spellStart"/>
      <w:r w:rsidRPr="00CF32CA">
        <w:rPr>
          <w:rFonts w:eastAsia="Times New Roman" w:cs="Times New Roman"/>
          <w:sz w:val="28"/>
          <w:szCs w:val="28"/>
        </w:rPr>
        <w:t>documentele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analizate</w:t>
      </w:r>
      <w:proofErr w:type="spellEnd"/>
      <w:r w:rsidRPr="00CF32CA">
        <w:rPr>
          <w:rFonts w:eastAsia="Times New Roman" w:cs="Times New Roman"/>
          <w:sz w:val="28"/>
          <w:szCs w:val="28"/>
        </w:rPr>
        <w:t xml:space="preserve"> nu </w:t>
      </w:r>
      <w:proofErr w:type="spellStart"/>
      <w:r w:rsidRPr="00CF32CA">
        <w:rPr>
          <w:rFonts w:eastAsia="Times New Roman" w:cs="Times New Roman"/>
          <w:sz w:val="28"/>
          <w:szCs w:val="28"/>
        </w:rPr>
        <w:t>rezultă</w:t>
      </w:r>
      <w:proofErr w:type="spellEnd"/>
      <w:r w:rsidRPr="00CF32CA">
        <w:rPr>
          <w:rFonts w:eastAsia="Times New Roman" w:cs="Times New Roman"/>
          <w:sz w:val="28"/>
          <w:szCs w:val="28"/>
        </w:rPr>
        <w:t xml:space="preserve"> o </w:t>
      </w:r>
      <w:proofErr w:type="spellStart"/>
      <w:r w:rsidRPr="00CF32CA">
        <w:rPr>
          <w:rFonts w:eastAsia="Times New Roman" w:cs="Times New Roman"/>
          <w:sz w:val="28"/>
          <w:szCs w:val="28"/>
        </w:rPr>
        <w:t>clasare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individuală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pistei</w:t>
      </w:r>
      <w:proofErr w:type="spellEnd"/>
      <w:r w:rsidRPr="00CF32CA">
        <w:rPr>
          <w:rFonts w:eastAsia="Times New Roman" w:cs="Times New Roman"/>
          <w:sz w:val="28"/>
          <w:szCs w:val="28"/>
        </w:rPr>
        <w:t xml:space="preserve"> ca monument </w:t>
      </w:r>
      <w:proofErr w:type="spellStart"/>
      <w:r w:rsidRPr="00CF32CA">
        <w:rPr>
          <w:rFonts w:eastAsia="Times New Roman" w:cs="Times New Roman"/>
          <w:sz w:val="28"/>
          <w:szCs w:val="28"/>
        </w:rPr>
        <w:t>istoric</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Situația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amplasamentului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față</w:t>
      </w:r>
      <w:proofErr w:type="spellEnd"/>
      <w:r w:rsidRPr="00CF32CA">
        <w:rPr>
          <w:rFonts w:eastAsia="Times New Roman" w:cs="Times New Roman"/>
          <w:sz w:val="28"/>
          <w:szCs w:val="28"/>
        </w:rPr>
        <w:t xml:space="preserve"> de zone </w:t>
      </w:r>
      <w:proofErr w:type="spellStart"/>
      <w:r w:rsidRPr="00CF32CA">
        <w:rPr>
          <w:rFonts w:eastAsia="Times New Roman" w:cs="Times New Roman"/>
          <w:sz w:val="28"/>
          <w:szCs w:val="28"/>
        </w:rPr>
        <w:t>construite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protejate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situri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arheologice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sau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alte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restricții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confirmată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certificatul</w:t>
      </w:r>
      <w:proofErr w:type="spellEnd"/>
      <w:r w:rsidRPr="00CF32CA">
        <w:rPr>
          <w:rFonts w:eastAsia="Times New Roman" w:cs="Times New Roman"/>
          <w:sz w:val="28"/>
          <w:szCs w:val="28"/>
        </w:rPr>
        <w:t xml:space="preserve"> de urbanism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avizele</w:t>
      </w:r>
      <w:proofErr w:type="spellEnd"/>
      <w:r w:rsidRPr="00CF32CA">
        <w:rPr>
          <w:rFonts w:eastAsia="Times New Roman" w:cs="Times New Roman"/>
          <w:sz w:val="28"/>
          <w:szCs w:val="28"/>
        </w:rPr>
        <w:t xml:space="preserve"> solicitate.</w:t>
      </w:r>
    </w:p>
    <w:p w14:paraId="2B437546" w14:textId="77777777" w:rsidR="004B6060" w:rsidRPr="00CF32CA" w:rsidRDefault="00D51161">
      <w:pPr>
        <w:pStyle w:val="Titlu1"/>
        <w:rPr>
          <w:rFonts w:ascii="Times New Roman" w:hAnsi="Times New Roman" w:cs="Times New Roman"/>
          <w:sz w:val="28"/>
        </w:rPr>
      </w:pPr>
      <w:r w:rsidRPr="00CF32CA">
        <w:rPr>
          <w:rFonts w:ascii="Times New Roman" w:hAnsi="Times New Roman" w:cs="Times New Roman"/>
          <w:sz w:val="28"/>
        </w:rPr>
        <w:t xml:space="preserve">6. </w:t>
      </w:r>
      <w:proofErr w:type="spellStart"/>
      <w:r w:rsidRPr="00CF32CA">
        <w:rPr>
          <w:rFonts w:ascii="Times New Roman" w:hAnsi="Times New Roman" w:cs="Times New Roman"/>
          <w:sz w:val="28"/>
        </w:rPr>
        <w:t>Descrierea</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succintă</w:t>
      </w:r>
      <w:proofErr w:type="spellEnd"/>
      <w:r w:rsidRPr="00CF32CA">
        <w:rPr>
          <w:rFonts w:ascii="Times New Roman" w:hAnsi="Times New Roman" w:cs="Times New Roman"/>
          <w:sz w:val="28"/>
        </w:rPr>
        <w:t xml:space="preserve"> a </w:t>
      </w:r>
      <w:proofErr w:type="spellStart"/>
      <w:r w:rsidRPr="00CF32CA">
        <w:rPr>
          <w:rFonts w:ascii="Times New Roman" w:hAnsi="Times New Roman" w:cs="Times New Roman"/>
          <w:sz w:val="28"/>
        </w:rPr>
        <w:t>obiectivului</w:t>
      </w:r>
      <w:proofErr w:type="spellEnd"/>
      <w:r w:rsidRPr="00CF32CA">
        <w:rPr>
          <w:rFonts w:ascii="Times New Roman" w:hAnsi="Times New Roman" w:cs="Times New Roman"/>
          <w:sz w:val="28"/>
        </w:rPr>
        <w:t xml:space="preserve"> de </w:t>
      </w:r>
      <w:proofErr w:type="spellStart"/>
      <w:r w:rsidRPr="00CF32CA">
        <w:rPr>
          <w:rFonts w:ascii="Times New Roman" w:hAnsi="Times New Roman" w:cs="Times New Roman"/>
          <w:sz w:val="28"/>
        </w:rPr>
        <w:t>investiții</w:t>
      </w:r>
      <w:proofErr w:type="spellEnd"/>
    </w:p>
    <w:p w14:paraId="55F6C310"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a) </w:t>
      </w:r>
      <w:proofErr w:type="spellStart"/>
      <w:r w:rsidRPr="00CF32CA">
        <w:rPr>
          <w:rFonts w:ascii="Times New Roman" w:hAnsi="Times New Roman" w:cs="Times New Roman"/>
          <w:sz w:val="28"/>
          <w:szCs w:val="28"/>
        </w:rPr>
        <w:t>Destinație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și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funcțiuni</w:t>
      </w:r>
      <w:proofErr w:type="spellEnd"/>
    </w:p>
    <w:p w14:paraId="76A62556" w14:textId="77777777" w:rsidR="004B6060" w:rsidRPr="00CF32CA" w:rsidRDefault="00D51161">
      <w:pPr>
        <w:rPr>
          <w:rFonts w:cs="Times New Roman"/>
          <w:sz w:val="28"/>
          <w:szCs w:val="28"/>
        </w:rPr>
      </w:pPr>
      <w:proofErr w:type="spellStart"/>
      <w:r w:rsidRPr="00CF32CA">
        <w:rPr>
          <w:rFonts w:eastAsia="Times New Roman" w:cs="Times New Roman"/>
          <w:sz w:val="28"/>
          <w:szCs w:val="28"/>
        </w:rPr>
        <w:t>Obiectivul</w:t>
      </w:r>
      <w:proofErr w:type="spellEnd"/>
      <w:r w:rsidRPr="00CF32CA">
        <w:rPr>
          <w:rFonts w:eastAsia="Times New Roman" w:cs="Times New Roman"/>
          <w:sz w:val="28"/>
          <w:szCs w:val="28"/>
        </w:rPr>
        <w:t xml:space="preserve"> are </w:t>
      </w:r>
      <w:proofErr w:type="spellStart"/>
      <w:r w:rsidRPr="00CF32CA">
        <w:rPr>
          <w:rFonts w:eastAsia="Times New Roman" w:cs="Times New Roman"/>
          <w:sz w:val="28"/>
          <w:szCs w:val="28"/>
        </w:rPr>
        <w:t>destinația</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infrastructură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sportivă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alergare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pregătire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atletică</w:t>
      </w:r>
      <w:proofErr w:type="spellEnd"/>
      <w:r w:rsidRPr="00CF32CA">
        <w:rPr>
          <w:rFonts w:eastAsia="Times New Roman" w:cs="Times New Roman"/>
          <w:sz w:val="28"/>
          <w:szCs w:val="28"/>
        </w:rPr>
        <w:t xml:space="preserve">. Pista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deservi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sportivii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Clubului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structurile</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unitățile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învățământ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ceilalți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utilizatori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acceptați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potrivit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regulamentelor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bazei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fără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schimbarea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destinației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terenului</w:t>
      </w:r>
      <w:proofErr w:type="spellEnd"/>
      <w:r w:rsidRPr="00CF32CA">
        <w:rPr>
          <w:rFonts w:eastAsia="Times New Roman" w:cs="Times New Roman"/>
          <w:sz w:val="28"/>
          <w:szCs w:val="28"/>
        </w:rPr>
        <w:t>.</w:t>
      </w:r>
    </w:p>
    <w:p w14:paraId="5EF33CFE"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lastRenderedPageBreak/>
        <w:t xml:space="preserve">b) </w:t>
      </w:r>
      <w:proofErr w:type="spellStart"/>
      <w:r w:rsidRPr="00CF32CA">
        <w:rPr>
          <w:rFonts w:ascii="Times New Roman" w:hAnsi="Times New Roman" w:cs="Times New Roman"/>
          <w:sz w:val="28"/>
          <w:szCs w:val="28"/>
        </w:rPr>
        <w:t>Caracteristici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parametri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și</w:t>
      </w:r>
      <w:proofErr w:type="spellEnd"/>
      <w:r w:rsidRPr="00CF32CA">
        <w:rPr>
          <w:rFonts w:ascii="Times New Roman" w:hAnsi="Times New Roman" w:cs="Times New Roman"/>
          <w:sz w:val="28"/>
          <w:szCs w:val="28"/>
        </w:rPr>
        <w:t xml:space="preserve"> date </w:t>
      </w:r>
      <w:proofErr w:type="spellStart"/>
      <w:r w:rsidRPr="00CF32CA">
        <w:rPr>
          <w:rFonts w:ascii="Times New Roman" w:hAnsi="Times New Roman" w:cs="Times New Roman"/>
          <w:sz w:val="28"/>
          <w:szCs w:val="28"/>
        </w:rPr>
        <w:t>tehnice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preconizate</w:t>
      </w:r>
      <w:proofErr w:type="spellEnd"/>
    </w:p>
    <w:p w14:paraId="3477B3B7" w14:textId="77777777" w:rsidR="004B6060" w:rsidRPr="00CF32CA" w:rsidRDefault="00D51161">
      <w:pPr>
        <w:rPr>
          <w:rFonts w:cs="Times New Roman"/>
          <w:sz w:val="28"/>
          <w:szCs w:val="28"/>
        </w:rPr>
      </w:pPr>
      <w:proofErr w:type="spellStart"/>
      <w:r w:rsidRPr="00CF32CA">
        <w:rPr>
          <w:rFonts w:eastAsia="Times New Roman" w:cs="Times New Roman"/>
          <w:sz w:val="28"/>
          <w:szCs w:val="28"/>
        </w:rPr>
        <w:t>Investiția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presupune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modernizarea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pistei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existente</w:t>
      </w:r>
      <w:proofErr w:type="spellEnd"/>
      <w:r w:rsidRPr="00CF32CA">
        <w:rPr>
          <w:rFonts w:eastAsia="Times New Roman" w:cs="Times New Roman"/>
          <w:sz w:val="28"/>
          <w:szCs w:val="28"/>
        </w:rPr>
        <w:t xml:space="preserve"> din </w:t>
      </w:r>
      <w:proofErr w:type="spellStart"/>
      <w:r w:rsidRPr="00CF32CA">
        <w:rPr>
          <w:rFonts w:eastAsia="Times New Roman" w:cs="Times New Roman"/>
          <w:sz w:val="28"/>
          <w:szCs w:val="28"/>
        </w:rPr>
        <w:t>zgură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realizarea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infrastructuri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corespunzătoare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aplicarea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sistem</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suprafață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sintetică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atletism</w:t>
      </w:r>
      <w:proofErr w:type="spellEnd"/>
      <w:r w:rsidRPr="00CF32CA">
        <w:rPr>
          <w:rFonts w:eastAsia="Times New Roman" w:cs="Times New Roman"/>
          <w:sz w:val="28"/>
          <w:szCs w:val="28"/>
        </w:rPr>
        <w:t xml:space="preserve">, de tip tartan. </w:t>
      </w:r>
      <w:proofErr w:type="spellStart"/>
      <w:r w:rsidRPr="00CF32CA">
        <w:rPr>
          <w:rFonts w:eastAsia="Times New Roman" w:cs="Times New Roman"/>
          <w:sz w:val="28"/>
          <w:szCs w:val="28"/>
        </w:rPr>
        <w:t>Soluția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finală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stabilită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DALI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poate</w:t>
      </w:r>
      <w:proofErr w:type="spellEnd"/>
      <w:r w:rsidRPr="00CF32CA">
        <w:rPr>
          <w:rFonts w:eastAsia="Times New Roman" w:cs="Times New Roman"/>
          <w:sz w:val="28"/>
          <w:szCs w:val="28"/>
        </w:rPr>
        <w:t xml:space="preserve"> include, </w:t>
      </w:r>
      <w:proofErr w:type="spellStart"/>
      <w:r w:rsidRPr="00CF32CA">
        <w:rPr>
          <w:rFonts w:eastAsia="Times New Roman" w:cs="Times New Roman"/>
          <w:sz w:val="28"/>
          <w:szCs w:val="28"/>
        </w:rPr>
        <w:t>după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caz</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desfacerea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sau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tratarea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straturilor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necorespunzătoare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refacerea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fundației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stratului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suport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corectarea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cotelor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pantelor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realizarea</w:t>
      </w:r>
      <w:proofErr w:type="spellEnd"/>
      <w:r w:rsidRPr="00CF32CA">
        <w:rPr>
          <w:rFonts w:eastAsia="Times New Roman" w:cs="Times New Roman"/>
          <w:sz w:val="28"/>
          <w:szCs w:val="28"/>
        </w:rPr>
        <w:t>/</w:t>
      </w:r>
      <w:proofErr w:type="spellStart"/>
      <w:r w:rsidRPr="00CF32CA">
        <w:rPr>
          <w:rFonts w:eastAsia="Times New Roman" w:cs="Times New Roman"/>
          <w:sz w:val="28"/>
          <w:szCs w:val="28"/>
        </w:rPr>
        <w:t>reabilitarea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drenajului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bordurilor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rigolelor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aplicarea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sistemului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sintetic</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marcaje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elemente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delimitare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refacerea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zonelor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afectate</w:t>
      </w:r>
      <w:proofErr w:type="spellEnd"/>
      <w:r w:rsidRPr="00CF32CA">
        <w:rPr>
          <w:rFonts w:eastAsia="Times New Roman" w:cs="Times New Roman"/>
          <w:sz w:val="28"/>
          <w:szCs w:val="28"/>
        </w:rPr>
        <w:t>.</w:t>
      </w:r>
    </w:p>
    <w:p w14:paraId="6F364C58" w14:textId="77777777" w:rsidR="004B6060" w:rsidRPr="00CF32CA" w:rsidRDefault="00D51161">
      <w:pPr>
        <w:rPr>
          <w:rFonts w:cs="Times New Roman"/>
          <w:sz w:val="28"/>
          <w:szCs w:val="28"/>
        </w:rPr>
      </w:pPr>
      <w:proofErr w:type="spellStart"/>
      <w:r w:rsidRPr="00CF32CA">
        <w:rPr>
          <w:rFonts w:eastAsia="Times New Roman" w:cs="Times New Roman"/>
          <w:sz w:val="28"/>
          <w:szCs w:val="28"/>
        </w:rPr>
        <w:t>Proiectarea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porni</w:t>
      </w:r>
      <w:proofErr w:type="spellEnd"/>
      <w:r w:rsidRPr="00CF32CA">
        <w:rPr>
          <w:rFonts w:eastAsia="Times New Roman" w:cs="Times New Roman"/>
          <w:sz w:val="28"/>
          <w:szCs w:val="28"/>
        </w:rPr>
        <w:t xml:space="preserve"> de la </w:t>
      </w:r>
      <w:proofErr w:type="spellStart"/>
      <w:r w:rsidRPr="00CF32CA">
        <w:rPr>
          <w:rFonts w:eastAsia="Times New Roman" w:cs="Times New Roman"/>
          <w:sz w:val="28"/>
          <w:szCs w:val="28"/>
        </w:rPr>
        <w:t>geometria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existentă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verificată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topografic</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Nivelul</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conformare</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reglementările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antrenamente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competiții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inclusiv</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eventuala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omologare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stabilit</w:t>
      </w:r>
      <w:proofErr w:type="spellEnd"/>
      <w:r w:rsidRPr="00CF32CA">
        <w:rPr>
          <w:rFonts w:eastAsia="Times New Roman" w:cs="Times New Roman"/>
          <w:sz w:val="28"/>
          <w:szCs w:val="28"/>
        </w:rPr>
        <w:t xml:space="preserve"> de Club </w:t>
      </w:r>
      <w:proofErr w:type="spellStart"/>
      <w:r w:rsidRPr="00CF32CA">
        <w:rPr>
          <w:rFonts w:eastAsia="Times New Roman" w:cs="Times New Roman"/>
          <w:sz w:val="28"/>
          <w:szCs w:val="28"/>
        </w:rPr>
        <w:t>înainte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definitivarea</w:t>
      </w:r>
      <w:proofErr w:type="spellEnd"/>
      <w:r w:rsidRPr="00CF32CA">
        <w:rPr>
          <w:rFonts w:eastAsia="Times New Roman" w:cs="Times New Roman"/>
          <w:sz w:val="28"/>
          <w:szCs w:val="28"/>
        </w:rPr>
        <w:t xml:space="preserve"> DALI,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funcție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spațiul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disponibil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infrastructurii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limita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bugetară</w:t>
      </w:r>
      <w:proofErr w:type="spellEnd"/>
      <w:r w:rsidRPr="00CF32CA">
        <w:rPr>
          <w:rFonts w:eastAsia="Times New Roman" w:cs="Times New Roman"/>
          <w:sz w:val="28"/>
          <w:szCs w:val="28"/>
        </w:rPr>
        <w:t>.</w:t>
      </w:r>
    </w:p>
    <w:p w14:paraId="111BB625"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c) </w:t>
      </w:r>
      <w:proofErr w:type="spellStart"/>
      <w:r w:rsidRPr="00CF32CA">
        <w:rPr>
          <w:rFonts w:ascii="Times New Roman" w:hAnsi="Times New Roman" w:cs="Times New Roman"/>
          <w:sz w:val="28"/>
          <w:szCs w:val="28"/>
        </w:rPr>
        <w:t>Durata</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minimă</w:t>
      </w:r>
      <w:proofErr w:type="spellEnd"/>
      <w:r w:rsidRPr="00CF32CA">
        <w:rPr>
          <w:rFonts w:ascii="Times New Roman" w:hAnsi="Times New Roman" w:cs="Times New Roman"/>
          <w:sz w:val="28"/>
          <w:szCs w:val="28"/>
        </w:rPr>
        <w:t xml:space="preserve"> de </w:t>
      </w:r>
      <w:proofErr w:type="spellStart"/>
      <w:r w:rsidRPr="00CF32CA">
        <w:rPr>
          <w:rFonts w:ascii="Times New Roman" w:hAnsi="Times New Roman" w:cs="Times New Roman"/>
          <w:sz w:val="28"/>
          <w:szCs w:val="28"/>
        </w:rPr>
        <w:t>funcționare</w:t>
      </w:r>
      <w:proofErr w:type="spellEnd"/>
    </w:p>
    <w:p w14:paraId="6F276BC0" w14:textId="77777777" w:rsidR="004B6060" w:rsidRPr="00CF32CA" w:rsidRDefault="00D51161">
      <w:pPr>
        <w:rPr>
          <w:rFonts w:cs="Times New Roman"/>
          <w:sz w:val="28"/>
          <w:szCs w:val="28"/>
        </w:rPr>
      </w:pPr>
      <w:r w:rsidRPr="00CF32CA">
        <w:rPr>
          <w:rFonts w:eastAsia="Times New Roman" w:cs="Times New Roman"/>
          <w:sz w:val="28"/>
          <w:szCs w:val="28"/>
        </w:rPr>
        <w:t xml:space="preserve">Se </w:t>
      </w:r>
      <w:proofErr w:type="spellStart"/>
      <w:r w:rsidRPr="00CF32CA">
        <w:rPr>
          <w:rFonts w:eastAsia="Times New Roman" w:cs="Times New Roman"/>
          <w:sz w:val="28"/>
          <w:szCs w:val="28"/>
        </w:rPr>
        <w:t>urmărește</w:t>
      </w:r>
      <w:proofErr w:type="spellEnd"/>
      <w:r w:rsidRPr="00CF32CA">
        <w:rPr>
          <w:rFonts w:eastAsia="Times New Roman" w:cs="Times New Roman"/>
          <w:sz w:val="28"/>
          <w:szCs w:val="28"/>
        </w:rPr>
        <w:t xml:space="preserve"> o </w:t>
      </w:r>
      <w:proofErr w:type="spellStart"/>
      <w:r w:rsidRPr="00CF32CA">
        <w:rPr>
          <w:rFonts w:eastAsia="Times New Roman" w:cs="Times New Roman"/>
          <w:sz w:val="28"/>
          <w:szCs w:val="28"/>
        </w:rPr>
        <w:t>durată</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funcționare</w:t>
      </w:r>
      <w:proofErr w:type="spellEnd"/>
      <w:r w:rsidRPr="00CF32CA">
        <w:rPr>
          <w:rFonts w:eastAsia="Times New Roman" w:cs="Times New Roman"/>
          <w:sz w:val="28"/>
          <w:szCs w:val="28"/>
        </w:rPr>
        <w:t xml:space="preserve"> de minimum 10 ani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sistemul</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suprafață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sintetică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condițiile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exploatării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întreținerii</w:t>
      </w:r>
      <w:proofErr w:type="spellEnd"/>
      <w:r w:rsidRPr="00CF32CA">
        <w:rPr>
          <w:rFonts w:eastAsia="Times New Roman" w:cs="Times New Roman"/>
          <w:sz w:val="28"/>
          <w:szCs w:val="28"/>
        </w:rPr>
        <w:t xml:space="preserve"> conform </w:t>
      </w:r>
      <w:proofErr w:type="spellStart"/>
      <w:r w:rsidRPr="00CF32CA">
        <w:rPr>
          <w:rFonts w:eastAsia="Times New Roman" w:cs="Times New Roman"/>
          <w:sz w:val="28"/>
          <w:szCs w:val="28"/>
        </w:rPr>
        <w:t>instrucțiunilor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producătorului</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posibilitatea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înlocuirii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periodice</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stratului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uzură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Duratele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componentelor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infrastructurii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vor</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stabilite</w:t>
      </w:r>
      <w:proofErr w:type="spellEnd"/>
      <w:r w:rsidRPr="00CF32CA">
        <w:rPr>
          <w:rFonts w:eastAsia="Times New Roman" w:cs="Times New Roman"/>
          <w:sz w:val="28"/>
          <w:szCs w:val="28"/>
        </w:rPr>
        <w:t xml:space="preserve"> conform </w:t>
      </w:r>
      <w:proofErr w:type="spellStart"/>
      <w:r w:rsidRPr="00CF32CA">
        <w:rPr>
          <w:rFonts w:eastAsia="Times New Roman" w:cs="Times New Roman"/>
          <w:sz w:val="28"/>
          <w:szCs w:val="28"/>
        </w:rPr>
        <w:t>reglementărilor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soluției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proiectate</w:t>
      </w:r>
      <w:proofErr w:type="spellEnd"/>
      <w:r w:rsidRPr="00CF32CA">
        <w:rPr>
          <w:rFonts w:eastAsia="Times New Roman" w:cs="Times New Roman"/>
          <w:sz w:val="28"/>
          <w:szCs w:val="28"/>
        </w:rPr>
        <w:t>.</w:t>
      </w:r>
    </w:p>
    <w:p w14:paraId="565D9B6F" w14:textId="77777777" w:rsidR="004B6060" w:rsidRPr="00CF32CA" w:rsidRDefault="00D51161">
      <w:pPr>
        <w:pStyle w:val="Titlu2"/>
        <w:rPr>
          <w:rFonts w:ascii="Times New Roman" w:hAnsi="Times New Roman" w:cs="Times New Roman"/>
          <w:sz w:val="28"/>
          <w:szCs w:val="28"/>
        </w:rPr>
      </w:pPr>
      <w:r w:rsidRPr="00CF32CA">
        <w:rPr>
          <w:rFonts w:ascii="Times New Roman" w:hAnsi="Times New Roman" w:cs="Times New Roman"/>
          <w:sz w:val="28"/>
          <w:szCs w:val="28"/>
        </w:rPr>
        <w:t xml:space="preserve">d) </w:t>
      </w:r>
      <w:proofErr w:type="spellStart"/>
      <w:r w:rsidRPr="00CF32CA">
        <w:rPr>
          <w:rFonts w:ascii="Times New Roman" w:hAnsi="Times New Roman" w:cs="Times New Roman"/>
          <w:sz w:val="28"/>
          <w:szCs w:val="28"/>
        </w:rPr>
        <w:t>Nevoi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și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solicitări</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funcționale</w:t>
      </w:r>
      <w:proofErr w:type="spellEnd"/>
      <w:r w:rsidRPr="00CF32CA">
        <w:rPr>
          <w:rFonts w:ascii="Times New Roman" w:hAnsi="Times New Roman" w:cs="Times New Roman"/>
          <w:sz w:val="28"/>
          <w:szCs w:val="28"/>
        </w:rPr>
        <w:t xml:space="preserve"> </w:t>
      </w:r>
      <w:proofErr w:type="spellStart"/>
      <w:r w:rsidRPr="00CF32CA">
        <w:rPr>
          <w:rFonts w:ascii="Times New Roman" w:hAnsi="Times New Roman" w:cs="Times New Roman"/>
          <w:sz w:val="28"/>
          <w:szCs w:val="28"/>
        </w:rPr>
        <w:t>specifice</w:t>
      </w:r>
      <w:proofErr w:type="spellEnd"/>
    </w:p>
    <w:p w14:paraId="6020E6BC"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utilizare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sigură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confortabilă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alergare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condiții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meteorologice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obișnuite</w:t>
      </w:r>
      <w:proofErr w:type="spellEnd"/>
      <w:r w:rsidRPr="00CF32CA">
        <w:rPr>
          <w:rFonts w:eastAsia="Times New Roman" w:cs="Times New Roman"/>
          <w:sz w:val="28"/>
          <w:szCs w:val="28"/>
        </w:rPr>
        <w:t>;</w:t>
      </w:r>
    </w:p>
    <w:p w14:paraId="6940AC56"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suprafață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uniformă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aderentă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elastică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rezistentă</w:t>
      </w:r>
      <w:proofErr w:type="spellEnd"/>
      <w:r w:rsidRPr="00CF32CA">
        <w:rPr>
          <w:rFonts w:eastAsia="Times New Roman" w:cs="Times New Roman"/>
          <w:sz w:val="28"/>
          <w:szCs w:val="28"/>
        </w:rPr>
        <w:t xml:space="preserve"> la </w:t>
      </w:r>
      <w:proofErr w:type="spellStart"/>
      <w:r w:rsidRPr="00CF32CA">
        <w:rPr>
          <w:rFonts w:eastAsia="Times New Roman" w:cs="Times New Roman"/>
          <w:sz w:val="28"/>
          <w:szCs w:val="28"/>
        </w:rPr>
        <w:t>uzură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radiații</w:t>
      </w:r>
      <w:proofErr w:type="spellEnd"/>
      <w:r w:rsidRPr="00CF32CA">
        <w:rPr>
          <w:rFonts w:eastAsia="Times New Roman" w:cs="Times New Roman"/>
          <w:sz w:val="28"/>
          <w:szCs w:val="28"/>
        </w:rPr>
        <w:t xml:space="preserve"> UV, </w:t>
      </w:r>
      <w:proofErr w:type="spellStart"/>
      <w:r w:rsidRPr="00CF32CA">
        <w:rPr>
          <w:rFonts w:eastAsia="Times New Roman" w:cs="Times New Roman"/>
          <w:sz w:val="28"/>
          <w:szCs w:val="28"/>
        </w:rPr>
        <w:t>îngheț-dezgheț</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apă</w:t>
      </w:r>
      <w:proofErr w:type="spellEnd"/>
      <w:r w:rsidRPr="00CF32CA">
        <w:rPr>
          <w:rFonts w:eastAsia="Times New Roman" w:cs="Times New Roman"/>
          <w:sz w:val="28"/>
          <w:szCs w:val="28"/>
        </w:rPr>
        <w:t>;</w:t>
      </w:r>
    </w:p>
    <w:p w14:paraId="71204A9D"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evacuarea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controlată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apelor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evitarea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băltirilor</w:t>
      </w:r>
      <w:proofErr w:type="spellEnd"/>
      <w:r w:rsidRPr="00CF32CA">
        <w:rPr>
          <w:rFonts w:eastAsia="Times New Roman" w:cs="Times New Roman"/>
          <w:sz w:val="28"/>
          <w:szCs w:val="28"/>
        </w:rPr>
        <w:t>;</w:t>
      </w:r>
    </w:p>
    <w:p w14:paraId="7EDB4E09"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marcaje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clare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durabile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compatibile</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nivelul</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utilizare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stabilit</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beneficiar</w:t>
      </w:r>
      <w:proofErr w:type="spellEnd"/>
      <w:r w:rsidRPr="00CF32CA">
        <w:rPr>
          <w:rFonts w:eastAsia="Times New Roman" w:cs="Times New Roman"/>
          <w:sz w:val="28"/>
          <w:szCs w:val="28"/>
        </w:rPr>
        <w:t>;</w:t>
      </w:r>
    </w:p>
    <w:p w14:paraId="3E4DA9C7"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protejarea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terenului</w:t>
      </w:r>
      <w:proofErr w:type="spellEnd"/>
      <w:r w:rsidRPr="00CF32CA">
        <w:rPr>
          <w:rFonts w:eastAsia="Times New Roman" w:cs="Times New Roman"/>
          <w:sz w:val="28"/>
          <w:szCs w:val="28"/>
        </w:rPr>
        <w:t xml:space="preserve"> principal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infrastructurii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existente</w:t>
      </w:r>
      <w:proofErr w:type="spellEnd"/>
      <w:r w:rsidRPr="00CF32CA">
        <w:rPr>
          <w:rFonts w:eastAsia="Times New Roman" w:cs="Times New Roman"/>
          <w:sz w:val="28"/>
          <w:szCs w:val="28"/>
        </w:rPr>
        <w:t xml:space="preserve"> pe </w:t>
      </w:r>
      <w:proofErr w:type="spellStart"/>
      <w:r w:rsidRPr="00CF32CA">
        <w:rPr>
          <w:rFonts w:eastAsia="Times New Roman" w:cs="Times New Roman"/>
          <w:sz w:val="28"/>
          <w:szCs w:val="28"/>
        </w:rPr>
        <w:t>durata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lucrărilor</w:t>
      </w:r>
      <w:proofErr w:type="spellEnd"/>
      <w:r w:rsidRPr="00CF32CA">
        <w:rPr>
          <w:rFonts w:eastAsia="Times New Roman" w:cs="Times New Roman"/>
          <w:sz w:val="28"/>
          <w:szCs w:val="28"/>
        </w:rPr>
        <w:t>;</w:t>
      </w:r>
    </w:p>
    <w:p w14:paraId="44771088" w14:textId="77777777" w:rsidR="004B6060" w:rsidRPr="00CF32CA" w:rsidRDefault="00D51161">
      <w:pPr>
        <w:pStyle w:val="Listcumarcatori"/>
        <w:keepLines/>
        <w:rPr>
          <w:rFonts w:cs="Times New Roman"/>
          <w:sz w:val="28"/>
          <w:szCs w:val="28"/>
        </w:rPr>
      </w:pPr>
      <w:proofErr w:type="spellStart"/>
      <w:r w:rsidRPr="00CF32CA">
        <w:rPr>
          <w:rFonts w:eastAsia="Times New Roman" w:cs="Times New Roman"/>
          <w:sz w:val="28"/>
          <w:szCs w:val="28"/>
        </w:rPr>
        <w:t>soluții</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costuri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rezonabile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întreținere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documentație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completă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exploatare</w:t>
      </w:r>
      <w:proofErr w:type="spellEnd"/>
      <w:r w:rsidRPr="00CF32CA">
        <w:rPr>
          <w:rFonts w:eastAsia="Times New Roman" w:cs="Times New Roman"/>
          <w:sz w:val="28"/>
          <w:szCs w:val="28"/>
        </w:rPr>
        <w:t>.</w:t>
      </w:r>
    </w:p>
    <w:p w14:paraId="26C2180F" w14:textId="77777777" w:rsidR="004B6060" w:rsidRPr="00CF32CA" w:rsidRDefault="00D51161">
      <w:pPr>
        <w:pStyle w:val="Titlu1"/>
        <w:rPr>
          <w:rFonts w:ascii="Times New Roman" w:hAnsi="Times New Roman" w:cs="Times New Roman"/>
          <w:sz w:val="28"/>
        </w:rPr>
      </w:pPr>
      <w:r w:rsidRPr="00CF32CA">
        <w:rPr>
          <w:rFonts w:ascii="Times New Roman" w:hAnsi="Times New Roman" w:cs="Times New Roman"/>
          <w:sz w:val="28"/>
        </w:rPr>
        <w:t xml:space="preserve">7. </w:t>
      </w:r>
      <w:proofErr w:type="spellStart"/>
      <w:r w:rsidRPr="00CF32CA">
        <w:rPr>
          <w:rFonts w:ascii="Times New Roman" w:hAnsi="Times New Roman" w:cs="Times New Roman"/>
          <w:sz w:val="28"/>
        </w:rPr>
        <w:t>Justificarea</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documentațiilor</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și</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studiilor</w:t>
      </w:r>
      <w:proofErr w:type="spellEnd"/>
      <w:r w:rsidRPr="00CF32CA">
        <w:rPr>
          <w:rFonts w:ascii="Times New Roman" w:hAnsi="Times New Roman" w:cs="Times New Roman"/>
          <w:sz w:val="28"/>
        </w:rPr>
        <w:t xml:space="preserve"> </w:t>
      </w:r>
      <w:proofErr w:type="spellStart"/>
      <w:r w:rsidRPr="00CF32CA">
        <w:rPr>
          <w:rFonts w:ascii="Times New Roman" w:hAnsi="Times New Roman" w:cs="Times New Roman"/>
          <w:sz w:val="28"/>
        </w:rPr>
        <w:t>necesare</w:t>
      </w:r>
      <w:proofErr w:type="spellEnd"/>
    </w:p>
    <w:p w14:paraId="7F21CB71" w14:textId="77777777" w:rsidR="004B6060" w:rsidRPr="00CF32CA" w:rsidRDefault="00D51161">
      <w:pPr>
        <w:rPr>
          <w:rFonts w:cs="Times New Roman"/>
          <w:sz w:val="28"/>
          <w:szCs w:val="28"/>
        </w:rPr>
      </w:pPr>
      <w:proofErr w:type="spellStart"/>
      <w:r w:rsidRPr="00CF32CA">
        <w:rPr>
          <w:rFonts w:eastAsia="Times New Roman" w:cs="Times New Roman"/>
          <w:sz w:val="28"/>
          <w:szCs w:val="28"/>
        </w:rPr>
        <w:t>Obiectivul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reprezintă</w:t>
      </w:r>
      <w:proofErr w:type="spellEnd"/>
      <w:r w:rsidRPr="00CF32CA">
        <w:rPr>
          <w:rFonts w:eastAsia="Times New Roman" w:cs="Times New Roman"/>
          <w:sz w:val="28"/>
          <w:szCs w:val="28"/>
        </w:rPr>
        <w:t xml:space="preserve"> o </w:t>
      </w:r>
      <w:proofErr w:type="spellStart"/>
      <w:r w:rsidRPr="00CF32CA">
        <w:rPr>
          <w:rFonts w:eastAsia="Times New Roman" w:cs="Times New Roman"/>
          <w:sz w:val="28"/>
          <w:szCs w:val="28"/>
        </w:rPr>
        <w:t>intervenție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asupra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amenajări</w:t>
      </w:r>
      <w:proofErr w:type="spellEnd"/>
      <w:r w:rsidRPr="00CF32CA">
        <w:rPr>
          <w:rFonts w:eastAsia="Times New Roman" w:cs="Times New Roman"/>
          <w:sz w:val="28"/>
          <w:szCs w:val="28"/>
        </w:rPr>
        <w:t xml:space="preserve"> sportive </w:t>
      </w:r>
      <w:proofErr w:type="spellStart"/>
      <w:r w:rsidRPr="00CF32CA">
        <w:rPr>
          <w:rFonts w:eastAsia="Times New Roman" w:cs="Times New Roman"/>
          <w:sz w:val="28"/>
          <w:szCs w:val="28"/>
        </w:rPr>
        <w:t>existente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consecință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etapa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tehnico-economică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necesară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este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Documentația</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avizare</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lucrărilor</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intervenții</w:t>
      </w:r>
      <w:proofErr w:type="spellEnd"/>
      <w:r w:rsidRPr="00CF32CA">
        <w:rPr>
          <w:rFonts w:eastAsia="Times New Roman" w:cs="Times New Roman"/>
          <w:sz w:val="28"/>
          <w:szCs w:val="28"/>
        </w:rPr>
        <w:t xml:space="preserve"> (DALI), </w:t>
      </w:r>
      <w:proofErr w:type="spellStart"/>
      <w:r w:rsidRPr="00CF32CA">
        <w:rPr>
          <w:rFonts w:eastAsia="Times New Roman" w:cs="Times New Roman"/>
          <w:sz w:val="28"/>
          <w:szCs w:val="28"/>
        </w:rPr>
        <w:t>elaborată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aprobată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condițiile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Hotărârii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Guvernului</w:t>
      </w:r>
      <w:proofErr w:type="spellEnd"/>
      <w:r w:rsidRPr="00CF32CA">
        <w:rPr>
          <w:rFonts w:eastAsia="Times New Roman" w:cs="Times New Roman"/>
          <w:sz w:val="28"/>
          <w:szCs w:val="28"/>
        </w:rPr>
        <w:t xml:space="preserve"> nr. 907/2016. </w:t>
      </w:r>
      <w:proofErr w:type="spellStart"/>
      <w:r w:rsidRPr="00CF32CA">
        <w:rPr>
          <w:rFonts w:eastAsia="Times New Roman" w:cs="Times New Roman"/>
          <w:sz w:val="28"/>
          <w:szCs w:val="28"/>
        </w:rPr>
        <w:t>Elaborarea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unui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studiu</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prefezabilitate</w:t>
      </w:r>
      <w:proofErr w:type="spellEnd"/>
      <w:r w:rsidRPr="00CF32CA">
        <w:rPr>
          <w:rFonts w:eastAsia="Times New Roman" w:cs="Times New Roman"/>
          <w:sz w:val="28"/>
          <w:szCs w:val="28"/>
        </w:rPr>
        <w:t xml:space="preserve"> nu se </w:t>
      </w:r>
      <w:proofErr w:type="spellStart"/>
      <w:r w:rsidRPr="00CF32CA">
        <w:rPr>
          <w:rFonts w:eastAsia="Times New Roman" w:cs="Times New Roman"/>
          <w:sz w:val="28"/>
          <w:szCs w:val="28"/>
        </w:rPr>
        <w:t>justifică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lastRenderedPageBreak/>
        <w:t>având</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vedere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valoarea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complexitatea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faptul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necesitatea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investiției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amplasamentul</w:t>
      </w:r>
      <w:proofErr w:type="spellEnd"/>
      <w:r w:rsidRPr="00CF32CA">
        <w:rPr>
          <w:rFonts w:eastAsia="Times New Roman" w:cs="Times New Roman"/>
          <w:sz w:val="28"/>
          <w:szCs w:val="28"/>
        </w:rPr>
        <w:t xml:space="preserve"> sunt </w:t>
      </w:r>
      <w:proofErr w:type="spellStart"/>
      <w:r w:rsidRPr="00CF32CA">
        <w:rPr>
          <w:rFonts w:eastAsia="Times New Roman" w:cs="Times New Roman"/>
          <w:sz w:val="28"/>
          <w:szCs w:val="28"/>
        </w:rPr>
        <w:t>identificate</w:t>
      </w:r>
      <w:proofErr w:type="spellEnd"/>
      <w:r w:rsidRPr="00CF32CA">
        <w:rPr>
          <w:rFonts w:eastAsia="Times New Roman" w:cs="Times New Roman"/>
          <w:sz w:val="28"/>
          <w:szCs w:val="28"/>
        </w:rPr>
        <w:t>.</w:t>
      </w:r>
    </w:p>
    <w:p w14:paraId="4E869FA4" w14:textId="77777777" w:rsidR="004B6060" w:rsidRPr="00CF32CA" w:rsidRDefault="00D51161">
      <w:pPr>
        <w:rPr>
          <w:rFonts w:cs="Times New Roman"/>
          <w:sz w:val="28"/>
          <w:szCs w:val="28"/>
        </w:rPr>
      </w:pPr>
      <w:r w:rsidRPr="00CF32CA">
        <w:rPr>
          <w:rFonts w:eastAsia="Times New Roman" w:cs="Times New Roman"/>
          <w:sz w:val="28"/>
          <w:szCs w:val="28"/>
        </w:rPr>
        <w:t xml:space="preserve">DALI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fi </w:t>
      </w:r>
      <w:proofErr w:type="spellStart"/>
      <w:r w:rsidRPr="00CF32CA">
        <w:rPr>
          <w:rFonts w:eastAsia="Times New Roman" w:cs="Times New Roman"/>
          <w:sz w:val="28"/>
          <w:szCs w:val="28"/>
        </w:rPr>
        <w:t>fundamentată</w:t>
      </w:r>
      <w:proofErr w:type="spellEnd"/>
      <w:r w:rsidRPr="00CF32CA">
        <w:rPr>
          <w:rFonts w:eastAsia="Times New Roman" w:cs="Times New Roman"/>
          <w:sz w:val="28"/>
          <w:szCs w:val="28"/>
        </w:rPr>
        <w:t xml:space="preserve"> pe o </w:t>
      </w:r>
      <w:proofErr w:type="spellStart"/>
      <w:r w:rsidRPr="00CF32CA">
        <w:rPr>
          <w:rFonts w:eastAsia="Times New Roman" w:cs="Times New Roman"/>
          <w:sz w:val="28"/>
          <w:szCs w:val="28"/>
        </w:rPr>
        <w:t>expertiză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tehnică</w:t>
      </w:r>
      <w:proofErr w:type="spellEnd"/>
      <w:r w:rsidRPr="00CF32CA">
        <w:rPr>
          <w:rFonts w:eastAsia="Times New Roman" w:cs="Times New Roman"/>
          <w:sz w:val="28"/>
          <w:szCs w:val="28"/>
        </w:rPr>
        <w:t>/</w:t>
      </w:r>
      <w:proofErr w:type="spellStart"/>
      <w:r w:rsidRPr="00CF32CA">
        <w:rPr>
          <w:rFonts w:eastAsia="Times New Roman" w:cs="Times New Roman"/>
          <w:sz w:val="28"/>
          <w:szCs w:val="28"/>
        </w:rPr>
        <w:t>analiză</w:t>
      </w:r>
      <w:proofErr w:type="spellEnd"/>
      <w:r w:rsidRPr="00CF32CA">
        <w:rPr>
          <w:rFonts w:eastAsia="Times New Roman" w:cs="Times New Roman"/>
          <w:sz w:val="28"/>
          <w:szCs w:val="28"/>
        </w:rPr>
        <w:t xml:space="preserve"> diagnostic </w:t>
      </w:r>
      <w:proofErr w:type="spellStart"/>
      <w:r w:rsidRPr="00CF32CA">
        <w:rPr>
          <w:rFonts w:eastAsia="Times New Roman" w:cs="Times New Roman"/>
          <w:sz w:val="28"/>
          <w:szCs w:val="28"/>
        </w:rPr>
        <w:t>realizată</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specialiști</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drept</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practică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domeniul</w:t>
      </w:r>
      <w:proofErr w:type="spellEnd"/>
      <w:r w:rsidRPr="00CF32CA">
        <w:rPr>
          <w:rFonts w:eastAsia="Times New Roman" w:cs="Times New Roman"/>
          <w:sz w:val="28"/>
          <w:szCs w:val="28"/>
        </w:rPr>
        <w:t xml:space="preserve"> relevant, </w:t>
      </w:r>
      <w:proofErr w:type="spellStart"/>
      <w:r w:rsidRPr="00CF32CA">
        <w:rPr>
          <w:rFonts w:eastAsia="Times New Roman" w:cs="Times New Roman"/>
          <w:sz w:val="28"/>
          <w:szCs w:val="28"/>
        </w:rPr>
        <w:t>ridicare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topografică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vizată</w:t>
      </w:r>
      <w:proofErr w:type="spellEnd"/>
      <w:r w:rsidRPr="00CF32CA">
        <w:rPr>
          <w:rFonts w:eastAsia="Times New Roman" w:cs="Times New Roman"/>
          <w:sz w:val="28"/>
          <w:szCs w:val="28"/>
        </w:rPr>
        <w:t xml:space="preserve"> conform </w:t>
      </w:r>
      <w:proofErr w:type="spellStart"/>
      <w:r w:rsidRPr="00CF32CA">
        <w:rPr>
          <w:rFonts w:eastAsia="Times New Roman" w:cs="Times New Roman"/>
          <w:sz w:val="28"/>
          <w:szCs w:val="28"/>
        </w:rPr>
        <w:t>legii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investigații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asupra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straturilor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drenajului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studiu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geotehnic</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dacă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este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necesar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verificarea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rețelelor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orice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alte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studii</w:t>
      </w:r>
      <w:proofErr w:type="spellEnd"/>
      <w:r w:rsidRPr="00CF32CA">
        <w:rPr>
          <w:rFonts w:eastAsia="Times New Roman" w:cs="Times New Roman"/>
          <w:sz w:val="28"/>
          <w:szCs w:val="28"/>
        </w:rPr>
        <w:t xml:space="preserve"> solicitate </w:t>
      </w:r>
      <w:proofErr w:type="spellStart"/>
      <w:r w:rsidRPr="00CF32CA">
        <w:rPr>
          <w:rFonts w:eastAsia="Times New Roman" w:cs="Times New Roman"/>
          <w:sz w:val="28"/>
          <w:szCs w:val="28"/>
        </w:rPr>
        <w:t>prin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certificatul</w:t>
      </w:r>
      <w:proofErr w:type="spellEnd"/>
      <w:r w:rsidRPr="00CF32CA">
        <w:rPr>
          <w:rFonts w:eastAsia="Times New Roman" w:cs="Times New Roman"/>
          <w:sz w:val="28"/>
          <w:szCs w:val="28"/>
        </w:rPr>
        <w:t xml:space="preserve"> de urbanism </w:t>
      </w:r>
      <w:proofErr w:type="spellStart"/>
      <w:r w:rsidRPr="00CF32CA">
        <w:rPr>
          <w:rFonts w:eastAsia="Times New Roman" w:cs="Times New Roman"/>
          <w:sz w:val="28"/>
          <w:szCs w:val="28"/>
        </w:rPr>
        <w:t>sau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justificate</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proiectant</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Documentația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include </w:t>
      </w:r>
      <w:proofErr w:type="spellStart"/>
      <w:r w:rsidRPr="00CF32CA">
        <w:rPr>
          <w:rFonts w:eastAsia="Times New Roman" w:cs="Times New Roman"/>
          <w:sz w:val="28"/>
          <w:szCs w:val="28"/>
        </w:rPr>
        <w:t>certificatul</w:t>
      </w:r>
      <w:proofErr w:type="spellEnd"/>
      <w:r w:rsidRPr="00CF32CA">
        <w:rPr>
          <w:rFonts w:eastAsia="Times New Roman" w:cs="Times New Roman"/>
          <w:sz w:val="28"/>
          <w:szCs w:val="28"/>
        </w:rPr>
        <w:t xml:space="preserve"> de urbanism, </w:t>
      </w:r>
      <w:proofErr w:type="spellStart"/>
      <w:r w:rsidRPr="00CF32CA">
        <w:rPr>
          <w:rFonts w:eastAsia="Times New Roman" w:cs="Times New Roman"/>
          <w:sz w:val="28"/>
          <w:szCs w:val="28"/>
        </w:rPr>
        <w:t>avizele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acordurile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scenariile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analizate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indicatorii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tehnico</w:t>
      </w:r>
      <w:proofErr w:type="spellEnd"/>
      <w:r w:rsidRPr="00CF32CA">
        <w:rPr>
          <w:rFonts w:eastAsia="Times New Roman" w:cs="Times New Roman"/>
          <w:sz w:val="28"/>
          <w:szCs w:val="28"/>
        </w:rPr>
        <w:t xml:space="preserve">-economici, </w:t>
      </w:r>
      <w:proofErr w:type="spellStart"/>
      <w:r w:rsidRPr="00CF32CA">
        <w:rPr>
          <w:rFonts w:eastAsia="Times New Roman" w:cs="Times New Roman"/>
          <w:sz w:val="28"/>
          <w:szCs w:val="28"/>
        </w:rPr>
        <w:t>devizul</w:t>
      </w:r>
      <w:proofErr w:type="spellEnd"/>
      <w:r w:rsidRPr="00CF32CA">
        <w:rPr>
          <w:rFonts w:eastAsia="Times New Roman" w:cs="Times New Roman"/>
          <w:sz w:val="28"/>
          <w:szCs w:val="28"/>
        </w:rPr>
        <w:t xml:space="preserve"> general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soluția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recomandată</w:t>
      </w:r>
      <w:proofErr w:type="spellEnd"/>
      <w:r w:rsidRPr="00CF32CA">
        <w:rPr>
          <w:rFonts w:eastAsia="Times New Roman" w:cs="Times New Roman"/>
          <w:sz w:val="28"/>
          <w:szCs w:val="28"/>
        </w:rPr>
        <w:t>.</w:t>
      </w:r>
    </w:p>
    <w:p w14:paraId="1DA73E82" w14:textId="77777777" w:rsidR="004B6060" w:rsidRPr="00CF32CA" w:rsidRDefault="00D51161">
      <w:pPr>
        <w:rPr>
          <w:rFonts w:cs="Times New Roman"/>
          <w:sz w:val="28"/>
          <w:szCs w:val="28"/>
        </w:rPr>
      </w:pPr>
      <w:proofErr w:type="spellStart"/>
      <w:r w:rsidRPr="00CF32CA">
        <w:rPr>
          <w:rFonts w:eastAsia="Times New Roman" w:cs="Times New Roman"/>
          <w:sz w:val="28"/>
          <w:szCs w:val="28"/>
        </w:rPr>
        <w:t>După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aprobarea</w:t>
      </w:r>
      <w:proofErr w:type="spellEnd"/>
      <w:r w:rsidRPr="00CF32CA">
        <w:rPr>
          <w:rFonts w:eastAsia="Times New Roman" w:cs="Times New Roman"/>
          <w:sz w:val="28"/>
          <w:szCs w:val="28"/>
        </w:rPr>
        <w:t xml:space="preserve"> DALI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indicatorilor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tehnico</w:t>
      </w:r>
      <w:proofErr w:type="spellEnd"/>
      <w:r w:rsidRPr="00CF32CA">
        <w:rPr>
          <w:rFonts w:eastAsia="Times New Roman" w:cs="Times New Roman"/>
          <w:sz w:val="28"/>
          <w:szCs w:val="28"/>
        </w:rPr>
        <w:t xml:space="preserve">-economici, </w:t>
      </w:r>
      <w:proofErr w:type="spellStart"/>
      <w:r w:rsidRPr="00CF32CA">
        <w:rPr>
          <w:rFonts w:eastAsia="Times New Roman" w:cs="Times New Roman"/>
          <w:sz w:val="28"/>
          <w:szCs w:val="28"/>
        </w:rPr>
        <w:t>Clubul</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putea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iniția</w:t>
      </w:r>
      <w:proofErr w:type="spellEnd"/>
      <w:r w:rsidRPr="00CF32CA">
        <w:rPr>
          <w:rFonts w:eastAsia="Times New Roman" w:cs="Times New Roman"/>
          <w:sz w:val="28"/>
          <w:szCs w:val="28"/>
        </w:rPr>
        <w:t xml:space="preserve">, distinct, </w:t>
      </w:r>
      <w:proofErr w:type="spellStart"/>
      <w:r w:rsidRPr="00CF32CA">
        <w:rPr>
          <w:rFonts w:eastAsia="Times New Roman" w:cs="Times New Roman"/>
          <w:sz w:val="28"/>
          <w:szCs w:val="28"/>
        </w:rPr>
        <w:t>achiziția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pentru</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proiectare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execuție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în</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conformitate</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strategia</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contractare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cu </w:t>
      </w:r>
      <w:proofErr w:type="spellStart"/>
      <w:r w:rsidRPr="00CF32CA">
        <w:rPr>
          <w:rFonts w:eastAsia="Times New Roman" w:cs="Times New Roman"/>
          <w:sz w:val="28"/>
          <w:szCs w:val="28"/>
        </w:rPr>
        <w:t>legislația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achizițiilor</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publice</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Alegerea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procedurii</w:t>
      </w:r>
      <w:proofErr w:type="spellEnd"/>
      <w:r w:rsidRPr="00CF32CA">
        <w:rPr>
          <w:rFonts w:eastAsia="Times New Roman" w:cs="Times New Roman"/>
          <w:sz w:val="28"/>
          <w:szCs w:val="28"/>
        </w:rPr>
        <w:t xml:space="preserve"> de </w:t>
      </w:r>
      <w:proofErr w:type="spellStart"/>
      <w:r w:rsidRPr="00CF32CA">
        <w:rPr>
          <w:rFonts w:eastAsia="Times New Roman" w:cs="Times New Roman"/>
          <w:sz w:val="28"/>
          <w:szCs w:val="28"/>
        </w:rPr>
        <w:t>atribuire</w:t>
      </w:r>
      <w:proofErr w:type="spellEnd"/>
      <w:r w:rsidRPr="00CF32CA">
        <w:rPr>
          <w:rFonts w:eastAsia="Times New Roman" w:cs="Times New Roman"/>
          <w:sz w:val="28"/>
          <w:szCs w:val="28"/>
        </w:rPr>
        <w:t xml:space="preserve"> se </w:t>
      </w:r>
      <w:proofErr w:type="spellStart"/>
      <w:r w:rsidRPr="00CF32CA">
        <w:rPr>
          <w:rFonts w:eastAsia="Times New Roman" w:cs="Times New Roman"/>
          <w:sz w:val="28"/>
          <w:szCs w:val="28"/>
        </w:rPr>
        <w:t>va</w:t>
      </w:r>
      <w:proofErr w:type="spellEnd"/>
      <w:r w:rsidRPr="00CF32CA">
        <w:rPr>
          <w:rFonts w:eastAsia="Times New Roman" w:cs="Times New Roman"/>
          <w:sz w:val="28"/>
          <w:szCs w:val="28"/>
        </w:rPr>
        <w:t xml:space="preserve"> face pe </w:t>
      </w:r>
      <w:proofErr w:type="spellStart"/>
      <w:r w:rsidRPr="00CF32CA">
        <w:rPr>
          <w:rFonts w:eastAsia="Times New Roman" w:cs="Times New Roman"/>
          <w:sz w:val="28"/>
          <w:szCs w:val="28"/>
        </w:rPr>
        <w:t>baza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valorii</w:t>
      </w:r>
      <w:proofErr w:type="spellEnd"/>
      <w:r w:rsidRPr="00CF32CA">
        <w:rPr>
          <w:rFonts w:eastAsia="Times New Roman" w:cs="Times New Roman"/>
          <w:sz w:val="28"/>
          <w:szCs w:val="28"/>
        </w:rPr>
        <w:t xml:space="preserve"> estimate </w:t>
      </w:r>
      <w:proofErr w:type="spellStart"/>
      <w:r w:rsidRPr="00CF32CA">
        <w:rPr>
          <w:rFonts w:eastAsia="Times New Roman" w:cs="Times New Roman"/>
          <w:sz w:val="28"/>
          <w:szCs w:val="28"/>
        </w:rPr>
        <w:t>fără</w:t>
      </w:r>
      <w:proofErr w:type="spellEnd"/>
      <w:r w:rsidRPr="00CF32CA">
        <w:rPr>
          <w:rFonts w:eastAsia="Times New Roman" w:cs="Times New Roman"/>
          <w:sz w:val="28"/>
          <w:szCs w:val="28"/>
        </w:rPr>
        <w:t xml:space="preserve"> TVA </w:t>
      </w:r>
      <w:proofErr w:type="spellStart"/>
      <w:r w:rsidRPr="00CF32CA">
        <w:rPr>
          <w:rFonts w:eastAsia="Times New Roman" w:cs="Times New Roman"/>
          <w:sz w:val="28"/>
          <w:szCs w:val="28"/>
        </w:rPr>
        <w:t>și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fără</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fragmentarea</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artificială</w:t>
      </w:r>
      <w:proofErr w:type="spellEnd"/>
      <w:r w:rsidRPr="00CF32CA">
        <w:rPr>
          <w:rFonts w:eastAsia="Times New Roman" w:cs="Times New Roman"/>
          <w:sz w:val="28"/>
          <w:szCs w:val="28"/>
        </w:rPr>
        <w:t xml:space="preserve"> a </w:t>
      </w:r>
      <w:proofErr w:type="spellStart"/>
      <w:r w:rsidRPr="00CF32CA">
        <w:rPr>
          <w:rFonts w:eastAsia="Times New Roman" w:cs="Times New Roman"/>
          <w:sz w:val="28"/>
          <w:szCs w:val="28"/>
        </w:rPr>
        <w:t>obiectului</w:t>
      </w:r>
      <w:proofErr w:type="spellEnd"/>
      <w:r w:rsidRPr="00CF32CA">
        <w:rPr>
          <w:rFonts w:eastAsia="Times New Roman" w:cs="Times New Roman"/>
          <w:sz w:val="28"/>
          <w:szCs w:val="28"/>
        </w:rPr>
        <w:t xml:space="preserve"> </w:t>
      </w:r>
      <w:proofErr w:type="spellStart"/>
      <w:r w:rsidRPr="00CF32CA">
        <w:rPr>
          <w:rFonts w:eastAsia="Times New Roman" w:cs="Times New Roman"/>
          <w:sz w:val="28"/>
          <w:szCs w:val="28"/>
        </w:rPr>
        <w:t>contractului</w:t>
      </w:r>
      <w:proofErr w:type="spellEnd"/>
      <w:r w:rsidRPr="00CF32CA">
        <w:rPr>
          <w:rFonts w:eastAsia="Times New Roman" w:cs="Times New Roman"/>
          <w:sz w:val="28"/>
          <w:szCs w:val="28"/>
        </w:rPr>
        <w:t>.</w:t>
      </w:r>
    </w:p>
    <w:p w14:paraId="746B9F73" w14:textId="77777777" w:rsidR="00D05119" w:rsidRPr="00C701F4" w:rsidRDefault="00D05119" w:rsidP="00D05119">
      <w:pPr>
        <w:spacing w:before="360" w:after="0" w:line="240" w:lineRule="auto"/>
        <w:jc w:val="left"/>
        <w:rPr>
          <w:sz w:val="28"/>
          <w:szCs w:val="28"/>
        </w:rPr>
      </w:pPr>
      <w:proofErr w:type="spellStart"/>
      <w:r w:rsidRPr="00C701F4">
        <w:rPr>
          <w:rFonts w:eastAsia="Times New Roman" w:cs="Times New Roman"/>
          <w:b/>
          <w:sz w:val="28"/>
          <w:szCs w:val="28"/>
        </w:rPr>
        <w:t>Beneficiar</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Clubul</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Sportiv</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Județean</w:t>
      </w:r>
      <w:proofErr w:type="spellEnd"/>
      <w:r w:rsidRPr="00C701F4">
        <w:rPr>
          <w:rFonts w:eastAsia="Times New Roman" w:cs="Times New Roman"/>
          <w:b/>
          <w:sz w:val="28"/>
          <w:szCs w:val="28"/>
        </w:rPr>
        <w:t xml:space="preserve"> </w:t>
      </w:r>
      <w:proofErr w:type="spellStart"/>
      <w:r w:rsidRPr="00C701F4">
        <w:rPr>
          <w:rFonts w:eastAsia="Times New Roman" w:cs="Times New Roman"/>
          <w:b/>
          <w:sz w:val="28"/>
          <w:szCs w:val="28"/>
        </w:rPr>
        <w:t>Vrancea</w:t>
      </w:r>
      <w:proofErr w:type="spellEnd"/>
    </w:p>
    <w:p w14:paraId="5FD0F889" w14:textId="77777777" w:rsidR="00D05119" w:rsidRPr="00C701F4" w:rsidRDefault="00D05119" w:rsidP="00D05119">
      <w:pPr>
        <w:spacing w:after="0" w:line="240" w:lineRule="auto"/>
        <w:jc w:val="left"/>
        <w:rPr>
          <w:sz w:val="28"/>
          <w:szCs w:val="28"/>
        </w:rPr>
      </w:pPr>
      <w:r w:rsidRPr="00C701F4">
        <w:rPr>
          <w:rFonts w:eastAsia="Times New Roman" w:cs="Times New Roman"/>
          <w:sz w:val="28"/>
          <w:szCs w:val="28"/>
        </w:rPr>
        <w:t xml:space="preserve">             </w:t>
      </w:r>
      <w:proofErr w:type="spellStart"/>
      <w:r w:rsidRPr="00C701F4">
        <w:rPr>
          <w:rFonts w:eastAsia="Times New Roman" w:cs="Times New Roman"/>
          <w:sz w:val="28"/>
          <w:szCs w:val="28"/>
        </w:rPr>
        <w:t>prin</w:t>
      </w:r>
      <w:proofErr w:type="spellEnd"/>
    </w:p>
    <w:p w14:paraId="6EDB800D" w14:textId="77777777" w:rsidR="00D05119" w:rsidRPr="00C701F4" w:rsidRDefault="00D05119" w:rsidP="00D05119">
      <w:pPr>
        <w:spacing w:after="240" w:line="240" w:lineRule="auto"/>
        <w:jc w:val="left"/>
        <w:rPr>
          <w:sz w:val="28"/>
          <w:szCs w:val="28"/>
        </w:rPr>
      </w:pPr>
      <w:proofErr w:type="spellStart"/>
      <w:r w:rsidRPr="00C701F4">
        <w:rPr>
          <w:rFonts w:eastAsia="Times New Roman" w:cs="Times New Roman"/>
          <w:sz w:val="28"/>
          <w:szCs w:val="28"/>
        </w:rPr>
        <w:t>Responsabil</w:t>
      </w:r>
      <w:proofErr w:type="spellEnd"/>
      <w:r w:rsidRPr="00C701F4">
        <w:rPr>
          <w:rFonts w:eastAsia="Times New Roman" w:cs="Times New Roman"/>
          <w:sz w:val="28"/>
          <w:szCs w:val="28"/>
        </w:rPr>
        <w:t>: Ștefan Georgescu – Director</w:t>
      </w:r>
    </w:p>
    <w:p w14:paraId="75CC5C38" w14:textId="77777777" w:rsidR="00D05119" w:rsidRPr="00C701F4" w:rsidRDefault="00D05119" w:rsidP="00D05119">
      <w:pPr>
        <w:spacing w:after="0" w:line="240" w:lineRule="auto"/>
        <w:jc w:val="left"/>
        <w:rPr>
          <w:sz w:val="28"/>
          <w:szCs w:val="28"/>
        </w:rPr>
      </w:pPr>
      <w:proofErr w:type="spellStart"/>
      <w:r w:rsidRPr="00C701F4">
        <w:rPr>
          <w:rFonts w:eastAsia="Times New Roman" w:cs="Times New Roman"/>
          <w:sz w:val="28"/>
          <w:szCs w:val="28"/>
        </w:rPr>
        <w:t>Întocmit</w:t>
      </w:r>
      <w:proofErr w:type="spellEnd"/>
      <w:r w:rsidRPr="00C701F4">
        <w:rPr>
          <w:rFonts w:eastAsia="Times New Roman" w:cs="Times New Roman"/>
          <w:sz w:val="28"/>
          <w:szCs w:val="28"/>
        </w:rPr>
        <w:t xml:space="preserve">: </w:t>
      </w:r>
      <w:proofErr w:type="spellStart"/>
      <w:r w:rsidRPr="00C701F4">
        <w:rPr>
          <w:rFonts w:eastAsia="Times New Roman" w:cs="Times New Roman"/>
          <w:sz w:val="28"/>
          <w:szCs w:val="28"/>
        </w:rPr>
        <w:t>Beneficiar</w:t>
      </w:r>
      <w:proofErr w:type="spellEnd"/>
      <w:r w:rsidRPr="00C701F4">
        <w:rPr>
          <w:rFonts w:eastAsia="Times New Roman" w:cs="Times New Roman"/>
          <w:sz w:val="28"/>
          <w:szCs w:val="28"/>
        </w:rPr>
        <w:t xml:space="preserve">:  </w:t>
      </w:r>
      <w:proofErr w:type="spellStart"/>
      <w:r w:rsidRPr="00C701F4">
        <w:rPr>
          <w:rFonts w:eastAsia="Times New Roman" w:cs="Times New Roman"/>
          <w:sz w:val="28"/>
          <w:szCs w:val="28"/>
        </w:rPr>
        <w:t>Responsabil</w:t>
      </w:r>
      <w:proofErr w:type="spellEnd"/>
      <w:r w:rsidRPr="00C701F4">
        <w:rPr>
          <w:rFonts w:eastAsia="Times New Roman" w:cs="Times New Roman"/>
          <w:sz w:val="28"/>
          <w:szCs w:val="28"/>
        </w:rPr>
        <w:t>: Ștefan Georgescu – Director</w:t>
      </w:r>
    </w:p>
    <w:p w14:paraId="3BFAC6F5" w14:textId="77777777" w:rsidR="00D05119" w:rsidRPr="00C701F4" w:rsidRDefault="00D05119" w:rsidP="00D05119">
      <w:pPr>
        <w:spacing w:after="440" w:line="240" w:lineRule="auto"/>
        <w:jc w:val="left"/>
        <w:rPr>
          <w:sz w:val="28"/>
          <w:szCs w:val="28"/>
        </w:rPr>
      </w:pPr>
      <w:r w:rsidRPr="00C701F4">
        <w:rPr>
          <w:rFonts w:eastAsia="Times New Roman" w:cs="Times New Roman"/>
          <w:sz w:val="28"/>
          <w:szCs w:val="28"/>
        </w:rPr>
        <w:t xml:space="preserve">     </w:t>
      </w:r>
      <w:r>
        <w:rPr>
          <w:rFonts w:eastAsia="Times New Roman" w:cs="Times New Roman"/>
          <w:sz w:val="28"/>
          <w:szCs w:val="28"/>
        </w:rPr>
        <w:t xml:space="preserve">Inspector de </w:t>
      </w:r>
      <w:proofErr w:type="spellStart"/>
      <w:r>
        <w:rPr>
          <w:rFonts w:eastAsia="Times New Roman" w:cs="Times New Roman"/>
          <w:sz w:val="28"/>
          <w:szCs w:val="28"/>
        </w:rPr>
        <w:t>specialitate</w:t>
      </w:r>
      <w:proofErr w:type="spellEnd"/>
      <w:r>
        <w:rPr>
          <w:rFonts w:eastAsia="Times New Roman" w:cs="Times New Roman"/>
          <w:sz w:val="28"/>
          <w:szCs w:val="28"/>
        </w:rPr>
        <w:t xml:space="preserve"> </w:t>
      </w:r>
      <w:proofErr w:type="spellStart"/>
      <w:r>
        <w:rPr>
          <w:rFonts w:eastAsia="Times New Roman" w:cs="Times New Roman"/>
          <w:sz w:val="28"/>
          <w:szCs w:val="28"/>
        </w:rPr>
        <w:t>compartiment</w:t>
      </w:r>
      <w:proofErr w:type="spellEnd"/>
      <w:r>
        <w:rPr>
          <w:rFonts w:eastAsia="Times New Roman" w:cs="Times New Roman"/>
          <w:sz w:val="28"/>
          <w:szCs w:val="28"/>
        </w:rPr>
        <w:t xml:space="preserve"> </w:t>
      </w:r>
      <w:proofErr w:type="spellStart"/>
      <w:r>
        <w:rPr>
          <w:rFonts w:eastAsia="Times New Roman" w:cs="Times New Roman"/>
          <w:sz w:val="28"/>
          <w:szCs w:val="28"/>
        </w:rPr>
        <w:t>financiar-contabil</w:t>
      </w:r>
      <w:proofErr w:type="spellEnd"/>
      <w:r w:rsidRPr="00C701F4">
        <w:rPr>
          <w:rFonts w:eastAsia="Times New Roman" w:cs="Times New Roman"/>
          <w:sz w:val="28"/>
          <w:szCs w:val="28"/>
        </w:rPr>
        <w:t>:</w:t>
      </w:r>
      <w:r>
        <w:rPr>
          <w:rFonts w:eastAsia="Times New Roman" w:cs="Times New Roman"/>
          <w:sz w:val="28"/>
          <w:szCs w:val="28"/>
        </w:rPr>
        <w:t xml:space="preserve"> Stănescu Ionuț</w:t>
      </w:r>
    </w:p>
    <w:p w14:paraId="1EAF6D2A" w14:textId="77777777" w:rsidR="00D05119" w:rsidRPr="00BB78B5" w:rsidRDefault="00D05119" w:rsidP="00D05119">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Președintele</w:t>
      </w:r>
    </w:p>
    <w:p w14:paraId="4AFB94A9" w14:textId="77777777" w:rsidR="00D05119" w:rsidRPr="00BB78B5" w:rsidRDefault="00D05119" w:rsidP="00D05119">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Consiliului Județean Vrancea</w:t>
      </w:r>
    </w:p>
    <w:p w14:paraId="3082FE46" w14:textId="77777777" w:rsidR="00D05119" w:rsidRPr="00BB78B5" w:rsidRDefault="00D05119" w:rsidP="00D05119">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Nicușor HALICI</w:t>
      </w:r>
    </w:p>
    <w:p w14:paraId="2C6185F8" w14:textId="77777777" w:rsidR="00D05119" w:rsidRPr="00BB78B5" w:rsidRDefault="00D05119" w:rsidP="00D05119">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345D39F6" w14:textId="77777777" w:rsidR="00D05119" w:rsidRPr="00BB78B5" w:rsidRDefault="00D05119" w:rsidP="00D05119">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7785550D" w14:textId="77777777" w:rsidR="00D05119" w:rsidRPr="00BB78B5" w:rsidRDefault="00D05119" w:rsidP="00D05119">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511CC6E3" w14:textId="77777777" w:rsidR="00D05119" w:rsidRPr="00BB78B5" w:rsidRDefault="00D05119" w:rsidP="00D05119">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5806D359" w14:textId="709426CD" w:rsidR="00D05119" w:rsidRPr="00BB78B5" w:rsidRDefault="00CD7A4C" w:rsidP="00D05119">
      <w:pPr>
        <w:widowControl w:val="0"/>
        <w:kinsoku w:val="0"/>
        <w:overflowPunct w:val="0"/>
        <w:spacing w:after="0" w:line="240" w:lineRule="auto"/>
        <w:ind w:left="5040" w:right="-261" w:firstLine="0"/>
        <w:jc w:val="center"/>
        <w:textAlignment w:val="baseline"/>
        <w:rPr>
          <w:rFonts w:eastAsia="Times New Roman" w:cs="Times New Roman"/>
          <w:b/>
          <w:bCs/>
          <w:color w:val="auto"/>
          <w:sz w:val="28"/>
          <w:szCs w:val="28"/>
          <w:lang w:val="ro-RO" w:eastAsia="en-GB"/>
        </w:rPr>
      </w:pPr>
      <w:r>
        <w:rPr>
          <w:rFonts w:eastAsia="Times New Roman" w:cs="Times New Roman"/>
          <w:b/>
          <w:bCs/>
          <w:color w:val="auto"/>
          <w:sz w:val="28"/>
          <w:szCs w:val="28"/>
          <w:lang w:val="ro-RO" w:eastAsia="en-GB"/>
        </w:rPr>
        <w:t xml:space="preserve">             </w:t>
      </w:r>
      <w:r w:rsidR="00D05119" w:rsidRPr="00BB78B5">
        <w:rPr>
          <w:rFonts w:eastAsia="Times New Roman" w:cs="Times New Roman"/>
          <w:b/>
          <w:bCs/>
          <w:color w:val="auto"/>
          <w:sz w:val="28"/>
          <w:szCs w:val="28"/>
          <w:lang w:val="ro-RO" w:eastAsia="en-GB"/>
        </w:rPr>
        <w:t xml:space="preserve">   </w:t>
      </w:r>
      <w:r>
        <w:rPr>
          <w:rFonts w:eastAsia="Times New Roman" w:cs="Times New Roman"/>
          <w:b/>
          <w:bCs/>
          <w:color w:val="auto"/>
          <w:sz w:val="28"/>
          <w:szCs w:val="28"/>
          <w:lang w:val="ro-RO" w:eastAsia="en-GB"/>
        </w:rPr>
        <w:t xml:space="preserve">Contrasemnează, </w:t>
      </w:r>
    </w:p>
    <w:p w14:paraId="18E6D1DB" w14:textId="77777777" w:rsidR="00D05119" w:rsidRPr="00BB78B5" w:rsidRDefault="00D05119" w:rsidP="00D05119">
      <w:pPr>
        <w:widowControl w:val="0"/>
        <w:kinsoku w:val="0"/>
        <w:overflowPunct w:val="0"/>
        <w:spacing w:after="0" w:line="240" w:lineRule="auto"/>
        <w:ind w:left="5310" w:right="-261" w:firstLine="450"/>
        <w:jc w:val="left"/>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 xml:space="preserve">     Secretar general al județului                          </w:t>
      </w:r>
    </w:p>
    <w:p w14:paraId="6A0D6DD6" w14:textId="77777777" w:rsidR="00D05119" w:rsidRPr="00BB78B5" w:rsidRDefault="00D05119" w:rsidP="00D05119">
      <w:pPr>
        <w:spacing w:after="0" w:line="240" w:lineRule="auto"/>
        <w:ind w:firstLine="0"/>
        <w:rPr>
          <w:rFonts w:eastAsia="Times New Roman" w:cs="Times New Roman"/>
          <w:color w:val="auto"/>
          <w:sz w:val="28"/>
        </w:rPr>
      </w:pPr>
      <w:r w:rsidRPr="00BB78B5">
        <w:rPr>
          <w:rFonts w:eastAsia="Times New Roman" w:cs="Times New Roman"/>
          <w:b/>
          <w:bCs/>
          <w:color w:val="auto"/>
          <w:sz w:val="28"/>
          <w:szCs w:val="28"/>
          <w:lang w:val="ro-RO" w:eastAsia="en-GB"/>
        </w:rPr>
        <w:t xml:space="preserve">                                                                                                    Raluca Dan        </w:t>
      </w:r>
    </w:p>
    <w:p w14:paraId="72C1B9D9" w14:textId="170D4DBA" w:rsidR="005D09AF" w:rsidRDefault="005D09AF" w:rsidP="00D05119">
      <w:pPr>
        <w:spacing w:before="360" w:after="0" w:line="240" w:lineRule="auto"/>
        <w:jc w:val="left"/>
      </w:pPr>
    </w:p>
    <w:sectPr w:rsidR="005D09AF" w:rsidSect="00034616">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F8E95" w14:textId="77777777" w:rsidR="00814FA6" w:rsidRDefault="00814FA6">
      <w:pPr>
        <w:spacing w:after="0" w:line="240" w:lineRule="auto"/>
      </w:pPr>
      <w:r>
        <w:separator/>
      </w:r>
    </w:p>
  </w:endnote>
  <w:endnote w:type="continuationSeparator" w:id="0">
    <w:p w14:paraId="6F2AC12D" w14:textId="77777777" w:rsidR="00814FA6" w:rsidRDefault="00814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0CFD" w14:textId="77777777" w:rsidR="005B5E7A" w:rsidRDefault="005B5E7A">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6FD7A" w14:textId="77777777" w:rsidR="005D09AF" w:rsidRPr="005B5E7A" w:rsidRDefault="00FD4CC1">
    <w:pPr>
      <w:spacing w:after="0" w:line="240" w:lineRule="auto"/>
      <w:jc w:val="center"/>
      <w:rPr>
        <w:sz w:val="28"/>
        <w:szCs w:val="28"/>
      </w:rPr>
    </w:pPr>
    <w:r w:rsidRPr="005B5E7A">
      <w:rPr>
        <w:rFonts w:eastAsia="Times New Roman" w:cs="Times New Roman"/>
        <w:sz w:val="28"/>
        <w:szCs w:val="28"/>
      </w:rPr>
      <w:fldChar w:fldCharType="begin"/>
    </w:r>
    <w:r w:rsidRPr="005B5E7A">
      <w:rPr>
        <w:rFonts w:eastAsia="Times New Roman" w:cs="Times New Roman"/>
        <w:sz w:val="28"/>
        <w:szCs w:val="28"/>
      </w:rPr>
      <w:instrText xml:space="preserve"> PAGE </w:instrText>
    </w:r>
    <w:r w:rsidRPr="005B5E7A">
      <w:rPr>
        <w:rFonts w:eastAsia="Times New Roman" w:cs="Times New Roman"/>
        <w:sz w:val="28"/>
        <w:szCs w:val="28"/>
      </w:rPr>
      <w:fldChar w:fldCharType="separate"/>
    </w:r>
    <w:r w:rsidRPr="005B5E7A">
      <w:rPr>
        <w:rFonts w:eastAsia="Times New Roman" w:cs="Times New Roman"/>
        <w:sz w:val="28"/>
        <w:szCs w:val="28"/>
      </w:rPr>
      <w:t>1</w:t>
    </w:r>
    <w:r w:rsidRPr="005B5E7A">
      <w:rPr>
        <w:rFonts w:eastAsia="Times New Roman" w:cs="Times New Roman"/>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EEC3C" w14:textId="77777777" w:rsidR="005B5E7A" w:rsidRDefault="005B5E7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650A9" w14:textId="77777777" w:rsidR="00814FA6" w:rsidRDefault="00814FA6">
      <w:pPr>
        <w:spacing w:after="0" w:line="240" w:lineRule="auto"/>
      </w:pPr>
      <w:r>
        <w:separator/>
      </w:r>
    </w:p>
  </w:footnote>
  <w:footnote w:type="continuationSeparator" w:id="0">
    <w:p w14:paraId="64F277F3" w14:textId="77777777" w:rsidR="00814FA6" w:rsidRDefault="00814F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14E6" w14:textId="77777777" w:rsidR="005B5E7A" w:rsidRDefault="005B5E7A">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041F7" w14:textId="77777777" w:rsidR="005B5E7A" w:rsidRDefault="005B5E7A">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EA379" w14:textId="77777777" w:rsidR="005B5E7A" w:rsidRDefault="005B5E7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65371376">
    <w:abstractNumId w:val="8"/>
  </w:num>
  <w:num w:numId="2" w16cid:durableId="1094547382">
    <w:abstractNumId w:val="6"/>
  </w:num>
  <w:num w:numId="3" w16cid:durableId="755515129">
    <w:abstractNumId w:val="5"/>
  </w:num>
  <w:num w:numId="4" w16cid:durableId="918758896">
    <w:abstractNumId w:val="4"/>
  </w:num>
  <w:num w:numId="5" w16cid:durableId="833566889">
    <w:abstractNumId w:val="7"/>
  </w:num>
  <w:num w:numId="6" w16cid:durableId="1094787426">
    <w:abstractNumId w:val="3"/>
  </w:num>
  <w:num w:numId="7" w16cid:durableId="1639070051">
    <w:abstractNumId w:val="2"/>
  </w:num>
  <w:num w:numId="8" w16cid:durableId="783037628">
    <w:abstractNumId w:val="1"/>
  </w:num>
  <w:num w:numId="9" w16cid:durableId="1851485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7FAA"/>
    <w:rsid w:val="0006063C"/>
    <w:rsid w:val="0015074B"/>
    <w:rsid w:val="001F4762"/>
    <w:rsid w:val="0029639D"/>
    <w:rsid w:val="00326F90"/>
    <w:rsid w:val="00366E64"/>
    <w:rsid w:val="00384F33"/>
    <w:rsid w:val="003873F6"/>
    <w:rsid w:val="003E64B7"/>
    <w:rsid w:val="00404C60"/>
    <w:rsid w:val="004B6060"/>
    <w:rsid w:val="005B5E7A"/>
    <w:rsid w:val="005D09AF"/>
    <w:rsid w:val="005E6438"/>
    <w:rsid w:val="00622A85"/>
    <w:rsid w:val="006310E1"/>
    <w:rsid w:val="006D608A"/>
    <w:rsid w:val="007E749F"/>
    <w:rsid w:val="00814FA6"/>
    <w:rsid w:val="00881CF2"/>
    <w:rsid w:val="00AA1D8D"/>
    <w:rsid w:val="00B47730"/>
    <w:rsid w:val="00C364B8"/>
    <w:rsid w:val="00CB0664"/>
    <w:rsid w:val="00CD7A4C"/>
    <w:rsid w:val="00CF32CA"/>
    <w:rsid w:val="00D05119"/>
    <w:rsid w:val="00D51161"/>
    <w:rsid w:val="00D7379F"/>
    <w:rsid w:val="00E21C2C"/>
    <w:rsid w:val="00EC54AF"/>
    <w:rsid w:val="00F71AF6"/>
    <w:rsid w:val="00FA41B3"/>
    <w:rsid w:val="00FC693F"/>
    <w:rsid w:val="00FD4CC1"/>
    <w:rsid w:val="00FE0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CDC567C-9595-40E2-AA22-990FC9B3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709"/>
      <w:jc w:val="both"/>
    </w:pPr>
    <w:rPr>
      <w:rFonts w:ascii="Times New Roman" w:hAnsi="Times New Roman"/>
      <w:color w:val="000000"/>
      <w:sz w:val="24"/>
    </w:rPr>
  </w:style>
  <w:style w:type="paragraph" w:styleId="Titlu1">
    <w:name w:val="heading 1"/>
    <w:basedOn w:val="Normal"/>
    <w:next w:val="Normal"/>
    <w:link w:val="Titlu1Caracter"/>
    <w:uiPriority w:val="9"/>
    <w:qFormat/>
    <w:rsid w:val="00FC693F"/>
    <w:pPr>
      <w:keepNext/>
      <w:keepLines/>
      <w:spacing w:before="240" w:line="240" w:lineRule="auto"/>
      <w:ind w:firstLine="0"/>
      <w:jc w:val="left"/>
      <w:outlineLvl w:val="0"/>
    </w:pPr>
    <w:rPr>
      <w:rFonts w:asciiTheme="majorHAnsi" w:eastAsiaTheme="majorEastAsia" w:hAnsiTheme="majorHAnsi" w:cstheme="majorBidi"/>
      <w:b/>
      <w:bCs/>
      <w:sz w:val="26"/>
      <w:szCs w:val="28"/>
    </w:rPr>
  </w:style>
  <w:style w:type="paragraph" w:styleId="Titlu2">
    <w:name w:val="heading 2"/>
    <w:basedOn w:val="Normal"/>
    <w:next w:val="Normal"/>
    <w:link w:val="Titlu2Caracter"/>
    <w:uiPriority w:val="9"/>
    <w:unhideWhenUsed/>
    <w:qFormat/>
    <w:rsid w:val="00FC693F"/>
    <w:pPr>
      <w:keepNext/>
      <w:keepLines/>
      <w:spacing w:before="160" w:after="80" w:line="240" w:lineRule="auto"/>
      <w:ind w:firstLine="0"/>
      <w:jc w:val="left"/>
      <w:outlineLvl w:val="1"/>
    </w:pPr>
    <w:rPr>
      <w:rFonts w:asciiTheme="majorHAnsi" w:eastAsiaTheme="majorEastAsia" w:hAnsiTheme="majorHAnsi" w:cstheme="majorBidi"/>
      <w:b/>
      <w:bCs/>
      <w:szCs w:val="26"/>
    </w:rPr>
  </w:style>
  <w:style w:type="paragraph" w:styleId="Titlu3">
    <w:name w:val="heading 3"/>
    <w:basedOn w:val="Normal"/>
    <w:next w:val="Normal"/>
    <w:link w:val="Titlu3Caracter"/>
    <w:uiPriority w:val="9"/>
    <w:unhideWhenUsed/>
    <w:qFormat/>
    <w:rsid w:val="00FC693F"/>
    <w:pPr>
      <w:keepNext/>
      <w:keepLines/>
      <w:spacing w:before="120" w:after="60" w:line="240" w:lineRule="auto"/>
      <w:ind w:firstLine="0"/>
      <w:jc w:val="left"/>
      <w:outlineLvl w:val="2"/>
    </w:pPr>
    <w:rPr>
      <w:rFonts w:asciiTheme="majorHAnsi" w:eastAsiaTheme="majorEastAsia" w:hAnsiTheme="majorHAnsi" w:cstheme="majorBidi"/>
      <w:b/>
      <w:bCs/>
      <w:i/>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keepNext/>
      <w:spacing w:before="240" w:after="240" w:line="240" w:lineRule="auto"/>
      <w:ind w:firstLine="0"/>
      <w:contextualSpacing/>
      <w:jc w:val="center"/>
    </w:pPr>
    <w:rPr>
      <w:rFonts w:asciiTheme="majorHAnsi" w:eastAsiaTheme="majorEastAsia" w:hAnsiTheme="majorHAnsi" w:cstheme="majorBidi"/>
      <w:b/>
      <w:spacing w:val="5"/>
      <w:kern w:val="28"/>
      <w:sz w:val="28"/>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tabs>
        <w:tab w:val="left" w:pos="720"/>
      </w:tabs>
      <w:spacing w:after="60"/>
      <w:ind w:left="720"/>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ind w:left="360"/>
      <w:contextualSpacing/>
    </w:pPr>
  </w:style>
  <w:style w:type="paragraph" w:styleId="Listcontinuare2">
    <w:name w:val="List Continue 2"/>
    <w:basedOn w:val="Normal"/>
    <w:uiPriority w:val="99"/>
    <w:unhideWhenUsed/>
    <w:rsid w:val="0029639D"/>
    <w:pPr>
      <w:ind w:left="720"/>
      <w:contextualSpacing/>
    </w:pPr>
  </w:style>
  <w:style w:type="paragraph" w:styleId="Listcontinuare3">
    <w:name w:val="List Continue 3"/>
    <w:basedOn w:val="Normal"/>
    <w:uiPriority w:val="99"/>
    <w:unhideWhenUsed/>
    <w:rsid w:val="0029639D"/>
    <w:pPr>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2484</Words>
  <Characters>14410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Piste de alergare cu suprafața din tartan – Stadionul Sud</vt:lpstr>
    </vt:vector>
  </TitlesOfParts>
  <Manager/>
  <Company/>
  <LinksUpToDate>false</LinksUpToDate>
  <CharactersWithSpaces>16861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Piste de alergare cu suprafața din tartan – Stadionul Sud</dc:title>
  <dc:subject>Notă conceptuală și temă de proiectare</dc:subject>
  <dc:creator>Clubul Sportiv Județean Vrancea</dc:creator>
  <cp:keywords>HG 907/2016; pistă de atletism; DALI</cp:keywords>
  <dc:description>Document elaborat pentru verificarea și aprobarea beneficiarului.</dc:description>
  <cp:lastModifiedBy>Tulbure Mihaela</cp:lastModifiedBy>
  <cp:revision>12</cp:revision>
  <dcterms:created xsi:type="dcterms:W3CDTF">2026-08-03T12:14:00Z</dcterms:created>
  <dcterms:modified xsi:type="dcterms:W3CDTF">2026-09-15T08:14:00Z</dcterms:modified>
  <cp:category/>
</cp:coreProperties>
</file>