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1F911" w14:textId="7771E8BE" w:rsidR="008132D3" w:rsidRPr="00CE1EE7" w:rsidRDefault="008132D3" w:rsidP="008C22B1">
      <w:pPr>
        <w:spacing w:after="0" w:line="240" w:lineRule="auto"/>
        <w:ind w:firstLine="0"/>
        <w:contextualSpacing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>ROMÂNIA</w:t>
      </w:r>
      <w:r w:rsidRPr="00CE1EE7">
        <w:rPr>
          <w:rFonts w:cs="Times New Roman"/>
          <w:b/>
          <w:sz w:val="28"/>
          <w:szCs w:val="28"/>
          <w:lang w:val="ro-RO"/>
        </w:rPr>
        <w:tab/>
      </w:r>
      <w:r w:rsidRPr="00CE1EE7">
        <w:rPr>
          <w:rFonts w:cs="Times New Roman"/>
          <w:b/>
          <w:sz w:val="28"/>
          <w:szCs w:val="28"/>
          <w:lang w:val="ro-RO"/>
        </w:rPr>
        <w:tab/>
      </w:r>
      <w:r w:rsidRPr="00CE1EE7">
        <w:rPr>
          <w:rFonts w:cs="Times New Roman"/>
          <w:b/>
          <w:sz w:val="28"/>
          <w:szCs w:val="28"/>
          <w:lang w:val="ro-RO"/>
        </w:rPr>
        <w:tab/>
      </w:r>
      <w:r w:rsidRPr="00CE1EE7">
        <w:rPr>
          <w:rFonts w:cs="Times New Roman"/>
          <w:b/>
          <w:sz w:val="28"/>
          <w:szCs w:val="28"/>
          <w:lang w:val="ro-RO"/>
        </w:rPr>
        <w:tab/>
      </w:r>
      <w:r w:rsidRPr="00CE1EE7">
        <w:rPr>
          <w:rFonts w:cs="Times New Roman"/>
          <w:b/>
          <w:sz w:val="28"/>
          <w:szCs w:val="28"/>
          <w:lang w:val="ro-RO"/>
        </w:rPr>
        <w:tab/>
      </w:r>
      <w:r w:rsidRPr="00CE1EE7">
        <w:rPr>
          <w:rFonts w:cs="Times New Roman"/>
          <w:b/>
          <w:sz w:val="28"/>
          <w:szCs w:val="28"/>
          <w:lang w:val="ro-RO"/>
        </w:rPr>
        <w:tab/>
      </w:r>
      <w:r w:rsidRPr="00CE1EE7">
        <w:rPr>
          <w:rFonts w:cs="Times New Roman"/>
          <w:b/>
          <w:sz w:val="28"/>
          <w:szCs w:val="28"/>
          <w:lang w:val="ro-RO"/>
        </w:rPr>
        <w:tab/>
      </w:r>
      <w:r w:rsidRPr="00CE1EE7">
        <w:rPr>
          <w:rFonts w:cs="Times New Roman"/>
          <w:b/>
          <w:sz w:val="28"/>
          <w:szCs w:val="28"/>
          <w:lang w:val="ro-RO"/>
        </w:rPr>
        <w:tab/>
      </w:r>
      <w:r w:rsidRPr="00CE1EE7">
        <w:rPr>
          <w:rFonts w:cs="Times New Roman"/>
          <w:b/>
          <w:sz w:val="28"/>
          <w:szCs w:val="28"/>
          <w:lang w:val="ro-RO"/>
        </w:rPr>
        <w:tab/>
      </w:r>
    </w:p>
    <w:p w14:paraId="2CCC4D69" w14:textId="304C43C1" w:rsidR="00723177" w:rsidRPr="00CE1EE7" w:rsidRDefault="008132D3" w:rsidP="008C22B1">
      <w:pPr>
        <w:spacing w:after="0" w:line="240" w:lineRule="auto"/>
        <w:ind w:firstLine="0"/>
        <w:contextualSpacing/>
        <w:rPr>
          <w:rFonts w:cs="Times New Roman"/>
          <w:b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>JUDEȚUL VRANCEA</w:t>
      </w:r>
      <w:r w:rsidR="00723177" w:rsidRPr="00CE1EE7">
        <w:rPr>
          <w:rFonts w:cs="Times New Roman"/>
          <w:b/>
          <w:sz w:val="28"/>
          <w:szCs w:val="28"/>
          <w:lang w:val="ro-RO"/>
        </w:rPr>
        <w:t xml:space="preserve"> </w:t>
      </w:r>
      <w:r w:rsidR="00723177" w:rsidRPr="00CE1EE7">
        <w:rPr>
          <w:rFonts w:cs="Times New Roman"/>
          <w:b/>
          <w:sz w:val="28"/>
          <w:szCs w:val="28"/>
          <w:lang w:val="ro-RO"/>
        </w:rPr>
        <w:tab/>
      </w:r>
      <w:r w:rsidR="00723177" w:rsidRPr="00CE1EE7">
        <w:rPr>
          <w:rFonts w:cs="Times New Roman"/>
          <w:b/>
          <w:sz w:val="28"/>
          <w:szCs w:val="28"/>
          <w:lang w:val="ro-RO"/>
        </w:rPr>
        <w:tab/>
      </w:r>
      <w:r w:rsidR="00723177" w:rsidRPr="00CE1EE7">
        <w:rPr>
          <w:rFonts w:cs="Times New Roman"/>
          <w:b/>
          <w:sz w:val="28"/>
          <w:szCs w:val="28"/>
          <w:lang w:val="ro-RO"/>
        </w:rPr>
        <w:tab/>
      </w:r>
      <w:r w:rsidR="00723177" w:rsidRPr="00CE1EE7">
        <w:rPr>
          <w:rFonts w:cs="Times New Roman"/>
          <w:b/>
          <w:sz w:val="28"/>
          <w:szCs w:val="28"/>
          <w:lang w:val="ro-RO"/>
        </w:rPr>
        <w:tab/>
      </w:r>
      <w:r w:rsidR="00723177" w:rsidRPr="00CE1EE7">
        <w:rPr>
          <w:rFonts w:cs="Times New Roman"/>
          <w:b/>
          <w:sz w:val="28"/>
          <w:szCs w:val="28"/>
          <w:lang w:val="ro-RO"/>
        </w:rPr>
        <w:tab/>
      </w:r>
      <w:r w:rsidR="00723177" w:rsidRPr="00CE1EE7">
        <w:rPr>
          <w:rFonts w:cs="Times New Roman"/>
          <w:b/>
          <w:sz w:val="28"/>
          <w:szCs w:val="28"/>
          <w:lang w:val="ro-RO"/>
        </w:rPr>
        <w:tab/>
      </w:r>
      <w:r w:rsidR="00723177" w:rsidRPr="00CE1EE7">
        <w:rPr>
          <w:rFonts w:cs="Times New Roman"/>
          <w:b/>
          <w:sz w:val="28"/>
          <w:szCs w:val="28"/>
          <w:lang w:val="ro-RO"/>
        </w:rPr>
        <w:tab/>
      </w:r>
    </w:p>
    <w:p w14:paraId="4CBAD59A" w14:textId="7F64823F" w:rsidR="00723177" w:rsidRDefault="008132D3" w:rsidP="008C22B1">
      <w:pPr>
        <w:spacing w:after="0" w:line="240" w:lineRule="auto"/>
        <w:ind w:firstLine="0"/>
        <w:contextualSpacing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>CONSILIUL JUDEȚEAN</w:t>
      </w:r>
      <w:r w:rsidR="00723177" w:rsidRPr="00CE1EE7">
        <w:rPr>
          <w:rFonts w:cs="Times New Roman"/>
          <w:sz w:val="28"/>
          <w:szCs w:val="28"/>
          <w:lang w:val="ro-RO"/>
        </w:rPr>
        <w:t xml:space="preserve"> </w:t>
      </w:r>
      <w:r w:rsidR="00723177" w:rsidRPr="00CE1EE7">
        <w:rPr>
          <w:rFonts w:cs="Times New Roman"/>
          <w:sz w:val="28"/>
          <w:szCs w:val="28"/>
          <w:lang w:val="ro-RO"/>
        </w:rPr>
        <w:tab/>
      </w:r>
      <w:r w:rsidR="00723177" w:rsidRPr="00CE1EE7">
        <w:rPr>
          <w:rFonts w:cs="Times New Roman"/>
          <w:sz w:val="28"/>
          <w:szCs w:val="28"/>
          <w:lang w:val="ro-RO"/>
        </w:rPr>
        <w:tab/>
      </w:r>
      <w:r w:rsidR="00723177" w:rsidRPr="00CE1EE7">
        <w:rPr>
          <w:rFonts w:cs="Times New Roman"/>
          <w:sz w:val="28"/>
          <w:szCs w:val="28"/>
          <w:lang w:val="ro-RO"/>
        </w:rPr>
        <w:tab/>
      </w:r>
      <w:r w:rsidR="004E0F55">
        <w:rPr>
          <w:rFonts w:cs="Times New Roman"/>
          <w:sz w:val="28"/>
          <w:szCs w:val="28"/>
          <w:lang w:val="ro-RO"/>
        </w:rPr>
        <w:t xml:space="preserve">            </w:t>
      </w:r>
      <w:r w:rsidR="0039044D">
        <w:rPr>
          <w:rFonts w:cs="Times New Roman"/>
          <w:sz w:val="28"/>
          <w:szCs w:val="28"/>
          <w:lang w:val="ro-RO"/>
        </w:rPr>
        <w:t xml:space="preserve">               </w:t>
      </w:r>
      <w:r w:rsidR="004E0F55" w:rsidRPr="0039044D">
        <w:rPr>
          <w:rFonts w:cs="Times New Roman"/>
          <w:b/>
          <w:bCs/>
          <w:sz w:val="28"/>
          <w:szCs w:val="28"/>
          <w:lang w:val="ro-RO"/>
        </w:rPr>
        <w:t>Anexa nr. 2</w:t>
      </w:r>
    </w:p>
    <w:p w14:paraId="40532872" w14:textId="34D8EEF2" w:rsidR="004E0F55" w:rsidRPr="004E0F55" w:rsidRDefault="004E0F55" w:rsidP="008C22B1">
      <w:pPr>
        <w:spacing w:after="0" w:line="240" w:lineRule="auto"/>
        <w:ind w:firstLine="0"/>
        <w:contextualSpacing/>
        <w:rPr>
          <w:lang w:val="ro-RO"/>
        </w:rPr>
      </w:pPr>
      <w:r>
        <w:rPr>
          <w:rFonts w:cs="Times New Roman"/>
          <w:sz w:val="28"/>
          <w:szCs w:val="28"/>
          <w:lang w:val="ro-RO"/>
        </w:rPr>
        <w:t xml:space="preserve">                                                                         </w:t>
      </w:r>
      <w:r w:rsidRPr="00CE1EE7">
        <w:rPr>
          <w:rFonts w:cs="Times New Roman"/>
          <w:b/>
          <w:sz w:val="28"/>
          <w:szCs w:val="28"/>
          <w:lang w:val="ro-RO"/>
        </w:rPr>
        <w:t xml:space="preserve">la Hotărârea nr. </w:t>
      </w:r>
      <w:r w:rsidR="00435E05">
        <w:rPr>
          <w:rFonts w:cs="Times New Roman"/>
          <w:b/>
          <w:sz w:val="28"/>
          <w:szCs w:val="28"/>
          <w:lang w:val="ro-RO"/>
        </w:rPr>
        <w:t>213 din 17.09.</w:t>
      </w:r>
      <w:r w:rsidRPr="00CE1EE7">
        <w:rPr>
          <w:rFonts w:cs="Times New Roman"/>
          <w:b/>
          <w:sz w:val="28"/>
          <w:szCs w:val="28"/>
          <w:lang w:val="ro-RO"/>
        </w:rPr>
        <w:t>2026</w:t>
      </w:r>
    </w:p>
    <w:p w14:paraId="4FE1F917" w14:textId="36A14113" w:rsidR="008132D3" w:rsidRPr="00CE1EE7" w:rsidRDefault="008132D3" w:rsidP="00760437">
      <w:pPr>
        <w:spacing w:after="0" w:line="240" w:lineRule="auto"/>
        <w:contextualSpacing/>
        <w:rPr>
          <w:rFonts w:cs="Times New Roman"/>
          <w:sz w:val="28"/>
          <w:szCs w:val="28"/>
          <w:lang w:val="ro-RO"/>
        </w:rPr>
      </w:pPr>
    </w:p>
    <w:p w14:paraId="4241F1A3" w14:textId="77777777" w:rsidR="003F3CE1" w:rsidRPr="00CE1EE7" w:rsidRDefault="003F3CE1" w:rsidP="00760437">
      <w:pPr>
        <w:spacing w:after="0" w:line="240" w:lineRule="auto"/>
        <w:contextualSpacing/>
        <w:rPr>
          <w:rFonts w:cs="Times New Roman"/>
          <w:sz w:val="28"/>
          <w:szCs w:val="28"/>
          <w:lang w:val="ro-RO"/>
        </w:rPr>
      </w:pPr>
    </w:p>
    <w:p w14:paraId="1B1A586A" w14:textId="77777777" w:rsidR="003F3CE1" w:rsidRPr="00CE1EE7" w:rsidRDefault="00CD23E9" w:rsidP="00760437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 xml:space="preserve">INDICATORII </w:t>
      </w:r>
      <w:proofErr w:type="spellStart"/>
      <w:r w:rsidRPr="00CE1EE7">
        <w:rPr>
          <w:rFonts w:cs="Times New Roman"/>
          <w:b/>
          <w:sz w:val="28"/>
          <w:szCs w:val="28"/>
          <w:lang w:val="ro-RO"/>
        </w:rPr>
        <w:t>TEHNICO</w:t>
      </w:r>
      <w:proofErr w:type="spellEnd"/>
      <w:r w:rsidRPr="00CE1EE7">
        <w:rPr>
          <w:rFonts w:cs="Times New Roman"/>
          <w:b/>
          <w:sz w:val="28"/>
          <w:szCs w:val="28"/>
          <w:lang w:val="ro-RO"/>
        </w:rPr>
        <w:t>-ECONOMICI ACTUALIZAȚI</w:t>
      </w:r>
    </w:p>
    <w:p w14:paraId="5CBE9852" w14:textId="77777777" w:rsidR="003F3CE1" w:rsidRPr="00CE1EE7" w:rsidRDefault="00CD23E9" w:rsidP="00760437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>pentru obiectivul de investiții „Demolare Corp B din cadrul Centrului Militar Zonal Județean”</w:t>
      </w:r>
    </w:p>
    <w:p w14:paraId="64716E23" w14:textId="77777777" w:rsidR="00EB41EF" w:rsidRDefault="00EB41EF" w:rsidP="00760437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o-RO"/>
        </w:rPr>
      </w:pPr>
    </w:p>
    <w:p w14:paraId="7DD651C4" w14:textId="77777777" w:rsidR="0039044D" w:rsidRPr="00CE1EE7" w:rsidRDefault="0039044D" w:rsidP="00760437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o-RO"/>
        </w:rPr>
      </w:pPr>
    </w:p>
    <w:p w14:paraId="6C27C0DA" w14:textId="710B1811" w:rsidR="002D5682" w:rsidRDefault="00D91020" w:rsidP="002D5682">
      <w:pPr>
        <w:spacing w:after="0" w:line="240" w:lineRule="auto"/>
        <w:ind w:left="4962" w:hanging="4253"/>
        <w:contextualSpacing/>
        <w:rPr>
          <w:rFonts w:cs="Times New Roman"/>
          <w:bCs/>
          <w:sz w:val="28"/>
          <w:szCs w:val="28"/>
          <w:lang w:val="ro-RO"/>
        </w:rPr>
      </w:pPr>
      <w:r w:rsidRPr="00CE1EE7">
        <w:rPr>
          <w:rFonts w:cs="Times New Roman"/>
          <w:bCs/>
          <w:sz w:val="28"/>
          <w:szCs w:val="28"/>
          <w:lang w:val="ro-RO"/>
        </w:rPr>
        <w:t xml:space="preserve">a) </w:t>
      </w:r>
      <w:r w:rsidR="00F311AE" w:rsidRPr="00CE1EE7">
        <w:rPr>
          <w:rFonts w:cs="Times New Roman"/>
          <w:bCs/>
          <w:sz w:val="28"/>
          <w:szCs w:val="28"/>
          <w:lang w:val="ro-RO"/>
        </w:rPr>
        <w:t xml:space="preserve">valoarea totală a investiției           = </w:t>
      </w:r>
      <w:r w:rsidR="002D5682">
        <w:rPr>
          <w:rFonts w:cs="Times New Roman"/>
          <w:bCs/>
          <w:sz w:val="28"/>
          <w:szCs w:val="28"/>
          <w:lang w:val="ro-RO"/>
        </w:rPr>
        <w:t xml:space="preserve">1.234.117,28 </w:t>
      </w:r>
      <w:r w:rsidR="00116599">
        <w:rPr>
          <w:rFonts w:cs="Times New Roman"/>
          <w:bCs/>
          <w:sz w:val="28"/>
          <w:szCs w:val="28"/>
          <w:lang w:val="ro-RO"/>
        </w:rPr>
        <w:t xml:space="preserve">lei </w:t>
      </w:r>
      <w:r w:rsidR="002D5682">
        <w:rPr>
          <w:rFonts w:cs="Times New Roman"/>
          <w:bCs/>
          <w:sz w:val="28"/>
          <w:szCs w:val="28"/>
          <w:lang w:val="ro-RO"/>
        </w:rPr>
        <w:t>fără TVA,</w:t>
      </w:r>
    </w:p>
    <w:p w14:paraId="126D62FD" w14:textId="31FEC461" w:rsidR="00D91020" w:rsidRPr="00CE1EE7" w:rsidRDefault="002D5682" w:rsidP="002D5682">
      <w:pPr>
        <w:spacing w:after="0" w:line="240" w:lineRule="auto"/>
        <w:ind w:left="4962" w:hanging="142"/>
        <w:contextualSpacing/>
        <w:rPr>
          <w:rFonts w:cs="Times New Roman"/>
          <w:bCs/>
          <w:sz w:val="28"/>
          <w:szCs w:val="28"/>
          <w:lang w:val="ro-RO"/>
        </w:rPr>
      </w:pPr>
      <w:r>
        <w:rPr>
          <w:rFonts w:cs="Times New Roman"/>
          <w:bCs/>
          <w:sz w:val="28"/>
          <w:szCs w:val="28"/>
          <w:lang w:val="ro-RO"/>
        </w:rPr>
        <w:t xml:space="preserve">   </w:t>
      </w:r>
      <w:r w:rsidR="00F311AE" w:rsidRPr="00CE1EE7">
        <w:rPr>
          <w:rFonts w:cs="Times New Roman"/>
          <w:bCs/>
          <w:sz w:val="28"/>
          <w:szCs w:val="28"/>
          <w:lang w:val="ro-RO"/>
        </w:rPr>
        <w:t>1.485.012,81 lei inclusiv TVA</w:t>
      </w:r>
    </w:p>
    <w:p w14:paraId="6AF77801" w14:textId="77777777" w:rsidR="00A27118" w:rsidRDefault="00084ECF" w:rsidP="00760437">
      <w:pPr>
        <w:spacing w:after="0" w:line="240" w:lineRule="auto"/>
        <w:contextualSpacing/>
        <w:rPr>
          <w:rFonts w:cs="Times New Roman"/>
          <w:bCs/>
          <w:sz w:val="28"/>
          <w:szCs w:val="28"/>
          <w:lang w:val="ro-RO"/>
        </w:rPr>
      </w:pPr>
      <w:r w:rsidRPr="00CE1EE7">
        <w:rPr>
          <w:rFonts w:cs="Times New Roman"/>
          <w:bCs/>
          <w:sz w:val="28"/>
          <w:szCs w:val="28"/>
          <w:lang w:val="ro-RO"/>
        </w:rPr>
        <w:tab/>
      </w:r>
      <w:r w:rsidRPr="00CE1EE7">
        <w:rPr>
          <w:rFonts w:cs="Times New Roman"/>
          <w:bCs/>
          <w:sz w:val="28"/>
          <w:szCs w:val="28"/>
          <w:lang w:val="ro-RO"/>
        </w:rPr>
        <w:tab/>
      </w:r>
    </w:p>
    <w:p w14:paraId="554F2618" w14:textId="7E20335D" w:rsidR="00116599" w:rsidRDefault="00084ECF" w:rsidP="00116599">
      <w:pPr>
        <w:spacing w:after="0" w:line="240" w:lineRule="auto"/>
        <w:ind w:left="720" w:firstLine="698"/>
        <w:contextualSpacing/>
        <w:rPr>
          <w:rFonts w:cs="Times New Roman"/>
          <w:bCs/>
          <w:sz w:val="28"/>
          <w:szCs w:val="28"/>
          <w:lang w:val="ro-RO"/>
        </w:rPr>
      </w:pPr>
      <w:r w:rsidRPr="00CE1EE7">
        <w:rPr>
          <w:rFonts w:cs="Times New Roman"/>
          <w:bCs/>
          <w:sz w:val="28"/>
          <w:szCs w:val="28"/>
          <w:lang w:val="ro-RO"/>
        </w:rPr>
        <w:t xml:space="preserve">din care </w:t>
      </w:r>
      <w:proofErr w:type="spellStart"/>
      <w:r w:rsidRPr="00CE1EE7">
        <w:rPr>
          <w:rFonts w:cs="Times New Roman"/>
          <w:bCs/>
          <w:sz w:val="28"/>
          <w:szCs w:val="28"/>
          <w:lang w:val="ro-RO"/>
        </w:rPr>
        <w:t>C+M</w:t>
      </w:r>
      <w:proofErr w:type="spellEnd"/>
      <w:r w:rsidRPr="00CE1EE7">
        <w:rPr>
          <w:rFonts w:cs="Times New Roman"/>
          <w:bCs/>
          <w:sz w:val="28"/>
          <w:szCs w:val="28"/>
          <w:lang w:val="ro-RO"/>
        </w:rPr>
        <w:tab/>
      </w:r>
      <w:r w:rsidRPr="00CE1EE7">
        <w:rPr>
          <w:rFonts w:cs="Times New Roman"/>
          <w:bCs/>
          <w:sz w:val="28"/>
          <w:szCs w:val="28"/>
          <w:lang w:val="ro-RO"/>
        </w:rPr>
        <w:tab/>
      </w:r>
      <w:r w:rsidR="00116599">
        <w:rPr>
          <w:rFonts w:cs="Times New Roman"/>
          <w:bCs/>
          <w:sz w:val="28"/>
          <w:szCs w:val="28"/>
          <w:lang w:val="ro-RO"/>
        </w:rPr>
        <w:t xml:space="preserve">       </w:t>
      </w:r>
      <w:r w:rsidRPr="00CE1EE7">
        <w:rPr>
          <w:rFonts w:cs="Times New Roman"/>
          <w:bCs/>
          <w:sz w:val="28"/>
          <w:szCs w:val="28"/>
          <w:lang w:val="ro-RO"/>
        </w:rPr>
        <w:t xml:space="preserve">= </w:t>
      </w:r>
      <w:r w:rsidR="00C00D23">
        <w:rPr>
          <w:rFonts w:cs="Times New Roman"/>
          <w:bCs/>
          <w:sz w:val="28"/>
          <w:szCs w:val="28"/>
          <w:lang w:val="ro-RO"/>
        </w:rPr>
        <w:t>815.363,44 lei, fără TVA</w:t>
      </w:r>
    </w:p>
    <w:p w14:paraId="0FF6245C" w14:textId="6C74BBA2" w:rsidR="00F311AE" w:rsidRPr="00CE1EE7" w:rsidRDefault="00084ECF" w:rsidP="00116599">
      <w:pPr>
        <w:spacing w:after="0" w:line="240" w:lineRule="auto"/>
        <w:ind w:left="720" w:firstLine="4383"/>
        <w:contextualSpacing/>
        <w:rPr>
          <w:rFonts w:cs="Times New Roman"/>
          <w:bCs/>
          <w:sz w:val="28"/>
          <w:szCs w:val="28"/>
          <w:lang w:val="ro-RO"/>
        </w:rPr>
      </w:pPr>
      <w:r w:rsidRPr="00CE1EE7">
        <w:rPr>
          <w:rFonts w:cs="Times New Roman"/>
          <w:bCs/>
          <w:sz w:val="28"/>
          <w:szCs w:val="28"/>
          <w:lang w:val="ro-RO"/>
        </w:rPr>
        <w:t>986.589,76 lei inclusiv TVA</w:t>
      </w:r>
    </w:p>
    <w:p w14:paraId="2281910F" w14:textId="77777777" w:rsidR="00EB41EF" w:rsidRPr="00CE1EE7" w:rsidRDefault="00EB41EF" w:rsidP="00760437">
      <w:pPr>
        <w:spacing w:after="0" w:line="240" w:lineRule="auto"/>
        <w:contextualSpacing/>
        <w:rPr>
          <w:rFonts w:cs="Times New Roman"/>
          <w:bCs/>
          <w:sz w:val="28"/>
          <w:szCs w:val="28"/>
          <w:lang w:val="ro-RO"/>
        </w:rPr>
      </w:pPr>
    </w:p>
    <w:p w14:paraId="5947529A" w14:textId="4274B5C0" w:rsidR="003F3CE1" w:rsidRPr="00CE1EE7" w:rsidRDefault="00CD23E9" w:rsidP="00760437">
      <w:pPr>
        <w:spacing w:after="0" w:line="240" w:lineRule="auto"/>
        <w:contextualSpacing/>
        <w:rPr>
          <w:rFonts w:cs="Times New Roman"/>
          <w:bCs/>
          <w:sz w:val="28"/>
          <w:szCs w:val="28"/>
          <w:lang w:val="ro-RO"/>
        </w:rPr>
      </w:pPr>
      <w:r w:rsidRPr="00CE1EE7">
        <w:rPr>
          <w:rFonts w:cs="Times New Roman"/>
          <w:bCs/>
          <w:sz w:val="28"/>
          <w:szCs w:val="28"/>
          <w:lang w:val="ro-RO"/>
        </w:rPr>
        <w:t>b) Durata estimată de execuție: 6 luni</w:t>
      </w:r>
    </w:p>
    <w:p w14:paraId="500572AD" w14:textId="77777777" w:rsidR="00EB41EF" w:rsidRPr="00CE1EE7" w:rsidRDefault="00EB41EF" w:rsidP="00760437">
      <w:pPr>
        <w:spacing w:after="0" w:line="240" w:lineRule="auto"/>
        <w:contextualSpacing/>
        <w:rPr>
          <w:rFonts w:cs="Times New Roman"/>
          <w:bCs/>
          <w:sz w:val="28"/>
          <w:szCs w:val="28"/>
          <w:lang w:val="ro-RO"/>
        </w:rPr>
      </w:pPr>
    </w:p>
    <w:p w14:paraId="2038D53C" w14:textId="77777777" w:rsidR="003F3CE1" w:rsidRPr="00CE1EE7" w:rsidRDefault="00CD23E9" w:rsidP="00760437">
      <w:pPr>
        <w:spacing w:after="0" w:line="240" w:lineRule="auto"/>
        <w:contextualSpacing/>
        <w:rPr>
          <w:rFonts w:cs="Times New Roman"/>
          <w:bCs/>
          <w:sz w:val="28"/>
          <w:szCs w:val="28"/>
          <w:lang w:val="ro-RO"/>
        </w:rPr>
      </w:pPr>
      <w:r w:rsidRPr="00CE1EE7">
        <w:rPr>
          <w:rFonts w:cs="Times New Roman"/>
          <w:bCs/>
          <w:sz w:val="28"/>
          <w:szCs w:val="28"/>
          <w:lang w:val="ro-RO"/>
        </w:rPr>
        <w:t>c) Capacități fizice: demolare Corp B - 1 buc.</w:t>
      </w:r>
    </w:p>
    <w:p w14:paraId="7F441605" w14:textId="77777777" w:rsidR="00A67DB3" w:rsidRPr="00CE1EE7" w:rsidRDefault="00A67DB3" w:rsidP="00760437">
      <w:pPr>
        <w:spacing w:after="0" w:line="240" w:lineRule="auto"/>
        <w:contextualSpacing/>
        <w:rPr>
          <w:rFonts w:cs="Times New Roman"/>
          <w:sz w:val="28"/>
          <w:szCs w:val="28"/>
          <w:lang w:val="ro-RO"/>
        </w:rPr>
      </w:pPr>
    </w:p>
    <w:p w14:paraId="13794091" w14:textId="77777777" w:rsidR="00A67DB3" w:rsidRDefault="00A67DB3" w:rsidP="00760437">
      <w:pPr>
        <w:spacing w:after="0" w:line="240" w:lineRule="auto"/>
        <w:contextualSpacing/>
        <w:rPr>
          <w:rFonts w:cs="Times New Roman"/>
          <w:sz w:val="28"/>
          <w:szCs w:val="28"/>
          <w:lang w:val="ro-RO"/>
        </w:rPr>
      </w:pPr>
    </w:p>
    <w:p w14:paraId="7C4C40D8" w14:textId="77777777" w:rsidR="0039044D" w:rsidRPr="00CE1EE7" w:rsidRDefault="0039044D" w:rsidP="00760437">
      <w:pPr>
        <w:spacing w:after="0" w:line="240" w:lineRule="auto"/>
        <w:contextualSpacing/>
        <w:rPr>
          <w:rFonts w:cs="Times New Roman"/>
          <w:sz w:val="28"/>
          <w:szCs w:val="28"/>
          <w:lang w:val="ro-RO"/>
        </w:rPr>
      </w:pPr>
    </w:p>
    <w:p w14:paraId="4EBD6AC1" w14:textId="77777777" w:rsidR="00A67DB3" w:rsidRPr="00CE1EE7" w:rsidRDefault="00A67DB3" w:rsidP="00760437">
      <w:pPr>
        <w:widowControl w:val="0"/>
        <w:kinsoku w:val="0"/>
        <w:overflowPunct w:val="0"/>
        <w:spacing w:after="0" w:line="240" w:lineRule="auto"/>
        <w:ind w:left="142" w:right="-261" w:firstLine="0"/>
        <w:contextualSpacing/>
        <w:jc w:val="center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  <w:r w:rsidRPr="00CE1EE7">
        <w:rPr>
          <w:rFonts w:cs="Times New Roman"/>
          <w:b/>
          <w:bCs/>
          <w:sz w:val="28"/>
          <w:szCs w:val="28"/>
          <w:lang w:val="ro-RO" w:eastAsia="en-GB"/>
        </w:rPr>
        <w:t>Președintele</w:t>
      </w:r>
    </w:p>
    <w:p w14:paraId="53B54122" w14:textId="77777777" w:rsidR="00A67DB3" w:rsidRPr="00CE1EE7" w:rsidRDefault="00A67DB3" w:rsidP="00760437">
      <w:pPr>
        <w:widowControl w:val="0"/>
        <w:kinsoku w:val="0"/>
        <w:overflowPunct w:val="0"/>
        <w:spacing w:after="0" w:line="240" w:lineRule="auto"/>
        <w:ind w:left="142" w:right="-261" w:firstLine="0"/>
        <w:contextualSpacing/>
        <w:jc w:val="center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  <w:r w:rsidRPr="00CE1EE7">
        <w:rPr>
          <w:rFonts w:cs="Times New Roman"/>
          <w:b/>
          <w:bCs/>
          <w:sz w:val="28"/>
          <w:szCs w:val="28"/>
          <w:lang w:val="ro-RO" w:eastAsia="en-GB"/>
        </w:rPr>
        <w:t>Consiliului Județean Vrancea</w:t>
      </w:r>
    </w:p>
    <w:p w14:paraId="6B909914" w14:textId="77777777" w:rsidR="00A67DB3" w:rsidRPr="00CE1EE7" w:rsidRDefault="00A67DB3" w:rsidP="00760437">
      <w:pPr>
        <w:widowControl w:val="0"/>
        <w:kinsoku w:val="0"/>
        <w:overflowPunct w:val="0"/>
        <w:spacing w:after="0" w:line="240" w:lineRule="auto"/>
        <w:ind w:left="142" w:right="-261" w:firstLine="0"/>
        <w:contextualSpacing/>
        <w:jc w:val="center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  <w:r w:rsidRPr="00CE1EE7">
        <w:rPr>
          <w:rFonts w:cs="Times New Roman"/>
          <w:b/>
          <w:bCs/>
          <w:sz w:val="28"/>
          <w:szCs w:val="28"/>
          <w:lang w:val="ro-RO" w:eastAsia="en-GB"/>
        </w:rPr>
        <w:t xml:space="preserve">Nicușor </w:t>
      </w:r>
      <w:proofErr w:type="spellStart"/>
      <w:r w:rsidRPr="00CE1EE7">
        <w:rPr>
          <w:rFonts w:cs="Times New Roman"/>
          <w:b/>
          <w:bCs/>
          <w:sz w:val="28"/>
          <w:szCs w:val="28"/>
          <w:lang w:val="ro-RO" w:eastAsia="en-GB"/>
        </w:rPr>
        <w:t>HALICI</w:t>
      </w:r>
      <w:proofErr w:type="spellEnd"/>
    </w:p>
    <w:p w14:paraId="254D8B67" w14:textId="77777777" w:rsidR="00A67DB3" w:rsidRPr="00CE1EE7" w:rsidRDefault="00A67DB3" w:rsidP="00760437">
      <w:pPr>
        <w:widowControl w:val="0"/>
        <w:kinsoku w:val="0"/>
        <w:overflowPunct w:val="0"/>
        <w:spacing w:after="0" w:line="240" w:lineRule="auto"/>
        <w:ind w:right="-261" w:firstLine="0"/>
        <w:contextualSpacing/>
        <w:jc w:val="both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</w:p>
    <w:p w14:paraId="2AE9C111" w14:textId="77777777" w:rsidR="00A67DB3" w:rsidRPr="00CE1EE7" w:rsidRDefault="00A67DB3" w:rsidP="00760437">
      <w:pPr>
        <w:widowControl w:val="0"/>
        <w:kinsoku w:val="0"/>
        <w:overflowPunct w:val="0"/>
        <w:spacing w:after="0" w:line="240" w:lineRule="auto"/>
        <w:ind w:right="-261" w:firstLine="0"/>
        <w:contextualSpacing/>
        <w:jc w:val="both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</w:p>
    <w:p w14:paraId="64A06A10" w14:textId="77777777" w:rsidR="00A67DB3" w:rsidRPr="00CE1EE7" w:rsidRDefault="00A67DB3" w:rsidP="00760437">
      <w:pPr>
        <w:widowControl w:val="0"/>
        <w:kinsoku w:val="0"/>
        <w:overflowPunct w:val="0"/>
        <w:spacing w:after="0" w:line="240" w:lineRule="auto"/>
        <w:ind w:right="-261" w:firstLine="0"/>
        <w:contextualSpacing/>
        <w:jc w:val="both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</w:p>
    <w:p w14:paraId="7911CD30" w14:textId="77777777" w:rsidR="00A67DB3" w:rsidRPr="00CE1EE7" w:rsidRDefault="00A67DB3" w:rsidP="00760437">
      <w:pPr>
        <w:widowControl w:val="0"/>
        <w:kinsoku w:val="0"/>
        <w:overflowPunct w:val="0"/>
        <w:spacing w:after="0" w:line="240" w:lineRule="auto"/>
        <w:ind w:right="-261" w:firstLine="0"/>
        <w:contextualSpacing/>
        <w:jc w:val="both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</w:p>
    <w:p w14:paraId="3AF9A16D" w14:textId="51CE7FE4" w:rsidR="00A67DB3" w:rsidRPr="00CE1EE7" w:rsidRDefault="00A67DB3" w:rsidP="00760437">
      <w:pPr>
        <w:widowControl w:val="0"/>
        <w:kinsoku w:val="0"/>
        <w:overflowPunct w:val="0"/>
        <w:spacing w:after="0" w:line="240" w:lineRule="auto"/>
        <w:ind w:left="5040" w:right="-261" w:firstLine="0"/>
        <w:contextualSpacing/>
        <w:jc w:val="center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  <w:r w:rsidRPr="00CE1EE7">
        <w:rPr>
          <w:rFonts w:cs="Times New Roman"/>
          <w:b/>
          <w:bCs/>
          <w:sz w:val="28"/>
          <w:szCs w:val="28"/>
          <w:lang w:val="ro-RO" w:eastAsia="en-GB"/>
        </w:rPr>
        <w:t xml:space="preserve">   </w:t>
      </w:r>
      <w:r w:rsidR="0039044D">
        <w:rPr>
          <w:rFonts w:cs="Times New Roman"/>
          <w:b/>
          <w:bCs/>
          <w:sz w:val="28"/>
          <w:szCs w:val="28"/>
          <w:lang w:val="ro-RO" w:eastAsia="en-GB"/>
        </w:rPr>
        <w:t xml:space="preserve">             </w:t>
      </w:r>
      <w:r w:rsidR="00BF30EC">
        <w:rPr>
          <w:rFonts w:cs="Times New Roman"/>
          <w:b/>
          <w:bCs/>
          <w:sz w:val="28"/>
          <w:szCs w:val="28"/>
          <w:lang w:val="ro-RO" w:eastAsia="en-GB"/>
        </w:rPr>
        <w:t xml:space="preserve">     </w:t>
      </w:r>
      <w:r w:rsidR="0039044D">
        <w:rPr>
          <w:rFonts w:cs="Times New Roman"/>
          <w:b/>
          <w:bCs/>
          <w:sz w:val="28"/>
          <w:szCs w:val="28"/>
          <w:lang w:val="ro-RO" w:eastAsia="en-GB"/>
        </w:rPr>
        <w:t xml:space="preserve">  </w:t>
      </w:r>
      <w:r w:rsidR="00BF30EC">
        <w:rPr>
          <w:rFonts w:cs="Times New Roman"/>
          <w:b/>
          <w:bCs/>
          <w:sz w:val="28"/>
          <w:szCs w:val="28"/>
          <w:lang w:val="ro-RO" w:eastAsia="en-GB"/>
        </w:rPr>
        <w:t>Contrasemnează</w:t>
      </w:r>
      <w:r w:rsidRPr="00CE1EE7">
        <w:rPr>
          <w:rFonts w:cs="Times New Roman"/>
          <w:b/>
          <w:bCs/>
          <w:sz w:val="28"/>
          <w:szCs w:val="28"/>
          <w:lang w:val="ro-RO" w:eastAsia="en-GB"/>
        </w:rPr>
        <w:t>,</w:t>
      </w:r>
    </w:p>
    <w:p w14:paraId="15B29729" w14:textId="3FF8B75C" w:rsidR="00A67DB3" w:rsidRPr="00CE1EE7" w:rsidRDefault="00A67DB3" w:rsidP="00760437">
      <w:pPr>
        <w:widowControl w:val="0"/>
        <w:kinsoku w:val="0"/>
        <w:overflowPunct w:val="0"/>
        <w:spacing w:after="0" w:line="240" w:lineRule="auto"/>
        <w:ind w:left="5310" w:right="-261" w:firstLine="450"/>
        <w:contextualSpacing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  <w:r w:rsidRPr="00CE1EE7">
        <w:rPr>
          <w:rFonts w:cs="Times New Roman"/>
          <w:b/>
          <w:bCs/>
          <w:sz w:val="28"/>
          <w:szCs w:val="28"/>
          <w:lang w:val="ro-RO" w:eastAsia="en-GB"/>
        </w:rPr>
        <w:t xml:space="preserve">    </w:t>
      </w:r>
      <w:r w:rsidR="0039044D">
        <w:rPr>
          <w:rFonts w:cs="Times New Roman"/>
          <w:b/>
          <w:bCs/>
          <w:sz w:val="28"/>
          <w:szCs w:val="28"/>
          <w:lang w:val="ro-RO" w:eastAsia="en-GB"/>
        </w:rPr>
        <w:t xml:space="preserve">        </w:t>
      </w:r>
      <w:r w:rsidRPr="00CE1EE7">
        <w:rPr>
          <w:rFonts w:cs="Times New Roman"/>
          <w:b/>
          <w:bCs/>
          <w:sz w:val="28"/>
          <w:szCs w:val="28"/>
          <w:lang w:val="ro-RO" w:eastAsia="en-GB"/>
        </w:rPr>
        <w:t xml:space="preserve"> Secretar general al județului                          </w:t>
      </w:r>
    </w:p>
    <w:p w14:paraId="2002EF5C" w14:textId="1553141E" w:rsidR="00A67DB3" w:rsidRPr="00CE1EE7" w:rsidRDefault="00A67DB3" w:rsidP="00760437">
      <w:pPr>
        <w:spacing w:after="0" w:line="240" w:lineRule="auto"/>
        <w:contextualSpacing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b/>
          <w:bCs/>
          <w:sz w:val="28"/>
          <w:szCs w:val="28"/>
          <w:lang w:val="ro-RO" w:eastAsia="en-GB"/>
        </w:rPr>
        <w:t xml:space="preserve">                                                                                         </w:t>
      </w:r>
      <w:r w:rsidR="0039044D">
        <w:rPr>
          <w:rFonts w:cs="Times New Roman"/>
          <w:b/>
          <w:bCs/>
          <w:sz w:val="28"/>
          <w:szCs w:val="28"/>
          <w:lang w:val="ro-RO" w:eastAsia="en-GB"/>
        </w:rPr>
        <w:t xml:space="preserve">          </w:t>
      </w:r>
      <w:r w:rsidRPr="00CE1EE7">
        <w:rPr>
          <w:rFonts w:cs="Times New Roman"/>
          <w:b/>
          <w:bCs/>
          <w:sz w:val="28"/>
          <w:szCs w:val="28"/>
          <w:lang w:val="ro-RO" w:eastAsia="en-GB"/>
        </w:rPr>
        <w:t xml:space="preserve">Raluca Dan        </w:t>
      </w:r>
    </w:p>
    <w:sectPr w:rsidR="00A67DB3" w:rsidRPr="00CE1EE7" w:rsidSect="007F2F2C">
      <w:footerReference w:type="default" r:id="rId8"/>
      <w:pgSz w:w="12240" w:h="15840"/>
      <w:pgMar w:top="709" w:right="1134" w:bottom="1134" w:left="124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4306A" w14:textId="77777777" w:rsidR="00544F83" w:rsidRDefault="00544F83">
      <w:pPr>
        <w:spacing w:after="0" w:line="240" w:lineRule="auto"/>
      </w:pPr>
      <w:r>
        <w:separator/>
      </w:r>
    </w:p>
  </w:endnote>
  <w:endnote w:type="continuationSeparator" w:id="0">
    <w:p w14:paraId="11C0FB8B" w14:textId="77777777" w:rsidR="00544F83" w:rsidRDefault="0054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0E66" w14:textId="2CCA0E3E" w:rsidR="003F3CE1" w:rsidRDefault="003F3CE1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BA001" w14:textId="77777777" w:rsidR="00544F83" w:rsidRDefault="00544F83">
      <w:pPr>
        <w:spacing w:after="0" w:line="240" w:lineRule="auto"/>
      </w:pPr>
      <w:r>
        <w:separator/>
      </w:r>
    </w:p>
  </w:footnote>
  <w:footnote w:type="continuationSeparator" w:id="0">
    <w:p w14:paraId="596B98C1" w14:textId="77777777" w:rsidR="00544F83" w:rsidRDefault="0054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4122852">
    <w:abstractNumId w:val="8"/>
  </w:num>
  <w:num w:numId="2" w16cid:durableId="1437555175">
    <w:abstractNumId w:val="6"/>
  </w:num>
  <w:num w:numId="3" w16cid:durableId="411439901">
    <w:abstractNumId w:val="5"/>
  </w:num>
  <w:num w:numId="4" w16cid:durableId="646280156">
    <w:abstractNumId w:val="4"/>
  </w:num>
  <w:num w:numId="5" w16cid:durableId="1532766349">
    <w:abstractNumId w:val="7"/>
  </w:num>
  <w:num w:numId="6" w16cid:durableId="71662410">
    <w:abstractNumId w:val="3"/>
  </w:num>
  <w:num w:numId="7" w16cid:durableId="1002471175">
    <w:abstractNumId w:val="2"/>
  </w:num>
  <w:num w:numId="8" w16cid:durableId="1552961395">
    <w:abstractNumId w:val="1"/>
  </w:num>
  <w:num w:numId="9" w16cid:durableId="2249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0F"/>
    <w:rsid w:val="00034616"/>
    <w:rsid w:val="0006063C"/>
    <w:rsid w:val="00084B3B"/>
    <w:rsid w:val="00084ECF"/>
    <w:rsid w:val="00087054"/>
    <w:rsid w:val="00116599"/>
    <w:rsid w:val="0015074B"/>
    <w:rsid w:val="001669B9"/>
    <w:rsid w:val="00287F53"/>
    <w:rsid w:val="0029639D"/>
    <w:rsid w:val="002D5682"/>
    <w:rsid w:val="002F4293"/>
    <w:rsid w:val="00326F90"/>
    <w:rsid w:val="0039044D"/>
    <w:rsid w:val="003C35D4"/>
    <w:rsid w:val="003D4708"/>
    <w:rsid w:val="003F3CE1"/>
    <w:rsid w:val="004112B9"/>
    <w:rsid w:val="00435E05"/>
    <w:rsid w:val="004E0F55"/>
    <w:rsid w:val="00544F83"/>
    <w:rsid w:val="005A18FC"/>
    <w:rsid w:val="005B4B49"/>
    <w:rsid w:val="00627359"/>
    <w:rsid w:val="00636E85"/>
    <w:rsid w:val="00686E14"/>
    <w:rsid w:val="00723177"/>
    <w:rsid w:val="00760437"/>
    <w:rsid w:val="00784006"/>
    <w:rsid w:val="007A473D"/>
    <w:rsid w:val="007F2F2C"/>
    <w:rsid w:val="008132D3"/>
    <w:rsid w:val="00893D32"/>
    <w:rsid w:val="008C22B1"/>
    <w:rsid w:val="009328AF"/>
    <w:rsid w:val="009417E7"/>
    <w:rsid w:val="009664D8"/>
    <w:rsid w:val="009811F4"/>
    <w:rsid w:val="009A6D2E"/>
    <w:rsid w:val="009A7885"/>
    <w:rsid w:val="009B72C8"/>
    <w:rsid w:val="009F274C"/>
    <w:rsid w:val="00A27118"/>
    <w:rsid w:val="00A614AC"/>
    <w:rsid w:val="00A67DB3"/>
    <w:rsid w:val="00A7316A"/>
    <w:rsid w:val="00AA1D8D"/>
    <w:rsid w:val="00AD1DD9"/>
    <w:rsid w:val="00AE33F9"/>
    <w:rsid w:val="00AF185D"/>
    <w:rsid w:val="00B37F6D"/>
    <w:rsid w:val="00B47730"/>
    <w:rsid w:val="00B775A9"/>
    <w:rsid w:val="00B8182A"/>
    <w:rsid w:val="00B90218"/>
    <w:rsid w:val="00BD7835"/>
    <w:rsid w:val="00BF30EC"/>
    <w:rsid w:val="00BF6632"/>
    <w:rsid w:val="00C00D23"/>
    <w:rsid w:val="00C534B9"/>
    <w:rsid w:val="00C5653E"/>
    <w:rsid w:val="00CB0664"/>
    <w:rsid w:val="00CC7103"/>
    <w:rsid w:val="00CD23E9"/>
    <w:rsid w:val="00CE1EE7"/>
    <w:rsid w:val="00D91020"/>
    <w:rsid w:val="00D910DE"/>
    <w:rsid w:val="00DB12BB"/>
    <w:rsid w:val="00DE2CAD"/>
    <w:rsid w:val="00EA1569"/>
    <w:rsid w:val="00EB1DEC"/>
    <w:rsid w:val="00EB41EF"/>
    <w:rsid w:val="00F05B51"/>
    <w:rsid w:val="00F311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FA9DAD5-63D3-4A44-85B1-29F9D801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  <w:ind w:firstLine="709"/>
    </w:pPr>
    <w:rPr>
      <w:rFonts w:ascii="Times New Roman" w:eastAsia="Times New Roman" w:hAnsi="Times New Roman"/>
      <w:sz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1355</TotalTime>
  <Pages>1</Pages>
  <Words>134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Tulbure Mihaela</cp:lastModifiedBy>
  <cp:revision>56</cp:revision>
  <cp:lastPrinted>2026-08-19T13:48:00Z</cp:lastPrinted>
  <dcterms:created xsi:type="dcterms:W3CDTF">2013-12-23T23:15:00Z</dcterms:created>
  <dcterms:modified xsi:type="dcterms:W3CDTF">2026-09-14T12:29:00Z</dcterms:modified>
  <cp:category/>
</cp:coreProperties>
</file>