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F9E4D" w14:textId="5935F4FE" w:rsidR="00146FEA" w:rsidRDefault="00146FEA">
      <w:pPr>
        <w:spacing w:after="0" w:line="240" w:lineRule="auto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296"/>
      </w:tblGrid>
      <w:tr w:rsidR="00146FEA" w14:paraId="01CC965B" w14:textId="77777777">
        <w:tc>
          <w:tcPr>
            <w:tcW w:w="103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B501DD" w14:textId="264C04B2" w:rsidR="007F3F97" w:rsidRPr="007F3F97" w:rsidRDefault="007F3F97">
            <w:pPr>
              <w:spacing w:after="0" w:line="240" w:lineRule="auto"/>
              <w:rPr>
                <w:b/>
                <w:bCs/>
                <w:sz w:val="17"/>
              </w:rPr>
            </w:pPr>
            <w:r w:rsidRPr="007F3F97">
              <w:rPr>
                <w:b/>
                <w:bCs/>
                <w:sz w:val="17"/>
              </w:rPr>
              <w:t xml:space="preserve">                              ROMÂNIA</w:t>
            </w:r>
          </w:p>
          <w:p w14:paraId="25F15B41" w14:textId="50DDAAEE" w:rsidR="007F3F97" w:rsidRPr="007F3F97" w:rsidRDefault="007F3F97">
            <w:pPr>
              <w:spacing w:after="0" w:line="240" w:lineRule="auto"/>
              <w:rPr>
                <w:b/>
                <w:bCs/>
                <w:sz w:val="17"/>
              </w:rPr>
            </w:pPr>
            <w:r w:rsidRPr="007F3F97">
              <w:rPr>
                <w:b/>
                <w:bCs/>
                <w:sz w:val="17"/>
              </w:rPr>
              <w:t xml:space="preserve">              </w:t>
            </w:r>
            <w:proofErr w:type="spellStart"/>
            <w:r w:rsidR="003F361E" w:rsidRPr="007F3F97">
              <w:rPr>
                <w:b/>
                <w:bCs/>
                <w:sz w:val="17"/>
              </w:rPr>
              <w:t>Consiliul</w:t>
            </w:r>
            <w:proofErr w:type="spellEnd"/>
            <w:r w:rsidR="003F361E" w:rsidRPr="007F3F97">
              <w:rPr>
                <w:b/>
                <w:bCs/>
                <w:sz w:val="17"/>
              </w:rPr>
              <w:t xml:space="preserve"> </w:t>
            </w:r>
            <w:proofErr w:type="spellStart"/>
            <w:r w:rsidR="003F361E" w:rsidRPr="007F3F97">
              <w:rPr>
                <w:b/>
                <w:bCs/>
                <w:sz w:val="17"/>
              </w:rPr>
              <w:t>Judeţean</w:t>
            </w:r>
            <w:proofErr w:type="spellEnd"/>
            <w:r w:rsidR="003F361E" w:rsidRPr="007F3F97">
              <w:rPr>
                <w:b/>
                <w:bCs/>
                <w:sz w:val="17"/>
              </w:rPr>
              <w:t xml:space="preserve"> </w:t>
            </w:r>
            <w:proofErr w:type="spellStart"/>
            <w:r w:rsidR="003F361E" w:rsidRPr="007F3F97">
              <w:rPr>
                <w:b/>
                <w:bCs/>
                <w:sz w:val="17"/>
              </w:rPr>
              <w:t>Vrancea</w:t>
            </w:r>
            <w:proofErr w:type="spellEnd"/>
          </w:p>
          <w:p w14:paraId="20A8AB9E" w14:textId="2532D745" w:rsidR="00146FEA" w:rsidRPr="007F3F97" w:rsidRDefault="007F3F97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7F3F97">
              <w:rPr>
                <w:sz w:val="16"/>
                <w:szCs w:val="16"/>
              </w:rPr>
              <w:t>Focșani</w:t>
            </w:r>
            <w:proofErr w:type="spellEnd"/>
            <w:r w:rsidRPr="007F3F97">
              <w:rPr>
                <w:sz w:val="16"/>
                <w:szCs w:val="16"/>
              </w:rPr>
              <w:t xml:space="preserve">, str. Cuza </w:t>
            </w:r>
            <w:proofErr w:type="spellStart"/>
            <w:r w:rsidRPr="007F3F97">
              <w:rPr>
                <w:sz w:val="16"/>
                <w:szCs w:val="16"/>
              </w:rPr>
              <w:t>Vodă</w:t>
            </w:r>
            <w:proofErr w:type="spellEnd"/>
            <w:r w:rsidRPr="007F3F97">
              <w:rPr>
                <w:sz w:val="16"/>
                <w:szCs w:val="16"/>
              </w:rPr>
              <w:t xml:space="preserve"> nr. 56, cod postal 620034</w:t>
            </w:r>
            <w:r w:rsidR="003F361E" w:rsidRPr="007F3F97">
              <w:rPr>
                <w:sz w:val="16"/>
                <w:szCs w:val="16"/>
              </w:rPr>
              <w:br/>
            </w:r>
          </w:p>
        </w:tc>
      </w:tr>
      <w:tr w:rsidR="00146FEA" w14:paraId="3C716AF3" w14:textId="77777777">
        <w:tc>
          <w:tcPr>
            <w:tcW w:w="1031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B0DF40" w14:textId="77777777" w:rsidR="00146FEA" w:rsidRDefault="003F361E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PROCES-VERBAL</w:t>
            </w:r>
            <w:r>
              <w:rPr>
                <w:b/>
                <w:sz w:val="17"/>
              </w:rPr>
              <w:br/>
              <w:t>de constatare şi sancţionare a contravenţiilor</w:t>
            </w:r>
            <w:r>
              <w:rPr>
                <w:b/>
                <w:sz w:val="17"/>
              </w:rPr>
              <w:br/>
              <w:t>Nr. …………………, încheiat azi, ………………………</w:t>
            </w:r>
          </w:p>
        </w:tc>
      </w:tr>
    </w:tbl>
    <w:p w14:paraId="6620CECE" w14:textId="77777777" w:rsidR="00146FEA" w:rsidRDefault="003F361E">
      <w:pPr>
        <w:spacing w:before="120" w:after="0" w:line="240" w:lineRule="auto"/>
      </w:pPr>
      <w:r>
        <w:t>1. Subsemnatul, ……………………………………………………………………………………, în calitate de …………………………………………, în baza legitimaţiei de control nr. …………………, eliberată de ……………………………………………………………………………………, în urma controlului efectuat astăzi, ………………………, ora ………………, la sediul/şantierul/imobilul situat în:</w:t>
      </w:r>
    </w:p>
    <w:p w14:paraId="13AAAF92" w14:textId="77777777" w:rsidR="00146FEA" w:rsidRDefault="003F361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</w:t>
      </w:r>
    </w:p>
    <w:p w14:paraId="161E3BC0" w14:textId="77777777" w:rsidR="00146FEA" w:rsidRDefault="003F361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</w:t>
      </w:r>
    </w:p>
    <w:p w14:paraId="20E6E1B6" w14:textId="77777777" w:rsidR="00146FEA" w:rsidRDefault="003F361E">
      <w:pPr>
        <w:spacing w:after="0" w:line="240" w:lineRule="auto"/>
      </w:pPr>
      <w:r>
        <w:rPr>
          <w:b/>
        </w:rPr>
        <w:t>am constatat următoarele:</w:t>
      </w:r>
    </w:p>
    <w:p w14:paraId="546DB5FE" w14:textId="77777777" w:rsidR="00146FEA" w:rsidRDefault="003F361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</w:t>
      </w:r>
    </w:p>
    <w:p w14:paraId="0FEBB7EE" w14:textId="77777777" w:rsidR="00146FEA" w:rsidRDefault="003F361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</w:t>
      </w:r>
    </w:p>
    <w:p w14:paraId="60FBD317" w14:textId="77777777" w:rsidR="00146FEA" w:rsidRDefault="003F361E">
      <w:pPr>
        <w:spacing w:before="100" w:after="0" w:line="240" w:lineRule="auto"/>
      </w:pPr>
      <w:r>
        <w:t>2. În conformitate cu prevederile Legii nr. 169/2026 privind Codul amenajării teritoriului, urbanismului și construcțiilor, aceste fapte constituie contravenţii la normele privind disciplina în autorizarea și executarea lucrărilor de construcții/amenajarea teritoriului/urbanism:</w:t>
      </w:r>
    </w:p>
    <w:p w14:paraId="37DE0AF3" w14:textId="77777777" w:rsidR="00146FEA" w:rsidRDefault="003F361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</w:t>
      </w:r>
    </w:p>
    <w:p w14:paraId="5C56CDD7" w14:textId="77777777" w:rsidR="00146FEA" w:rsidRDefault="003F361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</w:t>
      </w:r>
    </w:p>
    <w:p w14:paraId="0923887A" w14:textId="77777777" w:rsidR="00146FEA" w:rsidRDefault="003F361E">
      <w:pPr>
        <w:spacing w:after="0" w:line="240" w:lineRule="auto"/>
      </w:pPr>
      <w:r>
        <w:rPr>
          <w:b/>
        </w:rPr>
        <w:t>şi se sancţionează cu amenda contravenţională, astfel: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296"/>
      </w:tblGrid>
      <w:tr w:rsidR="00146FEA" w14:paraId="6DCBA87D" w14:textId="77777777">
        <w:tc>
          <w:tcPr>
            <w:tcW w:w="103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3375BDB" w14:textId="048824D4" w:rsidR="00146FEA" w:rsidRDefault="003F361E">
            <w:pPr>
              <w:spacing w:after="0" w:line="240" w:lineRule="auto"/>
            </w:pPr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Dacă fapta constituie contravenție la regimul urbanismului și amenajării teritoriului: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conform art. 144 alin. …… lit. …… din Legea nr. 169/2026</w:t>
            </w:r>
          </w:p>
        </w:tc>
      </w:tr>
      <w:tr w:rsidR="00146FEA" w14:paraId="0FC4592B" w14:textId="77777777">
        <w:tc>
          <w:tcPr>
            <w:tcW w:w="10312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90BABA3" w14:textId="3A96470C" w:rsidR="00146FEA" w:rsidRDefault="003F361E">
            <w:pPr>
              <w:spacing w:after="0" w:line="240" w:lineRule="auto"/>
            </w:pPr>
            <w:r>
              <w:rPr>
                <w:sz w:val="17"/>
              </w:rPr>
              <w:t>☐</w:t>
            </w:r>
            <w:r>
              <w:rPr>
                <w:sz w:val="17"/>
              </w:rPr>
              <w:t xml:space="preserve"> Dacă fapta constituie contravenție la regimul construcțiilor: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conform art. 570 alin. (2) lit. …… raportat la art. 570 alin. (1) lit. …… din Legea nr. 169/2026</w:t>
            </w:r>
          </w:p>
        </w:tc>
      </w:tr>
    </w:tbl>
    <w:p w14:paraId="7A9D8F00" w14:textId="77777777" w:rsidR="00146FEA" w:rsidRDefault="003F361E">
      <w:pPr>
        <w:spacing w:before="100" w:after="0" w:line="240" w:lineRule="auto"/>
      </w:pPr>
      <w:r>
        <w:rPr>
          <w:b/>
        </w:rPr>
        <w:t>Sancțiune aplicată: AMENDĂ în valoare de ……………………… lei</w:t>
      </w:r>
    </w:p>
    <w:p w14:paraId="0983DEAD" w14:textId="77777777" w:rsidR="00146FEA" w:rsidRDefault="003F361E">
      <w:pPr>
        <w:spacing w:after="0" w:line="240" w:lineRule="auto"/>
      </w:pPr>
      <w:r>
        <w:rPr>
          <w:b/>
        </w:rPr>
        <w:t>TOTAL AMENDĂ APLICATĂ: ……………………… lei (în cifre) / ………………………………………………………………… lei (în litere)</w:t>
      </w:r>
    </w:p>
    <w:p w14:paraId="23024713" w14:textId="77777777" w:rsidR="00146FEA" w:rsidRDefault="003F361E">
      <w:pPr>
        <w:spacing w:before="100" w:after="0" w:line="240" w:lineRule="auto"/>
      </w:pPr>
      <w:r>
        <w:rPr>
          <w:b/>
        </w:rPr>
        <w:t>3. De săvârşirea abaterilor de mai sus se face răspunzător, după caz:</w:t>
      </w:r>
    </w:p>
    <w:p w14:paraId="296D6E88" w14:textId="77777777" w:rsidR="00146FEA" w:rsidRDefault="003F361E">
      <w:pPr>
        <w:spacing w:after="0" w:line="240" w:lineRule="auto"/>
      </w:pPr>
      <w:r>
        <w:t>a) Persoana fizică: dl (dna.), …………………………………………………………, cu domiciliul în …………………………………………………, str. ………………………………………, nr. ……, bl. ……, sc. ……, et. ……, ap. ……, judeţul …………………………, sectorul ……, C.N.P. |_|_|_|_|_|_|_|_|_|_|_|_|_|, posesor (posesoare) al/a C.I./C.E.I./paşaportului seria ……… nr. …………………, eliberat(ă) de ………………………………… la data de ………………………, tichet de înscriere a contravenţiilor seria ……… nr. ………………… (pentru cetăţeni străini), în calitate de ………………………………………………………………;</w:t>
      </w:r>
    </w:p>
    <w:p w14:paraId="66362DF2" w14:textId="77777777" w:rsidR="00146FEA" w:rsidRDefault="003F361E">
      <w:pPr>
        <w:spacing w:after="0" w:line="240" w:lineRule="auto"/>
      </w:pPr>
      <w:r>
        <w:t>b) Persoana juridică: ……………………………………………………………………, înmatriculată la Registrul Comerţului cu nr. ………………………, C.U.I./C.I.F. nr. ………………………, cu sediul în ……………………………………………………………, str. ………………………………………, nr. ……, bl. ……, sc. ……, et. ……, ap. ……, judeţul …………………………, sectorul ……, reprezentată de dl (dna.) …………………………………………………………, în calitate de/având funcţia de …………………………………………………………, C.N.P. |_|_|_|_|_|_|_|_|_|_|_|_|_|, posesor (posesoare) al/a C.I./paşaportului seria ……… nr. …………………, eliberat(ă) de ………………………………… la data</w:t>
      </w:r>
      <w:r>
        <w:t xml:space="preserve"> de ………………………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432"/>
        <w:gridCol w:w="3432"/>
        <w:gridCol w:w="3432"/>
      </w:tblGrid>
      <w:tr w:rsidR="00146FEA" w14:paraId="6C1DD7E5" w14:textId="77777777">
        <w:trPr>
          <w:jc w:val="center"/>
        </w:trPr>
        <w:tc>
          <w:tcPr>
            <w:tcW w:w="343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78D9540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Agent constatator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(numele, prenumele, semnătura)</w:t>
            </w:r>
          </w:p>
        </w:tc>
        <w:tc>
          <w:tcPr>
            <w:tcW w:w="343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DA38727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Contravenient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(numele, prenumele, semnătura)</w:t>
            </w:r>
          </w:p>
        </w:tc>
        <w:tc>
          <w:tcPr>
            <w:tcW w:w="343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584A0E9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Martor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(numele, prenumele, semnătura)</w:t>
            </w:r>
          </w:p>
        </w:tc>
      </w:tr>
    </w:tbl>
    <w:p w14:paraId="4FF05072" w14:textId="6EFDA3A2" w:rsidR="00146FEA" w:rsidRDefault="003F361E">
      <w:pPr>
        <w:spacing w:before="80" w:after="0" w:line="240" w:lineRule="auto"/>
        <w:jc w:val="right"/>
      </w:pPr>
      <w:r>
        <w:rPr>
          <w:sz w:val="16"/>
        </w:rPr>
        <w:t xml:space="preserve">                                     pagina 1 din 3</w:t>
      </w:r>
    </w:p>
    <w:p w14:paraId="514B00C0" w14:textId="77777777" w:rsidR="00146FEA" w:rsidRDefault="003F361E">
      <w:r>
        <w:br w:type="page"/>
      </w:r>
    </w:p>
    <w:p w14:paraId="5C2939B9" w14:textId="77777777" w:rsidR="00146FEA" w:rsidRDefault="003F361E">
      <w:pPr>
        <w:spacing w:after="0" w:line="240" w:lineRule="auto"/>
      </w:pPr>
      <w:r>
        <w:lastRenderedPageBreak/>
        <w:t>4. Subsemnatul(a), ………………………………………………………………, posesor (posesoare) al/a C.I. seria ……… nr. …………………, eliberat(ă) de ………………………………… la data de ………………………, domiciliat(ă) în ……………………………………………………………, str. ………………………………………, nr. ……, bl. ……, sc. ……, et. ……, ap. ……, judeţul/sectorul …………………………, C.N.P. |_|_|_|_|_|_|_|_|_|_|_|_|_|, în calitate de martor, declar că numitul ……………………………………………………………… nu este de faţă / refuză / nu poate să semneze procesul-verbal de constatare şi sancţionare a contravenţiilor.</w:t>
      </w:r>
    </w:p>
    <w:p w14:paraId="349843ED" w14:textId="77777777" w:rsidR="00146FEA" w:rsidRDefault="003F361E">
      <w:pPr>
        <w:spacing w:after="0" w:line="240" w:lineRule="auto"/>
      </w:pPr>
      <w:r>
        <w:t>5.</w:t>
      </w:r>
    </w:p>
    <w:p w14:paraId="5072AD25" w14:textId="77777777" w:rsidR="00146FEA" w:rsidRDefault="003F361E">
      <w:pPr>
        <w:spacing w:after="0" w:line="240" w:lineRule="auto"/>
      </w:pPr>
      <w:r>
        <w:t>a) Alte menţiuni ale organului constatator:</w:t>
      </w:r>
    </w:p>
    <w:p w14:paraId="5A693A4F" w14:textId="77777777" w:rsidR="00146FEA" w:rsidRDefault="003F361E">
      <w:pPr>
        <w:spacing w:after="0" w:line="240" w:lineRule="auto"/>
      </w:pPr>
      <w:r>
        <w:t>(contravenientul nu se află de faţă, refuză sau nu poate să semneze, motivele privind lipsa martorului etc.)</w:t>
      </w:r>
    </w:p>
    <w:p w14:paraId="11EEC8AF" w14:textId="77777777" w:rsidR="00146FEA" w:rsidRDefault="003F361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</w:t>
      </w:r>
    </w:p>
    <w:p w14:paraId="1095AF34" w14:textId="77777777" w:rsidR="00146FEA" w:rsidRDefault="003F361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</w:t>
      </w:r>
    </w:p>
    <w:p w14:paraId="596F1842" w14:textId="77777777" w:rsidR="00146FEA" w:rsidRDefault="003F361E">
      <w:pPr>
        <w:spacing w:after="0" w:line="240" w:lineRule="auto"/>
      </w:pPr>
      <w:r>
        <w:t>b) Obiecţiuni ale contravenientului:</w:t>
      </w:r>
    </w:p>
    <w:p w14:paraId="160288ED" w14:textId="77777777" w:rsidR="00146FEA" w:rsidRDefault="003F361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</w:t>
      </w:r>
    </w:p>
    <w:p w14:paraId="7A4BA39E" w14:textId="77777777" w:rsidR="00146FEA" w:rsidRDefault="003F361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296"/>
      </w:tblGrid>
      <w:tr w:rsidR="00146FEA" w14:paraId="608BB463" w14:textId="77777777">
        <w:tc>
          <w:tcPr>
            <w:tcW w:w="10312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D0D517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Potrivit dispozițiilor Legii nr. 169/2026 privind Codul amenajării teritoriului, urbanismului și construcțiilor, împotriva prezentului proces-verbal de constatare şi sancţionare a contravenţiei se poate face plângere în termen de 15 zile de la data comunicării sau înmânării, la judecătoria în a cărei rază teritorială a fost săvârşită fapta.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t>Prezentul proces-verbal s-a întocmit în 3 exemplare, conţinând rezoluţia de aplicare a sancţiunii şi „Înştiinţarea de plată”, şi s-a înmânat/comunicat contravenientului personal / prin afişare / prin scrisoare recomandată cu confirmare de primire nr. …………… din ………………….</w:t>
            </w:r>
          </w:p>
        </w:tc>
      </w:tr>
    </w:tbl>
    <w:p w14:paraId="6A941C6B" w14:textId="77777777" w:rsidR="00146FEA" w:rsidRDefault="003F361E">
      <w:pPr>
        <w:spacing w:before="140" w:after="0" w:line="240" w:lineRule="auto"/>
        <w:jc w:val="center"/>
      </w:pPr>
      <w:r>
        <w:rPr>
          <w:b/>
          <w:sz w:val="20"/>
        </w:rPr>
        <w:t>REZOLUŢIE DE APLICARE A SANCŢIUNII</w:t>
      </w:r>
    </w:p>
    <w:p w14:paraId="4F1328A2" w14:textId="77777777" w:rsidR="00146FEA" w:rsidRDefault="003F361E">
      <w:pPr>
        <w:spacing w:after="0" w:line="240" w:lineRule="auto"/>
      </w:pPr>
      <w:r>
        <w:t>Ţinând seama de faptele săvârşite, constatate şi consemnate la pct. 2 din prezentul proces-verbal, în baza prevederilor art. 144, art. 570, art. 571 și ale celorlalte dispoziții incidente din Legea nr. 169/2026 privind Codul amenajării teritoriului, urbanismului și construcțiilor, subsemnatul, ………………………………………………………………, în calitate de ……………………………………………………………… (funcţia şi denumirea organului de control), aplic următoarele sancţiuni:</w:t>
      </w:r>
    </w:p>
    <w:p w14:paraId="2D0AC10B" w14:textId="137B6B06" w:rsidR="00146FEA" w:rsidRDefault="003F361E">
      <w:pPr>
        <w:spacing w:after="0" w:line="240" w:lineRule="auto"/>
      </w:pPr>
      <w:r>
        <w:t>Pentru fapta consemnată la art. 144 alin. …… lit. ……:</w:t>
      </w:r>
      <w:r>
        <w:br/>
      </w:r>
      <w:r>
        <w:t>☐</w:t>
      </w:r>
      <w:r>
        <w:t xml:space="preserve"> AVERTISMENT / ☐ AMENDĂ în valoare de ……………………… lei (</w:t>
      </w:r>
      <w:proofErr w:type="spellStart"/>
      <w:r>
        <w:t>adică</w:t>
      </w:r>
      <w:proofErr w:type="spellEnd"/>
      <w:r>
        <w:t xml:space="preserve"> ………………………);</w:t>
      </w:r>
    </w:p>
    <w:p w14:paraId="3672AB82" w14:textId="77777777" w:rsidR="00BC694B" w:rsidRDefault="00BC694B">
      <w:pPr>
        <w:spacing w:after="0" w:line="240" w:lineRule="auto"/>
      </w:pPr>
    </w:p>
    <w:p w14:paraId="109C95F2" w14:textId="682A7843" w:rsidR="00146FEA" w:rsidRDefault="003F361E">
      <w:pPr>
        <w:spacing w:after="0" w:line="240" w:lineRule="auto"/>
      </w:pPr>
      <w:r>
        <w:t>Pentru fapta consemnată la art. 570 alin. (1) lit. ……:</w:t>
      </w:r>
      <w:r>
        <w:br/>
        <w:t xml:space="preserve">AMENDĂ în valoare de ……………………… lei (adică ………………………); </w:t>
      </w:r>
    </w:p>
    <w:p w14:paraId="62311B4F" w14:textId="77777777" w:rsidR="00146FEA" w:rsidRDefault="003F361E">
      <w:pPr>
        <w:spacing w:after="0" w:line="240" w:lineRule="auto"/>
      </w:pPr>
      <w:r>
        <w:rPr>
          <w:b/>
        </w:rPr>
        <w:t>TOTAL AMENDĂ APILCATĂ: ……………………… lei (în cifre) / ………………………………………………………………… lei (în litere)</w:t>
      </w:r>
    </w:p>
    <w:p w14:paraId="10F1A0F6" w14:textId="77777777" w:rsidR="00146FEA" w:rsidRDefault="003F361E">
      <w:pPr>
        <w:spacing w:after="0" w:line="240" w:lineRule="auto"/>
      </w:pPr>
      <w:r>
        <w:rPr>
          <w:b/>
        </w:rPr>
        <w:t>Dispun, în temeiul Legii nr. 169/2026, următoarele măsuri complementare:</w:t>
      </w:r>
    </w:p>
    <w:p w14:paraId="4E1AF343" w14:textId="7B82564B" w:rsidR="00BC694B" w:rsidRDefault="00BC694B">
      <w:pPr>
        <w:spacing w:after="0" w:line="240" w:lineRule="auto"/>
      </w:pPr>
      <w:r>
        <w:t xml:space="preserve">- </w:t>
      </w:r>
      <w:proofErr w:type="spellStart"/>
      <w:r w:rsidR="003F361E">
        <w:t>oprirea</w:t>
      </w:r>
      <w:proofErr w:type="spellEnd"/>
      <w:r w:rsidR="003F361E">
        <w:t xml:space="preserve"> </w:t>
      </w:r>
      <w:proofErr w:type="spellStart"/>
      <w:r w:rsidR="003F361E">
        <w:t>executării</w:t>
      </w:r>
      <w:proofErr w:type="spellEnd"/>
      <w:r w:rsidR="003F361E">
        <w:t xml:space="preserve"> </w:t>
      </w:r>
      <w:proofErr w:type="spellStart"/>
      <w:r w:rsidR="003F361E">
        <w:t>lucrărilor</w:t>
      </w:r>
      <w:proofErr w:type="spellEnd"/>
      <w:r w:rsidR="003F361E">
        <w:t xml:space="preserve">, </w:t>
      </w:r>
    </w:p>
    <w:p w14:paraId="3B919D47" w14:textId="52357740" w:rsidR="00BC694B" w:rsidRDefault="00BC694B">
      <w:pPr>
        <w:spacing w:after="0" w:line="240" w:lineRule="auto"/>
      </w:pPr>
      <w:r>
        <w:t xml:space="preserve">- </w:t>
      </w:r>
      <w:proofErr w:type="spellStart"/>
      <w:r w:rsidR="003F361E">
        <w:t>regularizare</w:t>
      </w:r>
      <w:proofErr w:type="spellEnd"/>
      <w:r w:rsidR="003F361E">
        <w:t>/</w:t>
      </w:r>
      <w:proofErr w:type="spellStart"/>
      <w:r w:rsidR="003F361E">
        <w:t>notificare</w:t>
      </w:r>
      <w:proofErr w:type="spellEnd"/>
      <w:r w:rsidR="003F361E">
        <w:t>/</w:t>
      </w:r>
      <w:proofErr w:type="spellStart"/>
      <w:r w:rsidR="003F361E">
        <w:t>autorizare</w:t>
      </w:r>
      <w:proofErr w:type="spellEnd"/>
      <w:r w:rsidR="003F361E">
        <w:t xml:space="preserve">, </w:t>
      </w:r>
    </w:p>
    <w:p w14:paraId="20B8A921" w14:textId="682CC3C4" w:rsidR="00146FEA" w:rsidRDefault="00BC694B">
      <w:pPr>
        <w:spacing w:after="0" w:line="240" w:lineRule="auto"/>
      </w:pPr>
      <w:r>
        <w:t xml:space="preserve">- </w:t>
      </w:r>
      <w:proofErr w:type="spellStart"/>
      <w:r w:rsidR="003F361E">
        <w:t>desfiinţarea</w:t>
      </w:r>
      <w:proofErr w:type="spellEnd"/>
      <w:r w:rsidR="003F361E">
        <w:t xml:space="preserve"> </w:t>
      </w:r>
      <w:proofErr w:type="spellStart"/>
      <w:r w:rsidR="003F361E">
        <w:t>construcţiilor</w:t>
      </w:r>
      <w:proofErr w:type="spellEnd"/>
      <w:r w:rsidR="003F361E">
        <w:t xml:space="preserve"> </w:t>
      </w:r>
      <w:proofErr w:type="spellStart"/>
      <w:r w:rsidR="003F361E">
        <w:t>executate</w:t>
      </w:r>
      <w:proofErr w:type="spellEnd"/>
      <w:r w:rsidR="003F361E">
        <w:t xml:space="preserve"> </w:t>
      </w:r>
      <w:proofErr w:type="spellStart"/>
      <w:r w:rsidR="003F361E">
        <w:t>nelegal</w:t>
      </w:r>
      <w:proofErr w:type="spellEnd"/>
      <w:r w:rsidR="003F361E">
        <w:t xml:space="preserve"> </w:t>
      </w:r>
      <w:proofErr w:type="spellStart"/>
      <w:r w:rsidR="003F361E">
        <w:t>sau</w:t>
      </w:r>
      <w:proofErr w:type="spellEnd"/>
      <w:r w:rsidR="003F361E">
        <w:t xml:space="preserve"> aducerea </w:t>
      </w:r>
      <w:proofErr w:type="spellStart"/>
      <w:r w:rsidR="003F361E">
        <w:t>terenului</w:t>
      </w:r>
      <w:proofErr w:type="spellEnd"/>
      <w:r w:rsidR="003F361E">
        <w:t>/</w:t>
      </w:r>
      <w:proofErr w:type="spellStart"/>
      <w:r w:rsidR="003F361E">
        <w:t>construcţiei</w:t>
      </w:r>
      <w:proofErr w:type="spellEnd"/>
      <w:r w:rsidR="003F361E">
        <w:t xml:space="preserve"> la </w:t>
      </w:r>
      <w:proofErr w:type="spellStart"/>
      <w:r w:rsidR="003F361E">
        <w:t>starea</w:t>
      </w:r>
      <w:proofErr w:type="spellEnd"/>
      <w:r w:rsidR="003F361E">
        <w:t xml:space="preserve"> </w:t>
      </w:r>
      <w:proofErr w:type="spellStart"/>
      <w:r w:rsidR="003F361E">
        <w:t>iniţială</w:t>
      </w:r>
      <w:proofErr w:type="spellEnd"/>
    </w:p>
    <w:p w14:paraId="7A1B7BA6" w14:textId="77777777" w:rsidR="00BC694B" w:rsidRDefault="00BC694B">
      <w:pPr>
        <w:spacing w:after="0" w:line="240" w:lineRule="auto"/>
      </w:pPr>
    </w:p>
    <w:p w14:paraId="2C3A43BB" w14:textId="133FDD86" w:rsidR="00146FEA" w:rsidRDefault="00BC694B">
      <w:pPr>
        <w:spacing w:after="0" w:line="240" w:lineRule="auto"/>
      </w:pPr>
      <w:r w:rsidRPr="00BC694B">
        <w:t>………………………………………………………………………………………………………………………………………………………</w:t>
      </w:r>
    </w:p>
    <w:p w14:paraId="52452AEF" w14:textId="77777777" w:rsidR="00146FEA" w:rsidRDefault="003F361E">
      <w:pPr>
        <w:spacing w:after="0" w:line="240" w:lineRule="auto"/>
      </w:pPr>
      <w:r>
        <w:t xml:space="preserve">Măsurile dispuse se vor realiza până la data de ……………………………………, contravenientul având obligaţia de a notifica organului de control îndeplinirea acestei </w:t>
      </w:r>
      <w:proofErr w:type="spellStart"/>
      <w:r>
        <w:t>obligaţii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>.</w:t>
      </w:r>
    </w:p>
    <w:p w14:paraId="428CF009" w14:textId="77777777" w:rsidR="00146FEA" w:rsidRDefault="003F361E">
      <w:pPr>
        <w:spacing w:before="120" w:after="0" w:line="240" w:lineRule="auto"/>
        <w:jc w:val="center"/>
      </w:pPr>
      <w:r>
        <w:rPr>
          <w:b/>
          <w:sz w:val="20"/>
        </w:rPr>
        <w:t>ÎNŞTIINŢARE DE PLATĂ</w:t>
      </w:r>
    </w:p>
    <w:p w14:paraId="33E1619C" w14:textId="77777777" w:rsidR="00146FEA" w:rsidRDefault="003F361E">
      <w:pPr>
        <w:spacing w:after="0" w:line="240" w:lineRule="auto"/>
      </w:pPr>
      <w:r>
        <w:t xml:space="preserve">Contravenientul va achita suma totală de ……………………… lei (valoarea integrală </w:t>
      </w:r>
      <w:proofErr w:type="gramStart"/>
      <w:r>
        <w:t>a</w:t>
      </w:r>
      <w:proofErr w:type="gramEnd"/>
      <w:r>
        <w:t xml:space="preserve"> amenzii aplicate).</w:t>
      </w:r>
    </w:p>
    <w:p w14:paraId="686A7D6E" w14:textId="77777777" w:rsidR="00146FEA" w:rsidRDefault="003F361E">
      <w:pPr>
        <w:spacing w:after="0" w:line="240" w:lineRule="auto"/>
      </w:pPr>
      <w:r>
        <w:t>Pentru situațiile specific prevăzute la art. 144 alin.(1) din Legea 169/2026, contravenientul are posibilitatea ca, în termen de 15 zile de la data înmânării sau comunicării procesului-verbal, să achite jumătate din minimul amenzii prevăzute în procesul verbal, potrivit prevederilor legale aplicabile,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432"/>
        <w:gridCol w:w="3432"/>
        <w:gridCol w:w="3432"/>
      </w:tblGrid>
      <w:tr w:rsidR="00146FEA" w14:paraId="3AD80BCC" w14:textId="77777777">
        <w:trPr>
          <w:jc w:val="center"/>
        </w:trPr>
        <w:tc>
          <w:tcPr>
            <w:tcW w:w="3437" w:type="dxa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585AC40B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Agent constatator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(numele, prenumele, semnătura)</w:t>
            </w:r>
          </w:p>
        </w:tc>
        <w:tc>
          <w:tcPr>
            <w:tcW w:w="3437" w:type="dxa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2D1FC718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Contravenient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(numele, prenumele, semnătura)</w:t>
            </w:r>
          </w:p>
        </w:tc>
        <w:tc>
          <w:tcPr>
            <w:tcW w:w="3437" w:type="dxa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3725A92E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Martor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</w:r>
            <w:r>
              <w:rPr>
                <w:sz w:val="17"/>
              </w:rPr>
              <w:t>(numele, prenumele, semnătura)</w:t>
            </w:r>
          </w:p>
        </w:tc>
      </w:tr>
    </w:tbl>
    <w:p w14:paraId="0D4972E5" w14:textId="1E7260C4" w:rsidR="00146FEA" w:rsidRDefault="003F361E">
      <w:pPr>
        <w:spacing w:after="0" w:line="240" w:lineRule="auto"/>
        <w:jc w:val="right"/>
      </w:pPr>
      <w:proofErr w:type="spellStart"/>
      <w:r>
        <w:rPr>
          <w:sz w:val="16"/>
        </w:rPr>
        <w:t>pagina</w:t>
      </w:r>
      <w:proofErr w:type="spellEnd"/>
      <w:r>
        <w:rPr>
          <w:sz w:val="16"/>
        </w:rPr>
        <w:t xml:space="preserve"> 2 din 3</w:t>
      </w:r>
    </w:p>
    <w:p w14:paraId="55C9703D" w14:textId="77777777" w:rsidR="00146FEA" w:rsidRDefault="003F361E">
      <w:r>
        <w:br w:type="page"/>
      </w:r>
    </w:p>
    <w:p w14:paraId="5C0C5FD7" w14:textId="77777777" w:rsidR="00146FEA" w:rsidRDefault="003F361E">
      <w:pPr>
        <w:spacing w:after="0" w:line="240" w:lineRule="auto"/>
      </w:pPr>
      <w:proofErr w:type="spellStart"/>
      <w:r>
        <w:lastRenderedPageBreak/>
        <w:t>adică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de ……………………… lei, în caz contrar contravenientul va achita valoarea integrală </w:t>
      </w:r>
      <w:proofErr w:type="gramStart"/>
      <w:r>
        <w:t>a</w:t>
      </w:r>
      <w:proofErr w:type="gramEnd"/>
      <w:r>
        <w:t xml:space="preserve"> amenzii aplicate.</w:t>
      </w:r>
    </w:p>
    <w:p w14:paraId="61C59132" w14:textId="77777777" w:rsidR="00146FEA" w:rsidRDefault="003F361E">
      <w:pPr>
        <w:spacing w:after="0" w:line="240" w:lineRule="auto"/>
      </w:pPr>
      <w:r>
        <w:t>b) Suma se achită în contul de venituri al bugetului local al unității administrativ-teritoriale / la casieria autorității locale sau prin mijloace electronice de plată, făcându-se venit la bugetul local.</w:t>
      </w:r>
    </w:p>
    <w:p w14:paraId="7360200D" w14:textId="26B8C518" w:rsidR="00146FEA" w:rsidRDefault="003F361E" w:rsidP="00A60D30">
      <w:pPr>
        <w:spacing w:after="0" w:line="240" w:lineRule="auto"/>
      </w:pPr>
      <w:r>
        <w:t xml:space="preserve">c) Contravenientul are obligaţia de a transmite copia dovezii de plată în termen de 15 zile de la achitare la </w:t>
      </w:r>
      <w:proofErr w:type="spellStart"/>
      <w:r>
        <w:t>adresa</w:t>
      </w:r>
      <w:proofErr w:type="spellEnd"/>
      <w:r>
        <w:t xml:space="preserve">: </w:t>
      </w:r>
      <w:proofErr w:type="spellStart"/>
      <w:r w:rsidR="00A60D30" w:rsidRPr="00A60D30">
        <w:rPr>
          <w:b/>
          <w:bCs/>
        </w:rPr>
        <w:t>Consiliul</w:t>
      </w:r>
      <w:proofErr w:type="spellEnd"/>
      <w:r w:rsidR="00A60D30" w:rsidRPr="00A60D30">
        <w:rPr>
          <w:b/>
          <w:bCs/>
        </w:rPr>
        <w:t xml:space="preserve"> </w:t>
      </w:r>
      <w:proofErr w:type="spellStart"/>
      <w:r w:rsidR="00A60D30" w:rsidRPr="00A60D30">
        <w:rPr>
          <w:b/>
          <w:bCs/>
        </w:rPr>
        <w:t>Judeţean</w:t>
      </w:r>
      <w:proofErr w:type="spellEnd"/>
      <w:r w:rsidR="00A60D30" w:rsidRPr="00A60D30">
        <w:rPr>
          <w:b/>
          <w:bCs/>
        </w:rPr>
        <w:t xml:space="preserve"> </w:t>
      </w:r>
      <w:proofErr w:type="spellStart"/>
      <w:r w:rsidR="00A60D30" w:rsidRPr="00A60D30">
        <w:rPr>
          <w:b/>
          <w:bCs/>
        </w:rPr>
        <w:t>Vrancea</w:t>
      </w:r>
      <w:proofErr w:type="spellEnd"/>
      <w:r w:rsidR="00A60D30" w:rsidRPr="00A60D30">
        <w:rPr>
          <w:b/>
          <w:bCs/>
        </w:rPr>
        <w:t xml:space="preserve">, </w:t>
      </w:r>
      <w:proofErr w:type="spellStart"/>
      <w:r w:rsidR="00A60D30" w:rsidRPr="00A60D30">
        <w:rPr>
          <w:b/>
          <w:bCs/>
        </w:rPr>
        <w:t>Focșani</w:t>
      </w:r>
      <w:proofErr w:type="spellEnd"/>
      <w:r w:rsidR="00A60D30" w:rsidRPr="00A60D30">
        <w:rPr>
          <w:b/>
          <w:bCs/>
        </w:rPr>
        <w:t xml:space="preserve">, str. Cuza </w:t>
      </w:r>
      <w:proofErr w:type="spellStart"/>
      <w:r w:rsidR="00A60D30" w:rsidRPr="00A60D30">
        <w:rPr>
          <w:b/>
          <w:bCs/>
        </w:rPr>
        <w:t>Vodă</w:t>
      </w:r>
      <w:proofErr w:type="spellEnd"/>
      <w:r w:rsidR="00A60D30" w:rsidRPr="00A60D30">
        <w:rPr>
          <w:b/>
          <w:bCs/>
        </w:rPr>
        <w:t xml:space="preserve"> nr. 56, cod postal 620034</w:t>
      </w:r>
      <w:r>
        <w:t xml:space="preserve">, </w:t>
      </w:r>
      <w:proofErr w:type="spellStart"/>
      <w:proofErr w:type="gramStart"/>
      <w:r w:rsidR="00A60D30" w:rsidRPr="00A60D30">
        <w:t>email:</w:t>
      </w:r>
      <w:r w:rsidR="00A60D30" w:rsidRPr="00A60D30">
        <w:rPr>
          <w:b/>
          <w:bCs/>
        </w:rPr>
        <w:t>contact@cjvrancea.ro</w:t>
      </w:r>
      <w:proofErr w:type="spellEnd"/>
      <w:proofErr w:type="gramEnd"/>
      <w:r w:rsidR="00A60D30" w:rsidRPr="00A60D30">
        <w:t xml:space="preserve"> </w:t>
      </w:r>
      <w:r>
        <w:t>……………………………………………………………………………………</w:t>
      </w:r>
    </w:p>
    <w:p w14:paraId="49BA7A59" w14:textId="77777777" w:rsidR="00146FEA" w:rsidRDefault="003F361E">
      <w:pPr>
        <w:spacing w:before="100" w:after="0" w:line="240" w:lineRule="auto"/>
      </w:pPr>
      <w:r>
        <w:rPr>
          <w:b/>
        </w:rPr>
        <w:t>Neachitarea amenzii în termenul legal atrage executarea silită potrivit normelor privind colectarea creanțelor bugetare.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141"/>
        <w:gridCol w:w="5155"/>
      </w:tblGrid>
      <w:tr w:rsidR="00146FEA" w14:paraId="7371E99C" w14:textId="77777777">
        <w:tc>
          <w:tcPr>
            <w:tcW w:w="5156" w:type="dxa"/>
            <w:shd w:val="clear" w:color="auto" w:fill="EDEDED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1F48A44" w14:textId="77777777" w:rsidR="00146FEA" w:rsidRDefault="003F361E">
            <w:pPr>
              <w:spacing w:after="0" w:line="240" w:lineRule="auto"/>
            </w:pPr>
            <w:proofErr w:type="spellStart"/>
            <w:r>
              <w:rPr>
                <w:sz w:val="17"/>
              </w:rPr>
              <w:t>Consiliul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Judeţean</w:t>
            </w:r>
            <w:proofErr w:type="spellEnd"/>
            <w:r>
              <w:rPr>
                <w:sz w:val="17"/>
              </w:rPr>
              <w:t xml:space="preserve"> / </w:t>
            </w:r>
            <w:proofErr w:type="spellStart"/>
            <w:r>
              <w:rPr>
                <w:sz w:val="17"/>
              </w:rPr>
              <w:t>Pr</w:t>
            </w:r>
            <w:r>
              <w:rPr>
                <w:sz w:val="17"/>
              </w:rPr>
              <w:t>i</w:t>
            </w:r>
            <w:r>
              <w:rPr>
                <w:sz w:val="17"/>
              </w:rPr>
              <w:t>m</w:t>
            </w:r>
            <w:r>
              <w:rPr>
                <w:sz w:val="17"/>
              </w:rPr>
              <w:t>ă</w:t>
            </w:r>
            <w:r>
              <w:rPr>
                <w:sz w:val="17"/>
              </w:rPr>
              <w:t>r</w:t>
            </w:r>
            <w:r>
              <w:rPr>
                <w:sz w:val="17"/>
              </w:rPr>
              <w:t>i</w:t>
            </w:r>
            <w:r>
              <w:rPr>
                <w:sz w:val="17"/>
              </w:rPr>
              <w:t>a</w:t>
            </w:r>
            <w:proofErr w:type="spellEnd"/>
            <w:r>
              <w:rPr>
                <w:sz w:val="17"/>
              </w:rPr>
              <w:t>:</w:t>
            </w:r>
          </w:p>
        </w:tc>
        <w:tc>
          <w:tcPr>
            <w:tcW w:w="51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6915B0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Consiliul Judeţean Vrancea</w:t>
            </w:r>
          </w:p>
        </w:tc>
      </w:tr>
      <w:tr w:rsidR="00146FEA" w14:paraId="2BA64B79" w14:textId="77777777">
        <w:tc>
          <w:tcPr>
            <w:tcW w:w="51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1BFC6E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Organul de control / Funcţia:</w:t>
            </w:r>
          </w:p>
        </w:tc>
        <w:tc>
          <w:tcPr>
            <w:tcW w:w="51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0B0046A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…………………………………………………………………………</w:t>
            </w:r>
          </w:p>
        </w:tc>
      </w:tr>
      <w:tr w:rsidR="00146FEA" w14:paraId="23BC88A2" w14:textId="77777777">
        <w:tc>
          <w:tcPr>
            <w:tcW w:w="51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AA2944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Numele, prenumele şi semnătura:</w:t>
            </w:r>
          </w:p>
        </w:tc>
        <w:tc>
          <w:tcPr>
            <w:tcW w:w="51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FDD40C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…………………………………………………………………………  L.S.</w:t>
            </w:r>
          </w:p>
        </w:tc>
      </w:tr>
      <w:tr w:rsidR="00146FEA" w14:paraId="54510BC2" w14:textId="77777777">
        <w:tc>
          <w:tcPr>
            <w:tcW w:w="51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D27224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Am primit un exemplar,</w:t>
            </w:r>
            <w:r>
              <w:rPr>
                <w:sz w:val="17"/>
              </w:rPr>
              <w:br/>
              <w:t>Contravenient:</w:t>
            </w:r>
          </w:p>
        </w:tc>
        <w:tc>
          <w:tcPr>
            <w:tcW w:w="515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7186E7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…………………………………………………………………………  (Semnătura)</w:t>
            </w:r>
          </w:p>
        </w:tc>
      </w:tr>
    </w:tbl>
    <w:p w14:paraId="443CE206" w14:textId="77777777" w:rsidR="00146FEA" w:rsidRDefault="003F361E">
      <w:pPr>
        <w:spacing w:after="0" w:line="240" w:lineRule="auto"/>
      </w:pPr>
      <w:r>
        <w:rPr>
          <w:sz w:val="12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432"/>
        <w:gridCol w:w="3432"/>
        <w:gridCol w:w="3432"/>
      </w:tblGrid>
      <w:tr w:rsidR="00146FEA" w14:paraId="4D7890F1" w14:textId="77777777">
        <w:trPr>
          <w:jc w:val="center"/>
        </w:trPr>
        <w:tc>
          <w:tcPr>
            <w:tcW w:w="3437" w:type="dxa"/>
            <w:tcMar>
              <w:top w:w="120" w:type="dxa"/>
              <w:left w:w="70" w:type="dxa"/>
              <w:bottom w:w="120" w:type="dxa"/>
              <w:right w:w="70" w:type="dxa"/>
            </w:tcMar>
            <w:vAlign w:val="center"/>
          </w:tcPr>
          <w:p w14:paraId="6EB7E422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Agent constatator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(numele, prenumele, semnătura)</w:t>
            </w:r>
          </w:p>
        </w:tc>
        <w:tc>
          <w:tcPr>
            <w:tcW w:w="3437" w:type="dxa"/>
            <w:tcMar>
              <w:top w:w="120" w:type="dxa"/>
              <w:left w:w="70" w:type="dxa"/>
              <w:bottom w:w="120" w:type="dxa"/>
              <w:right w:w="70" w:type="dxa"/>
            </w:tcMar>
            <w:vAlign w:val="center"/>
          </w:tcPr>
          <w:p w14:paraId="1FB7D208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Contravenient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(numele, prenumele, semnătura)</w:t>
            </w:r>
          </w:p>
        </w:tc>
        <w:tc>
          <w:tcPr>
            <w:tcW w:w="3437" w:type="dxa"/>
            <w:tcMar>
              <w:top w:w="120" w:type="dxa"/>
              <w:left w:w="70" w:type="dxa"/>
              <w:bottom w:w="120" w:type="dxa"/>
              <w:right w:w="70" w:type="dxa"/>
            </w:tcMar>
            <w:vAlign w:val="center"/>
          </w:tcPr>
          <w:p w14:paraId="6A01431D" w14:textId="77777777" w:rsidR="00146FEA" w:rsidRDefault="003F361E">
            <w:pPr>
              <w:spacing w:after="0" w:line="240" w:lineRule="auto"/>
            </w:pPr>
            <w:r>
              <w:rPr>
                <w:sz w:val="17"/>
              </w:rPr>
              <w:t>Martor</w:t>
            </w:r>
            <w:r>
              <w:rPr>
                <w:sz w:val="17"/>
              </w:rPr>
              <w:br/>
            </w:r>
            <w:r>
              <w:rPr>
                <w:sz w:val="17"/>
              </w:rPr>
              <w:br/>
              <w:t>(numele, prenumele, semnătura)</w:t>
            </w:r>
          </w:p>
        </w:tc>
      </w:tr>
    </w:tbl>
    <w:p w14:paraId="255D4C7D" w14:textId="24F6EFAF" w:rsidR="00146FEA" w:rsidRDefault="003F361E">
      <w:pPr>
        <w:spacing w:before="160" w:after="0" w:line="240" w:lineRule="auto"/>
        <w:jc w:val="right"/>
      </w:pPr>
      <w:proofErr w:type="spellStart"/>
      <w:r>
        <w:rPr>
          <w:sz w:val="16"/>
        </w:rPr>
        <w:t>pagina</w:t>
      </w:r>
      <w:proofErr w:type="spellEnd"/>
      <w:r>
        <w:rPr>
          <w:sz w:val="16"/>
        </w:rPr>
        <w:t xml:space="preserve"> 3 din 3</w:t>
      </w:r>
    </w:p>
    <w:sectPr w:rsidR="00146FEA" w:rsidSect="00034616">
      <w:pgSz w:w="12240" w:h="15840"/>
      <w:pgMar w:top="850" w:right="964" w:bottom="79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79654" w14:textId="77777777" w:rsidR="003F361E" w:rsidRDefault="003F361E">
      <w:pPr>
        <w:spacing w:after="0" w:line="240" w:lineRule="auto"/>
      </w:pPr>
      <w:r>
        <w:separator/>
      </w:r>
    </w:p>
  </w:endnote>
  <w:endnote w:type="continuationSeparator" w:id="0">
    <w:p w14:paraId="7D846E4B" w14:textId="77777777" w:rsidR="003F361E" w:rsidRDefault="003F3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0118B" w14:textId="77777777" w:rsidR="003F361E" w:rsidRDefault="003F361E">
      <w:pPr>
        <w:spacing w:after="0" w:line="240" w:lineRule="auto"/>
      </w:pPr>
      <w:r>
        <w:separator/>
      </w:r>
    </w:p>
  </w:footnote>
  <w:footnote w:type="continuationSeparator" w:id="0">
    <w:p w14:paraId="4BE41867" w14:textId="77777777" w:rsidR="003F361E" w:rsidRDefault="003F3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568689">
    <w:abstractNumId w:val="8"/>
  </w:num>
  <w:num w:numId="2" w16cid:durableId="1004893816">
    <w:abstractNumId w:val="6"/>
  </w:num>
  <w:num w:numId="3" w16cid:durableId="1672369596">
    <w:abstractNumId w:val="5"/>
  </w:num>
  <w:num w:numId="4" w16cid:durableId="338047874">
    <w:abstractNumId w:val="4"/>
  </w:num>
  <w:num w:numId="5" w16cid:durableId="157306596">
    <w:abstractNumId w:val="7"/>
  </w:num>
  <w:num w:numId="6" w16cid:durableId="1772044284">
    <w:abstractNumId w:val="3"/>
  </w:num>
  <w:num w:numId="7" w16cid:durableId="989865593">
    <w:abstractNumId w:val="2"/>
  </w:num>
  <w:num w:numId="8" w16cid:durableId="908733070">
    <w:abstractNumId w:val="1"/>
  </w:num>
  <w:num w:numId="9" w16cid:durableId="56248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6FEA"/>
    <w:rsid w:val="0015074B"/>
    <w:rsid w:val="0029639D"/>
    <w:rsid w:val="00326F90"/>
    <w:rsid w:val="003F361E"/>
    <w:rsid w:val="006B7682"/>
    <w:rsid w:val="007F3F97"/>
    <w:rsid w:val="00A60D30"/>
    <w:rsid w:val="00AA1D8D"/>
    <w:rsid w:val="00B47730"/>
    <w:rsid w:val="00BC694B"/>
    <w:rsid w:val="00CB0664"/>
    <w:rsid w:val="00CF3EBC"/>
    <w:rsid w:val="00DE55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5A6B3"/>
  <w14:defaultImageDpi w14:val="300"/>
  <w15:docId w15:val="{999B69D9-EEBD-436E-BF5C-800CD442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1100</Words>
  <Characters>6384</Characters>
  <Application>Microsoft Office Word</Application>
  <DocSecurity>0</DocSecurity>
  <Lines>53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Gurău Nicolae-Bogdan</cp:lastModifiedBy>
  <cp:revision>2</cp:revision>
  <dcterms:created xsi:type="dcterms:W3CDTF">2026-08-28T07:03:00Z</dcterms:created>
  <dcterms:modified xsi:type="dcterms:W3CDTF">2026-08-28T07:03:00Z</dcterms:modified>
  <cp:category/>
</cp:coreProperties>
</file>